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aece2049de3ff1a8fe8031ee1e6ed3e7079af7"/>
    <w:p>
      <w:pPr>
        <w:pStyle w:val="Heading1"/>
      </w:pPr>
      <w:r>
        <w:rPr>
          <w:b/>
          <w:bCs/>
        </w:rPr>
        <w:t xml:space="preserve">Madame Bovary</w:t>
      </w:r>
      <w:r>
        <w:br/>
      </w:r>
      <w:r>
        <w:rPr>
          <w:i/>
          <w:iCs/>
        </w:rPr>
        <w:t xml:space="preserve">Gustave Flaubert</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"new fellow" then took a supreme resolution, opened an</w:t>
      </w:r>
      <w:r>
        <w:rPr>
          <w:b/>
          <w:bCs/>
        </w:rPr>
        <w:t xml:space="preserve"> </w:t>
      </w:r>
      <w:r>
        <w:rPr>
          <w:b/>
          <w:bCs/>
          <w:u w:val="single"/>
        </w:rPr>
        <w:t xml:space="preserve">inordinately</w:t>
      </w:r>
      <w:r>
        <w:rPr>
          <w:b/>
          <w:bCs/>
        </w:rPr>
        <w:t xml:space="preserve"> </w:t>
      </w:r>
      <w:r>
        <w:rPr>
          <w:b/>
          <w:bCs/>
        </w:rPr>
        <w:t xml:space="preserve">large mouth, and shouted at the top of his voice as if calling someone in the word "Charbovari."</w:t>
      </w:r>
      <w:r>
        <w:br/>
      </w:r>
      <w:r>
        <w:t xml:space="preserve">    (a) in a manner that is exceedingly odd or unusual</w:t>
      </w:r>
      <w:r>
        <w:br/>
      </w:r>
      <w:r>
        <w:t xml:space="preserve">    (b) in a manner where a clear decision is not made</w:t>
      </w:r>
      <w:r>
        <w:br/>
      </w:r>
      <w:r>
        <w:t xml:space="preserve">    (c) excessive or more than is reasonable or normal</w:t>
      </w:r>
    </w:p>
    <w:p>
      <w:pPr>
        <w:pStyle w:val="Compact"/>
        <w:numPr>
          <w:ilvl w:val="0"/>
          <w:numId w:val="1001"/>
        </w:numPr>
      </w:pPr>
      <w:r>
        <w:rPr>
          <w:b/>
          <w:bCs/>
        </w:rPr>
        <w:t xml:space="preserve">The noise of footsteps made her ill; when people left her, solitude became</w:t>
      </w:r>
      <w:r>
        <w:rPr>
          <w:b/>
          <w:bCs/>
        </w:rPr>
        <w:t xml:space="preserve"> </w:t>
      </w:r>
      <w:r>
        <w:rPr>
          <w:b/>
          <w:bCs/>
          <w:u w:val="single"/>
        </w:rPr>
        <w:t xml:space="preserve">odious</w:t>
      </w:r>
      <w:r>
        <w:rPr>
          <w:b/>
          <w:bCs/>
        </w:rPr>
        <w:t xml:space="preserve"> </w:t>
      </w:r>
      <w:r>
        <w:rPr>
          <w:b/>
          <w:bCs/>
        </w:rPr>
        <w:t xml:space="preserve">to her; if they came back, it was doubtless to see her die.</w:t>
      </w:r>
      <w:r>
        <w:br/>
      </w:r>
      <w:r>
        <w:t xml:space="preserve">    (a) the degree to which something is able to change or is different</w:t>
      </w:r>
      <w:r>
        <w:br/>
      </w:r>
      <w:r>
        <w:t xml:space="preserve">    (b) extremely unpleasant, disgusting, dislikable, or worthy of hate</w:t>
      </w:r>
      <w:r>
        <w:br/>
      </w:r>
      <w:r>
        <w:t xml:space="preserve">    (c) not trustworthy, or improper, or attracting unwelcome attention</w:t>
      </w:r>
    </w:p>
    <w:p>
      <w:pPr>
        <w:pStyle w:val="Compact"/>
        <w:numPr>
          <w:ilvl w:val="0"/>
          <w:numId w:val="1001"/>
        </w:numPr>
      </w:pPr>
      <w:r>
        <w:rPr>
          <w:b/>
          <w:bCs/>
        </w:rPr>
        <w:t xml:space="preserve">Charles, who was not of a</w:t>
      </w:r>
      <w:r>
        <w:rPr>
          <w:b/>
          <w:bCs/>
        </w:rPr>
        <w:t xml:space="preserve"> </w:t>
      </w:r>
      <w:r>
        <w:rPr>
          <w:b/>
          <w:bCs/>
          <w:u w:val="single"/>
        </w:rPr>
        <w:t xml:space="preserve">facetious</w:t>
      </w:r>
      <w:r>
        <w:rPr>
          <w:b/>
          <w:bCs/>
        </w:rPr>
        <w:t xml:space="preserve"> </w:t>
      </w:r>
      <w:r>
        <w:rPr>
          <w:b/>
          <w:bCs/>
        </w:rPr>
        <w:t xml:space="preserve">turn, did not shine at the wedding.</w:t>
      </w:r>
      <w:r>
        <w:br/>
      </w:r>
      <w:r>
        <w:t xml:space="preserve">    (a) without purpose, job, or natural activity</w:t>
      </w:r>
      <w:r>
        <w:br/>
      </w:r>
      <w:r>
        <w:t xml:space="preserve">    (b) treating serious issues in a humorous way</w:t>
      </w:r>
      <w:r>
        <w:br/>
      </w:r>
      <w:r>
        <w:t xml:space="preserve">    (c) unable or difficult to meet and talk with</w:t>
      </w:r>
    </w:p>
    <w:p>
      <w:pPr>
        <w:pStyle w:val="Compact"/>
        <w:numPr>
          <w:ilvl w:val="0"/>
          <w:numId w:val="1001"/>
        </w:numPr>
      </w:pPr>
      <w:r>
        <w:rPr>
          <w:b/>
          <w:bCs/>
        </w:rPr>
        <w:t xml:space="preserve">When she had thus for a while struck the flint on her heart without getting a spark, incapable, moreover, of understanding what she did not experience as of believing anything that did not present itself in conventional forms, she persuaded herself without difficulty that Charles's passion was nothing very</w:t>
      </w:r>
      <w:r>
        <w:rPr>
          <w:b/>
          <w:bCs/>
        </w:rPr>
        <w:t xml:space="preserve"> </w:t>
      </w:r>
      <w:r>
        <w:rPr>
          <w:b/>
          <w:bCs/>
          <w:u w:val="single"/>
        </w:rPr>
        <w:t xml:space="preserve">exorbitant</w:t>
      </w:r>
      <w:r>
        <w:rPr>
          <w:b/>
          <w:bCs/>
        </w:rPr>
        <w:t xml:space="preserve">.</w:t>
      </w:r>
      <w:r>
        <w:br/>
      </w:r>
      <w:r>
        <w:t xml:space="preserve">    (a) without a tendency to be full of thought</w:t>
      </w:r>
      <w:r>
        <w:br/>
      </w:r>
      <w:r>
        <w:t xml:space="preserve">    (b) a lot more than is reasonable or typical</w:t>
      </w:r>
      <w:r>
        <w:br/>
      </w:r>
      <w:r>
        <w:t xml:space="preserve">    (c) lacking a tendency to be full of thought</w:t>
      </w:r>
    </w:p>
    <w:p>
      <w:pPr>
        <w:pStyle w:val="Compact"/>
        <w:numPr>
          <w:ilvl w:val="0"/>
          <w:numId w:val="1001"/>
        </w:numPr>
      </w:pPr>
      <w:r>
        <w:rPr>
          <w:b/>
          <w:bCs/>
        </w:rPr>
        <w:t xml:space="preserve">He had lived a life of noisy</w:t>
      </w:r>
      <w:r>
        <w:rPr>
          <w:b/>
          <w:bCs/>
        </w:rPr>
        <w:t xml:space="preserve"> </w:t>
      </w:r>
      <w:r>
        <w:rPr>
          <w:b/>
          <w:bCs/>
          <w:u w:val="single"/>
        </w:rPr>
        <w:t xml:space="preserve">debauch</w:t>
      </w:r>
      <w:r>
        <w:rPr>
          <w:b/>
          <w:bCs/>
        </w:rPr>
        <w:t xml:space="preserve">, full of duels, bets, elopements; he had squandered his fortune and frightened all his family.</w:t>
      </w:r>
      <w:r>
        <w:br/>
      </w:r>
      <w:r>
        <w:t xml:space="preserve">    (a) remove or suppress anything considered obscene, immoral, or politically unacceptable  OR  a person who does such suppression</w:t>
      </w:r>
      <w:r>
        <w:br/>
      </w:r>
      <w:r>
        <w:t xml:space="preserve">    (b) to corrupt or seduce from virtue, duty, or allegiance  OR  excessive drinking, casual sex, and/or drug abuse while partying</w:t>
      </w:r>
      <w:r>
        <w:br/>
      </w:r>
      <w:r>
        <w:t xml:space="preserve">    (c) present something to treat as true in order to advance a discussion or to further investigation even though it might not be true</w:t>
      </w:r>
    </w:p>
    <w:p>
      <w:pPr>
        <w:pStyle w:val="Compact"/>
        <w:numPr>
          <w:ilvl w:val="0"/>
          <w:numId w:val="1001"/>
        </w:numPr>
      </w:pPr>
      <w:r>
        <w:rPr>
          <w:b/>
          <w:bCs/>
        </w:rPr>
        <w:t xml:space="preserve">In their unconcerned looks was the calm of passions daily</w:t>
      </w:r>
      <w:r>
        <w:rPr>
          <w:b/>
          <w:bCs/>
        </w:rPr>
        <w:t xml:space="preserve"> </w:t>
      </w:r>
      <w:r>
        <w:rPr>
          <w:b/>
          <w:bCs/>
          <w:u w:val="single"/>
        </w:rPr>
        <w:t xml:space="preserve">satiated</w:t>
      </w:r>
      <w:r>
        <w:rPr>
          <w:b/>
          <w:bCs/>
        </w:rPr>
        <w:t xml:space="preserve">, and through all their gentleness of manner pierced that peculiar brutality, the result of a command of half-easy things, in which force is exercised and vanity amused—the management of thoroughbred horses and the society of loose women.</w:t>
      </w:r>
      <w:r>
        <w:br/>
      </w:r>
      <w:r>
        <w:t xml:space="preserve">    (a) filled to satisfaction</w:t>
      </w:r>
      <w:r>
        <w:br/>
      </w:r>
      <w:r>
        <w:t xml:space="preserve">    (b) influenced or effected</w:t>
      </w:r>
      <w:r>
        <w:br/>
      </w:r>
      <w:r>
        <w:t xml:space="preserve">    (c) not roughly calculated</w:t>
      </w:r>
    </w:p>
    <w:p>
      <w:pPr>
        <w:pStyle w:val="Compact"/>
        <w:numPr>
          <w:ilvl w:val="0"/>
          <w:numId w:val="1001"/>
        </w:numPr>
      </w:pPr>
      <w:r>
        <w:rPr>
          <w:b/>
          <w:bCs/>
        </w:rPr>
        <w:t xml:space="preserve">A</w:t>
      </w:r>
      <w:r>
        <w:rPr>
          <w:b/>
          <w:bCs/>
        </w:rPr>
        <w:t xml:space="preserve"> </w:t>
      </w:r>
      <w:r>
        <w:rPr>
          <w:b/>
          <w:bCs/>
          <w:u w:val="single"/>
        </w:rPr>
        <w:t xml:space="preserve">torpor</w:t>
      </w:r>
      <w:r>
        <w:rPr>
          <w:b/>
          <w:bCs/>
        </w:rPr>
        <w:t xml:space="preserve"> </w:t>
      </w:r>
      <w:r>
        <w:rPr>
          <w:b/>
          <w:bCs/>
        </w:rPr>
        <w:t xml:space="preserve">seized her; she stopped.</w:t>
      </w:r>
      <w:r>
        <w:br/>
      </w:r>
      <w:r>
        <w:t xml:space="preserve">    (a) a technique of showing events faster than they happen by taking a series of pictures, one after each passing of some time period, and then combing the pictures into a quick video</w:t>
      </w:r>
      <w:r>
        <w:br/>
      </w:r>
      <w:r>
        <w:t xml:space="preserve">    (b) forces into an undesired activity or situation -- such as legally sentencing someone to punishment  OR  finds guilty -- especially in court  OR  provides the means of finding guilty</w:t>
      </w:r>
      <w:r>
        <w:br/>
      </w:r>
      <w:r>
        <w:t xml:space="preserve">    (c) a state of low-energy and inactivity</w:t>
      </w:r>
    </w:p>
    <w:p>
      <w:pPr>
        <w:pStyle w:val="Compact"/>
        <w:numPr>
          <w:ilvl w:val="0"/>
          <w:numId w:val="1001"/>
        </w:numPr>
      </w:pPr>
      <w:r>
        <w:rPr>
          <w:b/>
          <w:bCs/>
        </w:rPr>
        <w:t xml:space="preserve">It was not that he was afraid of surgery; he bled people</w:t>
      </w:r>
      <w:r>
        <w:rPr>
          <w:b/>
          <w:bCs/>
        </w:rPr>
        <w:t xml:space="preserve"> </w:t>
      </w:r>
      <w:r>
        <w:rPr>
          <w:b/>
          <w:bCs/>
          <w:u w:val="single"/>
        </w:rPr>
        <w:t xml:space="preserve">copiously</w:t>
      </w:r>
      <w:r>
        <w:rPr>
          <w:b/>
          <w:bCs/>
        </w:rPr>
        <w:t xml:space="preserve"> </w:t>
      </w:r>
      <w:r>
        <w:rPr>
          <w:b/>
          <w:bCs/>
        </w:rPr>
        <w:t xml:space="preserve">like horses, and for the taking out of teeth he had the "devil's own wrist."</w:t>
      </w:r>
      <w:r>
        <w:br/>
      </w:r>
      <w:r>
        <w:t xml:space="preserve">    (a) in a disrespectful or rejecting manner</w:t>
      </w:r>
      <w:r>
        <w:br/>
      </w:r>
      <w:r>
        <w:t xml:space="preserve">    (b) in a manner that is not easily noticed</w:t>
      </w:r>
      <w:r>
        <w:br/>
      </w:r>
      <w:r>
        <w:t xml:space="preserve">    (c) abundant (large in quantity or number)</w:t>
      </w:r>
    </w:p>
    <w:p>
      <w:pPr>
        <w:pStyle w:val="Compact"/>
        <w:numPr>
          <w:ilvl w:val="0"/>
          <w:numId w:val="1001"/>
        </w:numPr>
      </w:pPr>
      <w:r>
        <w:rPr>
          <w:b/>
          <w:bCs/>
        </w:rPr>
        <w:t xml:space="preserve">Sometimes, too, she told him of what she had read, such as a passage in a novel, of a new play, or an anecdote of the "upper ten" that she had seen in a feuilleton; for, after all, Charles was something, an ever-open ear, and ever-ready</w:t>
      </w:r>
      <w:r>
        <w:rPr>
          <w:b/>
          <w:bCs/>
        </w:rPr>
        <w:t xml:space="preserve"> </w:t>
      </w:r>
      <w:r>
        <w:rPr>
          <w:b/>
          <w:bCs/>
          <w:u w:val="single"/>
        </w:rPr>
        <w:t xml:space="preserve">approbation</w:t>
      </w:r>
      <w:r>
        <w:rPr>
          <w:b/>
          <w:bCs/>
        </w:rPr>
        <w:t xml:space="preserve">.</w:t>
      </w:r>
      <w:r>
        <w:br/>
      </w:r>
      <w:r>
        <w:t xml:space="preserve">    (a) allowing</w:t>
      </w:r>
      <w:r>
        <w:br/>
      </w:r>
      <w:r>
        <w:t xml:space="preserve">    (b) not real</w:t>
      </w:r>
      <w:r>
        <w:br/>
      </w:r>
      <w:r>
        <w:t xml:space="preserve">    (c) approval</w:t>
      </w:r>
    </w:p>
    <w:p>
      <w:pPr>
        <w:pStyle w:val="Compact"/>
        <w:numPr>
          <w:ilvl w:val="0"/>
          <w:numId w:val="1001"/>
        </w:numPr>
      </w:pPr>
      <w:r>
        <w:rPr>
          <w:b/>
          <w:bCs/>
        </w:rPr>
        <w:t xml:space="preserve">The doctor, flattered at this unexpected title, launched out into</w:t>
      </w:r>
      <w:r>
        <w:rPr>
          <w:b/>
          <w:bCs/>
        </w:rPr>
        <w:t xml:space="preserve"> </w:t>
      </w:r>
      <w:r>
        <w:rPr>
          <w:b/>
          <w:bCs/>
          <w:u w:val="single"/>
        </w:rPr>
        <w:t xml:space="preserve">obsequious</w:t>
      </w:r>
      <w:r>
        <w:rPr>
          <w:b/>
          <w:bCs/>
        </w:rPr>
        <w:t xml:space="preserve"> </w:t>
      </w:r>
      <w:r>
        <w:rPr>
          <w:b/>
          <w:bCs/>
        </w:rPr>
        <w:t xml:space="preserve">phrases.</w:t>
      </w:r>
      <w:r>
        <w:br/>
      </w:r>
      <w:r>
        <w:t xml:space="preserve">    (a) able to be restored to good condition</w:t>
      </w:r>
      <w:r>
        <w:br/>
      </w:r>
      <w:r>
        <w:t xml:space="preserve">    (b) excessively eager to flatter or serve</w:t>
      </w:r>
      <w:r>
        <w:br/>
      </w:r>
      <w:r>
        <w:t xml:space="preserve">    (c) not bouncing back light/heat/sound...</w:t>
      </w:r>
    </w:p>
    <w:p>
      <w:pPr>
        <w:pStyle w:val="Compact"/>
        <w:numPr>
          <w:ilvl w:val="0"/>
          <w:numId w:val="1001"/>
        </w:numPr>
      </w:pPr>
      <w:r>
        <w:rPr>
          <w:b/>
          <w:bCs/>
        </w:rPr>
        <w:t xml:space="preserve">He</w:t>
      </w:r>
      <w:r>
        <w:rPr>
          <w:b/>
          <w:bCs/>
        </w:rPr>
        <w:t xml:space="preserve"> </w:t>
      </w:r>
      <w:r>
        <w:rPr>
          <w:b/>
          <w:bCs/>
          <w:u w:val="single"/>
        </w:rPr>
        <w:t xml:space="preserve">subjugated</w:t>
      </w:r>
      <w:r>
        <w:rPr>
          <w:b/>
          <w:bCs/>
        </w:rPr>
        <w:t xml:space="preserve"> </w:t>
      </w:r>
      <w:r>
        <w:rPr>
          <w:b/>
          <w:bCs/>
        </w:rPr>
        <w:t xml:space="preserve">her; she almost feared him.</w:t>
      </w:r>
      <w:r>
        <w:br/>
      </w:r>
      <w:r>
        <w:t xml:space="preserve">    (a) forced into submission</w:t>
      </w:r>
      <w:r>
        <w:br/>
      </w:r>
      <w:r>
        <w:t xml:space="preserve">    (b) not roughly calculated</w:t>
      </w:r>
      <w:r>
        <w:br/>
      </w:r>
      <w:r>
        <w:t xml:space="preserve">    (c) influenced or effected</w:t>
      </w:r>
    </w:p>
    <w:p>
      <w:pPr>
        <w:pStyle w:val="Compact"/>
        <w:numPr>
          <w:ilvl w:val="0"/>
          <w:numId w:val="1001"/>
        </w:numPr>
      </w:pPr>
      <w:r>
        <w:rPr>
          <w:b/>
          <w:bCs/>
        </w:rPr>
        <w:t xml:space="preserve">The novelty of the attempt, and the interest incident to the subject, had attracted such a concourse of persons that there was a</w:t>
      </w:r>
      <w:r>
        <w:rPr>
          <w:b/>
          <w:bCs/>
        </w:rPr>
        <w:t xml:space="preserve"> </w:t>
      </w:r>
      <w:r>
        <w:rPr>
          <w:b/>
          <w:bCs/>
          <w:u w:val="single"/>
        </w:rPr>
        <w:t xml:space="preserve">veritable</w:t>
      </w:r>
      <w:r>
        <w:rPr>
          <w:b/>
          <w:bCs/>
        </w:rPr>
        <w:t xml:space="preserve"> </w:t>
      </w:r>
      <w:r>
        <w:rPr>
          <w:b/>
          <w:bCs/>
        </w:rPr>
        <w:t xml:space="preserve">obstruction on the threshold of the establishment.</w:t>
      </w:r>
      <w:r>
        <w:br/>
      </w:r>
      <w:r>
        <w:t xml:space="preserve">    (a) used for emphasis to introduce a dramatic metaphor</w:t>
      </w:r>
      <w:r>
        <w:br/>
      </w:r>
      <w:r>
        <w:t xml:space="preserve">    (b) deserving no respect (worthless or of bad quality)</w:t>
      </w:r>
      <w:r>
        <w:br/>
      </w:r>
      <w:r>
        <w:t xml:space="preserve">    (c) the quality or degree of not being straightforward</w:t>
      </w:r>
    </w:p>
    <w:p>
      <w:pPr>
        <w:pStyle w:val="Compact"/>
        <w:numPr>
          <w:ilvl w:val="0"/>
          <w:numId w:val="1001"/>
        </w:numPr>
      </w:pPr>
      <w:r>
        <w:rPr>
          <w:b/>
          <w:bCs/>
        </w:rPr>
        <w:t xml:space="preserve">"For, after all," he exclaimed,</w:t>
      </w:r>
      <w:r>
        <w:rPr>
          <w:b/>
          <w:bCs/>
        </w:rPr>
        <w:t xml:space="preserve"> </w:t>
      </w:r>
      <w:r>
        <w:rPr>
          <w:b/>
          <w:bCs/>
          <w:u w:val="single"/>
        </w:rPr>
        <w:t xml:space="preserve">gesticulating</w:t>
      </w:r>
      <w:r>
        <w:rPr>
          <w:b/>
          <w:bCs/>
        </w:rPr>
        <w:t xml:space="preserve">, "I can't exile myself—have a child on my hands."</w:t>
      </w:r>
      <w:r>
        <w:br/>
      </w:r>
      <w:r>
        <w:t xml:space="preserve">    (a) surgically interrupting nerve tracts to and from the frontal lobe of the brain</w:t>
      </w:r>
      <w:r>
        <w:br/>
      </w:r>
      <w:r>
        <w:t xml:space="preserve">    (b) releasing from slavery or servitude; or (metaphorically) from social restraints</w:t>
      </w:r>
      <w:r>
        <w:br/>
      </w:r>
      <w:r>
        <w:t xml:space="preserve">    (c) making gestures (hand or body movements) while speaking or to express something</w:t>
      </w:r>
    </w:p>
    <w:p>
      <w:pPr>
        <w:pStyle w:val="Compact"/>
        <w:numPr>
          <w:ilvl w:val="0"/>
          <w:numId w:val="1001"/>
        </w:numPr>
      </w:pPr>
      <w:r>
        <w:rPr>
          <w:b/>
          <w:bCs/>
        </w:rPr>
        <w:t xml:space="preserve">At the corner of the street, from a lower storey, rose a kind of humming with</w:t>
      </w:r>
      <w:r>
        <w:rPr>
          <w:b/>
          <w:bCs/>
        </w:rPr>
        <w:t xml:space="preserve"> </w:t>
      </w:r>
      <w:r>
        <w:rPr>
          <w:b/>
          <w:bCs/>
          <w:u w:val="single"/>
        </w:rPr>
        <w:t xml:space="preserve">strident</w:t>
      </w:r>
      <w:r>
        <w:rPr>
          <w:b/>
          <w:bCs/>
        </w:rPr>
        <w:t xml:space="preserve"> </w:t>
      </w:r>
      <w:r>
        <w:rPr>
          <w:b/>
          <w:bCs/>
        </w:rPr>
        <w:t xml:space="preserve">modulations.</w:t>
      </w:r>
      <w:r>
        <w:br/>
      </w:r>
      <w:r>
        <w:t xml:space="preserve">    (a) unpleasantly forceful when expressing opinions; or loud and harsh</w:t>
      </w:r>
      <w:r>
        <w:br/>
      </w:r>
      <w:r>
        <w:br/>
      </w:r>
      <w:r>
        <w:br/>
      </w:r>
      <w:r>
        <w:t xml:space="preserve">    (b) not capable of being better understood through detailed examination</w:t>
      </w:r>
      <w:r>
        <w:br/>
      </w:r>
      <w:r>
        <w:t xml:space="preserve">    (c) clear, easily noticed, and/or identifiable as different or separate</w:t>
      </w:r>
    </w:p>
    <w:p>
      <w:pPr>
        <w:pStyle w:val="Compact"/>
        <w:numPr>
          <w:ilvl w:val="0"/>
          <w:numId w:val="1001"/>
        </w:numPr>
      </w:pPr>
      <w:r>
        <w:rPr>
          <w:b/>
          <w:bCs/>
        </w:rPr>
        <w:t xml:space="preserve">Edgar, flashing with fury, dominated all the others with his clearer voice; Ashton hurled homicidal provocations at him in deep notes; Lucie uttered her shrill plaint, Arthur at one side, his</w:t>
      </w:r>
      <w:r>
        <w:rPr>
          <w:b/>
          <w:bCs/>
        </w:rPr>
        <w:t xml:space="preserve"> </w:t>
      </w:r>
      <w:r>
        <w:rPr>
          <w:b/>
          <w:bCs/>
          <w:u w:val="single"/>
        </w:rPr>
        <w:t xml:space="preserve">modulated</w:t>
      </w:r>
      <w:r>
        <w:rPr>
          <w:b/>
          <w:bCs/>
        </w:rPr>
        <w:t xml:space="preserve"> </w:t>
      </w:r>
      <w:r>
        <w:rPr>
          <w:b/>
          <w:bCs/>
        </w:rPr>
        <w:t xml:space="preserve">tones in the middle register, and the bass of the minister pealed forth like an organ, while the voices of the women repeating his words took them up in chorus delightfully.</w:t>
      </w:r>
      <w:r>
        <w:br/>
      </w:r>
      <w:r>
        <w:t xml:space="preserve">    (a) disagreed</w:t>
      </w:r>
      <w:r>
        <w:br/>
      </w:r>
      <w:r>
        <w:t xml:space="preserve">    (b) postponed</w:t>
      </w:r>
      <w:r>
        <w:br/>
      </w:r>
      <w:r>
        <w:t xml:space="preserve">    (c) regulated</w:t>
      </w:r>
    </w:p>
    <w:p>
      <w:pPr>
        <w:pStyle w:val="Compact"/>
        <w:numPr>
          <w:ilvl w:val="0"/>
          <w:numId w:val="1001"/>
        </w:numPr>
      </w:pPr>
      <w:r>
        <w:rPr>
          <w:b/>
          <w:bCs/>
        </w:rPr>
        <w:t xml:space="preserve">Then he, from</w:t>
      </w:r>
      <w:r>
        <w:rPr>
          <w:b/>
          <w:bCs/>
        </w:rPr>
        <w:t xml:space="preserve"> </w:t>
      </w:r>
      <w:r>
        <w:rPr>
          <w:b/>
          <w:bCs/>
          <w:u w:val="single"/>
        </w:rPr>
        <w:t xml:space="preserve">indolence</w:t>
      </w:r>
      <w:r>
        <w:rPr>
          <w:b/>
          <w:bCs/>
        </w:rPr>
        <w:t xml:space="preserve">, from laziness, went and took, hanging on its nail in my laboratory, the key of the Capharnaum.</w:t>
      </w:r>
      <w:r>
        <w:br/>
      </w:r>
      <w:r>
        <w:t xml:space="preserve">    (a) laziness</w:t>
      </w:r>
      <w:r>
        <w:br/>
      </w:r>
      <w:r>
        <w:t xml:space="preserve">    (b) not real</w:t>
      </w:r>
      <w:r>
        <w:br/>
      </w:r>
      <w:r>
        <w:t xml:space="preserve">    (c) allowing</w:t>
      </w:r>
    </w:p>
    <w:p>
      <w:pPr>
        <w:pStyle w:val="Compact"/>
        <w:numPr>
          <w:ilvl w:val="0"/>
          <w:numId w:val="1001"/>
        </w:numPr>
      </w:pPr>
      <w:r>
        <w:rPr>
          <w:b/>
          <w:bCs/>
        </w:rPr>
        <w:t xml:space="preserve">Emma gave him back the letter; then at dinner, for appearance's sake, she affected a certain</w:t>
      </w:r>
      <w:r>
        <w:rPr>
          <w:b/>
          <w:bCs/>
        </w:rPr>
        <w:t xml:space="preserve"> </w:t>
      </w:r>
      <w:r>
        <w:rPr>
          <w:b/>
          <w:bCs/>
          <w:u w:val="single"/>
        </w:rPr>
        <w:t xml:space="preserve">repugnance</w:t>
      </w:r>
      <w:r>
        <w:rPr>
          <w:b/>
          <w:bCs/>
        </w:rPr>
        <w:t xml:space="preserve">.</w:t>
      </w:r>
      <w:r>
        <w:br/>
      </w:r>
      <w:r>
        <w:t xml:space="preserve">    (a) strong disgust</w:t>
      </w:r>
      <w:r>
        <w:br/>
      </w:r>
      <w:r>
        <w:t xml:space="preserve">    (b) dissatisfaction</w:t>
      </w:r>
      <w:r>
        <w:br/>
      </w:r>
      <w:r>
        <w:t xml:space="preserve">    (c) discouragement</w:t>
      </w:r>
    </w:p>
    <w:p>
      <w:pPr>
        <w:pStyle w:val="Compact"/>
        <w:numPr>
          <w:ilvl w:val="0"/>
          <w:numId w:val="1001"/>
        </w:numPr>
      </w:pPr>
      <w:r>
        <w:rPr>
          <w:b/>
          <w:bCs/>
        </w:rPr>
        <w:t xml:space="preserve">Do you think I'm not sufficiently ruining my health living here amid the continual</w:t>
      </w:r>
      <w:r>
        <w:rPr>
          <w:b/>
          <w:bCs/>
        </w:rPr>
        <w:t xml:space="preserve"> </w:t>
      </w:r>
      <w:r>
        <w:rPr>
          <w:b/>
          <w:bCs/>
          <w:u w:val="single"/>
        </w:rPr>
        <w:t xml:space="preserve">emanations</w:t>
      </w:r>
      <w:r>
        <w:rPr>
          <w:b/>
          <w:bCs/>
        </w:rPr>
        <w:t xml:space="preserve"> </w:t>
      </w:r>
      <w:r>
        <w:rPr>
          <w:b/>
          <w:bCs/>
        </w:rPr>
        <w:t xml:space="preserve">of the pharmacy?</w:t>
      </w:r>
      <w:r>
        <w:br/>
      </w:r>
      <w:r>
        <w:t xml:space="preserve">    (a) emission or creation</w:t>
      </w:r>
      <w:r>
        <w:br/>
      </w:r>
      <w:r>
        <w:t xml:space="preserve">    (b) excessively enjoying</w:t>
      </w:r>
      <w:r>
        <w:br/>
      </w:r>
      <w:r>
        <w:t xml:space="preserve">    (c) dies or is destroyed</w:t>
      </w:r>
    </w:p>
    <w:p>
      <w:pPr>
        <w:pStyle w:val="Compact"/>
        <w:numPr>
          <w:ilvl w:val="0"/>
          <w:numId w:val="1001"/>
        </w:numPr>
      </w:pPr>
      <w:r>
        <w:rPr>
          <w:b/>
          <w:bCs/>
        </w:rPr>
        <w:t xml:space="preserve">He was incapable of heroism, weak, banal, more spiritless than a woman,</w:t>
      </w:r>
      <w:r>
        <w:rPr>
          <w:b/>
          <w:bCs/>
        </w:rPr>
        <w:t xml:space="preserve"> </w:t>
      </w:r>
      <w:r>
        <w:rPr>
          <w:b/>
          <w:bCs/>
          <w:u w:val="single"/>
        </w:rPr>
        <w:t xml:space="preserve">avaricious</w:t>
      </w:r>
      <w:r>
        <w:rPr>
          <w:b/>
          <w:bCs/>
        </w:rPr>
        <w:t xml:space="preserve"> </w:t>
      </w:r>
      <w:r>
        <w:rPr>
          <w:b/>
          <w:bCs/>
        </w:rPr>
        <w:t xml:space="preserve">too, and cowardly.</w:t>
      </w:r>
      <w:r>
        <w:br/>
      </w:r>
      <w:r>
        <w:t xml:space="preserve">    (a) having or showing excessive desire for wealth</w:t>
      </w:r>
      <w:r>
        <w:br/>
      </w:r>
      <w:r>
        <w:t xml:space="preserve">    (b) the characteristic of demonstrating something</w:t>
      </w:r>
      <w:r>
        <w:br/>
      </w:r>
      <w:r>
        <w:t xml:space="preserve">    (c) the quality of not being sensible and careful</w:t>
      </w:r>
    </w:p>
    <w:p>
      <w:pPr>
        <w:pStyle w:val="Compact"/>
        <w:numPr>
          <w:ilvl w:val="0"/>
          <w:numId w:val="1001"/>
        </w:numPr>
      </w:pPr>
      <w:r>
        <w:rPr>
          <w:b/>
          <w:bCs/>
        </w:rPr>
        <w:t xml:space="preserve">To please her, as if she were still living, he adopted her</w:t>
      </w:r>
      <w:r>
        <w:rPr>
          <w:b/>
          <w:bCs/>
        </w:rPr>
        <w:t xml:space="preserve"> </w:t>
      </w:r>
      <w:r>
        <w:rPr>
          <w:b/>
          <w:bCs/>
          <w:u w:val="single"/>
        </w:rPr>
        <w:t xml:space="preserve">predilections</w:t>
      </w:r>
      <w:r>
        <w:rPr>
          <w:b/>
          <w:bCs/>
        </w:rPr>
        <w:t xml:space="preserve">, her ideas; he bought patent leather boots and took to wearing white cravats.</w:t>
      </w:r>
      <w:r>
        <w:br/>
      </w:r>
      <w:r>
        <w:t xml:space="preserve">    (a) experts in the branch of geology that studies rocks</w:t>
      </w:r>
      <w:r>
        <w:br/>
      </w:r>
      <w:r>
        <w:t xml:space="preserve">    (b) people who expose wrongdoing within an organization</w:t>
      </w:r>
      <w:r>
        <w:br/>
      </w:r>
      <w:r>
        <w:t xml:space="preserve">    (c) preferences (predispositions in favor of something)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2026-07-31T15:43:50Z</dcterms:created>
  <dcterms:modified xsi:type="dcterms:W3CDTF">2026-07-31T15:43:50Z</dcterms:modified>
</cp:coreProperties>
</file>

<file path=docProps/custom.xml><?xml version="1.0" encoding="utf-8"?>
<Properties xmlns="http://schemas.openxmlformats.org/officeDocument/2006/custom-properties" xmlns:vt="http://schemas.openxmlformats.org/officeDocument/2006/docPropsVTypes"/>
</file>