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9e1b52b7fbcde8c9474eae0f80efee386d5182"/>
    <w:p>
      <w:pPr>
        <w:pStyle w:val="Heading1"/>
      </w:pPr>
      <w:r>
        <w:rPr>
          <w:b/>
          <w:bCs/>
        </w:rPr>
        <w:t xml:space="preserve">Macbeth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exact numbers are shown in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accompanying</w:t>
      </w:r>
      <w:r>
        <w:rPr>
          <w:b/>
          <w:bCs/>
        </w:rPr>
        <w:t xml:space="preserve"> </w:t>
      </w:r>
      <w:r>
        <w:rPr>
          <w:b/>
          <w:bCs/>
        </w:rPr>
        <w:t xml:space="preserve">table.</w:t>
      </w:r>
      <w:r>
        <w:br/>
      </w:r>
      <w:r>
        <w:t xml:space="preserve">    (a) provided together</w:t>
      </w:r>
      <w:r>
        <w:br/>
      </w:r>
      <w:r>
        <w:t xml:space="preserve">    (b) informative</w:t>
      </w:r>
      <w:r>
        <w:br/>
      </w:r>
      <w:r>
        <w:t xml:space="preserve">    (c) previously published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wined, dined,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beguiled</w:t>
      </w:r>
      <w:r>
        <w:rPr>
          <w:b/>
          <w:bCs/>
        </w:rPr>
        <w:t xml:space="preserve"> </w:t>
      </w:r>
      <w:r>
        <w:rPr>
          <w:b/>
          <w:bCs/>
        </w:rPr>
        <w:t xml:space="preserve">into signing the contract.</w:t>
      </w:r>
      <w:r>
        <w:br/>
      </w:r>
      <w:r>
        <w:t xml:space="preserve">    (a) encouraged</w:t>
      </w:r>
      <w:r>
        <w:br/>
      </w:r>
      <w:r>
        <w:t xml:space="preserve">    (b) forced</w:t>
      </w:r>
      <w:r>
        <w:br/>
      </w:r>
      <w:r>
        <w:t xml:space="preserve">    (c) tricked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Noisy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clamor</w:t>
      </w:r>
      <w:r>
        <w:rPr>
          <w:b/>
          <w:bCs/>
        </w:rPr>
        <w:t xml:space="preserve"> </w:t>
      </w:r>
      <w:r>
        <w:rPr>
          <w:b/>
          <w:bCs/>
        </w:rPr>
        <w:t xml:space="preserve">gave way to reasoned dialogue.</w:t>
      </w:r>
      <w:r>
        <w:br/>
      </w:r>
      <w:r>
        <w:t xml:space="preserve">    (a) demands</w:t>
      </w:r>
      <w:r>
        <w:br/>
      </w:r>
      <w:r>
        <w:t xml:space="preserve">    (b) insults</w:t>
      </w:r>
      <w:r>
        <w:br/>
      </w:r>
      <w:r>
        <w:t xml:space="preserve">    (c) whining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Politicians have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contend</w:t>
      </w:r>
      <w:r>
        <w:rPr>
          <w:b/>
          <w:bCs/>
        </w:rPr>
        <w:t xml:space="preserve"> </w:t>
      </w:r>
      <w:r>
        <w:rPr>
          <w:b/>
          <w:bCs/>
        </w:rPr>
        <w:t xml:space="preserve">with false attacks.</w:t>
      </w:r>
      <w:r>
        <w:br/>
      </w:r>
      <w:r>
        <w:t xml:space="preserve">    (a) campaign</w:t>
      </w:r>
      <w:r>
        <w:br/>
      </w:r>
      <w:r>
        <w:t xml:space="preserve">    (b) struggle</w:t>
      </w:r>
      <w:r>
        <w:br/>
      </w:r>
      <w:r>
        <w:t xml:space="preserve">    (c) raise money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teams are in fierce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contention</w:t>
      </w:r>
      <w:r>
        <w:rPr>
          <w:b/>
          <w:bCs/>
        </w:rPr>
        <w:t xml:space="preserve"> </w:t>
      </w:r>
      <w:r>
        <w:rPr>
          <w:b/>
          <w:bCs/>
        </w:rPr>
        <w:t xml:space="preserve">for first place.</w:t>
      </w:r>
      <w:r>
        <w:br/>
      </w:r>
      <w:r>
        <w:t xml:space="preserve">    (a) confidence</w:t>
      </w:r>
      <w:r>
        <w:br/>
      </w:r>
      <w:r>
        <w:t xml:space="preserve">    (b) competition</w:t>
      </w:r>
      <w:r>
        <w:br/>
      </w:r>
      <w:r>
        <w:t xml:space="preserve">    (c) surrender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We'll see if her cheerful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disposition</w:t>
      </w:r>
      <w:r>
        <w:rPr>
          <w:b/>
          <w:bCs/>
        </w:rPr>
        <w:t xml:space="preserve"> </w:t>
      </w:r>
      <w:r>
        <w:rPr>
          <w:b/>
          <w:bCs/>
        </w:rPr>
        <w:t xml:space="preserve">continues when she's tired and under stress.</w:t>
      </w:r>
      <w:r>
        <w:br/>
      </w:r>
      <w:r>
        <w:t xml:space="preserve">    (a) generosity</w:t>
      </w:r>
      <w:r>
        <w:br/>
      </w:r>
      <w:r>
        <w:t xml:space="preserve">    (b) team</w:t>
      </w:r>
      <w:r>
        <w:br/>
      </w:r>
      <w:r>
        <w:t xml:space="preserve">    (c) personality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city was conquered,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infirm</w:t>
      </w:r>
      <w:r>
        <w:rPr>
          <w:b/>
          <w:bCs/>
        </w:rPr>
        <w:t xml:space="preserve"> </w:t>
      </w:r>
      <w:r>
        <w:rPr>
          <w:b/>
          <w:bCs/>
        </w:rPr>
        <w:t xml:space="preserve">slaughtered, and the rest enslaved.</w:t>
      </w:r>
      <w:r>
        <w:br/>
      </w:r>
      <w:r>
        <w:t xml:space="preserve">    (a) children</w:t>
      </w:r>
      <w:r>
        <w:br/>
      </w:r>
      <w:r>
        <w:t xml:space="preserve">    (b) weak</w:t>
      </w:r>
      <w:r>
        <w:br/>
      </w:r>
      <w:r>
        <w:t xml:space="preserve">    (c) fighters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company's bankruptcy filing sounded the final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knell</w:t>
      </w:r>
      <w:r>
        <w:rPr>
          <w:b/>
          <w:bCs/>
        </w:rPr>
        <w:t xml:space="preserve"> </w:t>
      </w:r>
      <w:r>
        <w:rPr>
          <w:b/>
          <w:bCs/>
        </w:rPr>
        <w:t xml:space="preserve">for hundreds of employees who had hoped for a turnaround.</w:t>
      </w:r>
      <w:r>
        <w:br/>
      </w:r>
      <w:r>
        <w:t xml:space="preserve">    (a) sign of the renewal</w:t>
      </w:r>
      <w:r>
        <w:br/>
      </w:r>
      <w:r>
        <w:t xml:space="preserve">    (b) sign of the start</w:t>
      </w:r>
      <w:r>
        <w:br/>
      </w:r>
      <w:r>
        <w:t xml:space="preserve">    (c) sign of the end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American's have a hard time understanding that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mock</w:t>
      </w:r>
      <w:r>
        <w:rPr>
          <w:b/>
          <w:bCs/>
        </w:rPr>
        <w:t xml:space="preserve"> </w:t>
      </w:r>
      <w:r>
        <w:rPr>
          <w:b/>
          <w:bCs/>
        </w:rPr>
        <w:t xml:space="preserve">Islam is to invite violence.</w:t>
      </w:r>
      <w:r>
        <w:br/>
      </w:r>
      <w:r>
        <w:t xml:space="preserve">    (a) not believe in</w:t>
      </w:r>
      <w:r>
        <w:br/>
      </w:r>
      <w:r>
        <w:t xml:space="preserve">    (b) discriminate against</w:t>
      </w:r>
      <w:r>
        <w:br/>
      </w:r>
      <w:r>
        <w:t xml:space="preserve">    (c) make fun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is an exercise where the two divisions take part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mock</w:t>
      </w:r>
      <w:r>
        <w:rPr>
          <w:b/>
          <w:bCs/>
        </w:rPr>
        <w:t xml:space="preserve"> </w:t>
      </w:r>
      <w:r>
        <w:rPr>
          <w:b/>
          <w:bCs/>
        </w:rPr>
        <w:t xml:space="preserve">battle.</w:t>
      </w:r>
      <w:r>
        <w:br/>
      </w:r>
      <w:r>
        <w:t xml:space="preserve">    (a) high-casualty</w:t>
      </w:r>
      <w:r>
        <w:br/>
      </w:r>
      <w:r>
        <w:t xml:space="preserve">    (b) low-casualty</w:t>
      </w:r>
      <w:r>
        <w:br/>
      </w:r>
      <w:r>
        <w:t xml:space="preserve">    (c) not real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story, she was neither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nor a god. She was a demi-god.</w:t>
      </w:r>
      <w:r>
        <w:br/>
      </w:r>
      <w:r>
        <w:t xml:space="preserve">    (a) lucky survivor</w:t>
      </w:r>
      <w:r>
        <w:br/>
      </w:r>
      <w:r>
        <w:t xml:space="preserve">    (b) human</w:t>
      </w:r>
      <w:r>
        <w:br/>
      </w:r>
      <w:r>
        <w:t xml:space="preserve">    (c) type of bird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slow death from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</w:t>
      </w:r>
      <w:r>
        <w:rPr>
          <w:b/>
          <w:bCs/>
        </w:rPr>
        <w:t xml:space="preserve"> </w:t>
      </w:r>
      <w:r>
        <w:rPr>
          <w:b/>
          <w:bCs/>
        </w:rPr>
        <w:t xml:space="preserve">injury.</w:t>
      </w:r>
      <w:r>
        <w:br/>
      </w:r>
      <w:r>
        <w:t xml:space="preserve">    (a) causing death</w:t>
      </w:r>
      <w:r>
        <w:br/>
      </w:r>
      <w:r>
        <w:t xml:space="preserve">    (b) seemingly minor</w:t>
      </w:r>
      <w:r>
        <w:br/>
      </w:r>
      <w:r>
        <w:t xml:space="preserve">    (c) unjust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Kurds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predominantly</w:t>
      </w:r>
      <w:r>
        <w:rPr>
          <w:b/>
          <w:bCs/>
        </w:rPr>
        <w:t xml:space="preserve"> </w:t>
      </w:r>
      <w:r>
        <w:rPr>
          <w:b/>
          <w:bCs/>
        </w:rPr>
        <w:t xml:space="preserve">Sunni Muslim.</w:t>
      </w:r>
      <w:r>
        <w:br/>
      </w:r>
      <w:r>
        <w:t xml:space="preserve">    (a) seldom</w:t>
      </w:r>
      <w:r>
        <w:br/>
      </w:r>
      <w:r>
        <w:t xml:space="preserve">    (b) always</w:t>
      </w:r>
      <w:r>
        <w:br/>
      </w:r>
      <w:r>
        <w:t xml:space="preserve">    (c) most commonly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warm smile and friendly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set the tone for the entire meeting.</w:t>
      </w:r>
      <w:r>
        <w:br/>
      </w:r>
      <w:r>
        <w:t xml:space="preserve">    (a) smile</w:t>
      </w:r>
      <w:r>
        <w:br/>
      </w:r>
      <w:r>
        <w:t xml:space="preserve">    (b) greeting</w:t>
      </w:r>
      <w:r>
        <w:br/>
      </w:r>
      <w:r>
        <w:t xml:space="preserve">    (c) introduction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known facts</w:t>
      </w:r>
      <w:r>
        <w:br/>
      </w:r>
      <w:r>
        <w:t xml:space="preserve">    (b) principles that discourage certain kinds of action</w:t>
      </w:r>
      <w:r>
        <w:br/>
      </w:r>
      <w:r>
        <w:t xml:space="preserve">    (c) firmness of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Having betrayed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thus</w:t>
      </w:r>
      <w:r>
        <w:rPr>
          <w:b/>
          <w:bCs/>
        </w:rPr>
        <w:t xml:space="preserve">, he was not surprised when she broke up with him.</w:t>
      </w:r>
      <w:r>
        <w:br/>
      </w:r>
      <w:r>
        <w:t xml:space="preserve">    (a) in an odd way</w:t>
      </w:r>
      <w:r>
        <w:br/>
      </w:r>
      <w:r>
        <w:t xml:space="preserve">    (b) in the usual way</w:t>
      </w:r>
      <w:r>
        <w:br/>
      </w:r>
      <w:r>
        <w:t xml:space="preserve">    (c) in that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waste my time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trifling</w:t>
      </w:r>
      <w:r>
        <w:rPr>
          <w:b/>
          <w:bCs/>
        </w:rPr>
        <w:t xml:space="preserve"> </w:t>
      </w:r>
      <w:r>
        <w:rPr>
          <w:b/>
          <w:bCs/>
        </w:rPr>
        <w:t xml:space="preserve">matters.</w:t>
      </w:r>
      <w:r>
        <w:br/>
      </w:r>
      <w:r>
        <w:t xml:space="preserve">    (a) other's</w:t>
      </w:r>
      <w:r>
        <w:br/>
      </w:r>
      <w:r>
        <w:t xml:space="preserve">    (b) future</w:t>
      </w:r>
      <w:r>
        <w:br/>
      </w:r>
      <w:r>
        <w:t xml:space="preserve">    (c) unimportant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Pure democracy (without protection of minority rights) can become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tyranny</w:t>
      </w:r>
      <w:r>
        <w:rPr>
          <w:b/>
          <w:bCs/>
        </w:rPr>
        <w:t xml:space="preserve"> </w:t>
      </w:r>
      <w:r>
        <w:rPr>
          <w:b/>
          <w:bCs/>
        </w:rPr>
        <w:t xml:space="preserve">of the majority.</w:t>
      </w:r>
      <w:r>
        <w:br/>
      </w:r>
      <w:r>
        <w:t xml:space="preserve">    (a) a form of government where some people control others in a harsh, unfair manner</w:t>
      </w:r>
      <w:r>
        <w:br/>
      </w:r>
      <w:r>
        <w:t xml:space="preserve">    (b) a situation in which a difficult choice must be made between imperfect alternatives</w:t>
      </w:r>
      <w:r>
        <w:br/>
      </w:r>
      <w:r>
        <w:t xml:space="preserve">    (c) a form of government that is fair because decisions are made by majority vote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has served her country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valor</w:t>
      </w:r>
      <w:r>
        <w:rPr>
          <w:b/>
          <w:bCs/>
        </w:rPr>
        <w:t xml:space="preserve">.</w:t>
      </w:r>
      <w:r>
        <w:br/>
      </w:r>
      <w:r>
        <w:t xml:space="preserve">    (a) wisdom</w:t>
      </w:r>
      <w:r>
        <w:br/>
      </w:r>
      <w:r>
        <w:t xml:space="preserve">    (b) courage</w:t>
      </w:r>
      <w:r>
        <w:br/>
      </w:r>
      <w:r>
        <w:t xml:space="preserve">    (c) enthusiasm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need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vanquish</w:t>
      </w:r>
      <w:r>
        <w:rPr>
          <w:b/>
          <w:bCs/>
        </w:rPr>
        <w:t xml:space="preserve"> </w:t>
      </w:r>
      <w:r>
        <w:rPr>
          <w:b/>
          <w:bCs/>
        </w:rPr>
        <w:t xml:space="preserve">those negative thoughts and think about good things.</w:t>
      </w:r>
      <w:r>
        <w:br/>
      </w:r>
      <w:r>
        <w:t xml:space="preserve">    (a) gently ease</w:t>
      </w:r>
      <w:r>
        <w:br/>
      </w:r>
      <w:r>
        <w:t xml:space="preserve">    (b) gently persuade</w:t>
      </w:r>
      <w:r>
        <w:br/>
      </w:r>
      <w:r>
        <w:t xml:space="preserve">    (c) completely defeat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2026-07-31T14:30:34Z</dcterms:created>
  <dcterms:modified xsi:type="dcterms:W3CDTF">2026-07-31T14:30:34Z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