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536bd05c9b107fd1316bc465a8d368ca31c7af"/>
    <w:p>
      <w:pPr>
        <w:pStyle w:val="Heading1"/>
      </w:pPr>
      <w:r>
        <w:rPr>
          <w:b/>
          <w:bCs/>
        </w:rPr>
        <w:t xml:space="preserve">MS. Found in a Bottle</w:t>
      </w:r>
      <w:r>
        <w:br/>
      </w:r>
      <w:r>
        <w:rPr>
          <w:i/>
          <w:iCs/>
        </w:rPr>
        <w:t xml:space="preserve">Edgar Allan Poe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Hereditary wealth afforded me an education of no common order, and a contemplative turn of mind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enabled</w:t>
      </w:r>
      <w:r>
        <w:rPr>
          <w:b/>
          <w:bCs/>
        </w:rPr>
        <w:t xml:space="preserve"> </w:t>
      </w:r>
      <w:r>
        <w:rPr>
          <w:b/>
          <w:bCs/>
        </w:rPr>
        <w:t xml:space="preserve">me to methodize the stores which early study very diligently garnered up.</w:t>
      </w:r>
      <w:r>
        <w:br/>
      </w:r>
      <w:r>
        <w:t xml:space="preserve">    (a) not satisfied</w:t>
      </w:r>
      <w:r>
        <w:br/>
      </w:r>
      <w:r>
        <w:t xml:space="preserve">    (b) made possible</w:t>
      </w:r>
      <w:r>
        <w:br/>
      </w:r>
      <w:r>
        <w:t xml:space="preserve">    (c) got closer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Although completely water-logged, yet, as her masts had gone by the board, she rose, after a minute, heavily from the sea, and, staggering awhile beneath the immense pressure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tempest</w:t>
      </w:r>
      <w:r>
        <w:rPr>
          <w:b/>
          <w:bCs/>
        </w:rPr>
        <w:t xml:space="preserve">, finally righted.</w:t>
      </w:r>
      <w:r>
        <w:br/>
      </w:r>
      <w:r>
        <w:t xml:space="preserve">    (a) a long and determined effort for a cause that is passionately believed to be important</w:t>
      </w:r>
      <w:r>
        <w:br/>
      </w:r>
      <w:r>
        <w:t xml:space="preserve">    (b) a violent commotion or disturbance -- especially a violent storm or emotional outburst</w:t>
      </w:r>
      <w:r>
        <w:br/>
      </w:r>
      <w:r>
        <w:t xml:space="preserve">    (c) to dominate harshly and unfairly  OR  to deny equal rights to others or make them suffer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on deck, with the exception of ourselves, had been swept overboard;—the captain and mates must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perished</w:t>
      </w:r>
      <w:r>
        <w:rPr>
          <w:b/>
          <w:bCs/>
        </w:rPr>
        <w:t xml:space="preserve"> </w:t>
      </w:r>
      <w:r>
        <w:rPr>
          <w:b/>
          <w:bCs/>
        </w:rPr>
        <w:t xml:space="preserve">as they slept, for the cabins were deluged with water.</w:t>
      </w:r>
      <w:r>
        <w:br/>
      </w:r>
      <w:r>
        <w:t xml:space="preserve">    (a) examined in detail to better understand</w:t>
      </w:r>
      <w:r>
        <w:br/>
      </w:r>
      <w:r>
        <w:t xml:space="preserve">    (b) died, was destroyed, or ceased to exist</w:t>
      </w:r>
      <w:r>
        <w:br/>
      </w:r>
      <w:r>
        <w:t xml:space="preserve">    (c) moved into position to work; or started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were at the bottom of one of these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abysses</w:t>
      </w:r>
      <w:r>
        <w:rPr>
          <w:b/>
          <w:bCs/>
        </w:rPr>
        <w:t xml:space="preserve">, when a quick scream from my companion broke fearfully upon the night.</w:t>
      </w:r>
      <w:r>
        <w:br/>
      </w:r>
      <w:r>
        <w:t xml:space="preserve">    (a) holes or dropoffs so deep the bottom cannot be seen -- often used figuratively to imply frightening bottomless pits</w:t>
      </w:r>
      <w:r>
        <w:br/>
      </w:r>
      <w:r>
        <w:t xml:space="preserve">    (b) people characterized by withdrawal, an inability to form close relationships, and taking pleasure in few activities</w:t>
      </w:r>
      <w:r>
        <w:br/>
      </w:r>
      <w:r>
        <w:t xml:space="preserve">    (c) removals and examination of tissues or liquids from the living body to determine the existence or cause of diseases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I fell, the ship hove in stays, and went about; and to the confusion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ensuing</w:t>
      </w:r>
      <w:r>
        <w:rPr>
          <w:b/>
          <w:bCs/>
        </w:rPr>
        <w:t xml:space="preserve"> </w:t>
      </w:r>
      <w:r>
        <w:rPr>
          <w:b/>
          <w:bCs/>
        </w:rPr>
        <w:t xml:space="preserve">I attributed my escape from the notice of the crew.</w:t>
      </w:r>
      <w:r>
        <w:br/>
      </w:r>
      <w:r>
        <w:t xml:space="preserve">    (a) thinking about or discussing</w:t>
      </w:r>
      <w:r>
        <w:br/>
      </w:r>
      <w:r>
        <w:t xml:space="preserve">    (b) subsequent (happening later)</w:t>
      </w:r>
      <w:r>
        <w:br/>
      </w:r>
      <w:r>
        <w:t xml:space="preserve">    (c) gradually adding or removing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about it an evidence of great age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infirmity</w:t>
      </w:r>
      <w:r>
        <w:rPr>
          <w:b/>
          <w:bCs/>
        </w:rPr>
        <w:t xml:space="preserve">.</w:t>
      </w:r>
      <w:r>
        <w:br/>
      </w:r>
      <w:r>
        <w:t xml:space="preserve">    (a) another battle with the same foe</w:t>
      </w:r>
      <w:r>
        <w:br/>
      </w:r>
      <w:r>
        <w:t xml:space="preserve">    (b) describing someone as antisocial</w:t>
      </w:r>
      <w:r>
        <w:br/>
      </w:r>
      <w:r>
        <w:t xml:space="preserve">    (c) weakness from old age or disease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manner was a wild mixture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peevishness</w:t>
      </w:r>
      <w:r>
        <w:rPr>
          <w:b/>
          <w:bCs/>
        </w:rPr>
        <w:t xml:space="preserve"> </w:t>
      </w:r>
      <w:r>
        <w:rPr>
          <w:b/>
          <w:bCs/>
        </w:rPr>
        <w:t xml:space="preserve">of second childhood, and the solemn dignity of a God.</w:t>
      </w:r>
      <w:r>
        <w:br/>
      </w:r>
      <w:r>
        <w:t xml:space="preserve">    (a) annoyed or easily annoyed -- especially by unimportant things</w:t>
      </w:r>
      <w:r>
        <w:br/>
      </w:r>
      <w:r>
        <w:t xml:space="preserve">    (b) trustworthy with secrets or subtle (not attracting attention)</w:t>
      </w:r>
      <w:r>
        <w:br/>
      </w:r>
      <w:r>
        <w:t xml:space="preserve">    (c) related to the setting or situation in which something occurs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Yet it is not wonderful that these conceptions are indefinite, since they have their origin in sources so utterly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novel</w:t>
      </w:r>
      <w:r>
        <w:rPr>
          <w:b/>
          <w:bCs/>
        </w:rPr>
        <w:t xml:space="preserve">.</w:t>
      </w:r>
      <w:r>
        <w:br/>
      </w:r>
      <w:r>
        <w:t xml:space="preserve">    (a) important and valuable</w:t>
      </w:r>
      <w:r>
        <w:br/>
      </w:r>
      <w:r>
        <w:t xml:space="preserve">    (b) new and original</w:t>
      </w:r>
      <w:r>
        <w:br/>
      </w:r>
      <w:r>
        <w:t xml:space="preserve">    (c) traditional (having withstood the test of time)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new sense—a new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entity</w:t>
      </w:r>
      <w:r>
        <w:rPr>
          <w:b/>
          <w:bCs/>
        </w:rPr>
        <w:t xml:space="preserve"> </w:t>
      </w:r>
      <w:r>
        <w:rPr>
          <w:b/>
          <w:bCs/>
        </w:rPr>
        <w:t xml:space="preserve">is added to my soul.</w:t>
      </w:r>
      <w:r>
        <w:br/>
      </w:r>
      <w:r>
        <w:t xml:space="preserve">    (a) an agreement to marry; or relating to an agreement to marry</w:t>
      </w:r>
      <w:r>
        <w:br/>
      </w:r>
      <w:r>
        <w:t xml:space="preserve">    (b) the act of taking someone up or receiving someone in heaven</w:t>
      </w:r>
      <w:r>
        <w:br/>
      </w:r>
      <w:r>
        <w:t xml:space="preserve">    (c) person, organization, or anything with a separate existence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rigging, build, and general equipment, all negative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supposition</w:t>
      </w:r>
      <w:r>
        <w:rPr>
          <w:b/>
          <w:bCs/>
        </w:rPr>
        <w:t xml:space="preserve"> </w:t>
      </w:r>
      <w:r>
        <w:rPr>
          <w:b/>
          <w:bCs/>
        </w:rPr>
        <w:t xml:space="preserve">of this kind.</w:t>
      </w:r>
      <w:r>
        <w:br/>
      </w:r>
      <w:r>
        <w:t xml:space="preserve">    (a) nerve cells running from the base of the skull to the lower back and enclosed by vertebrae in adults</w:t>
      </w:r>
      <w:r>
        <w:br/>
      </w:r>
      <w:r>
        <w:t xml:space="preserve">    (b) a powerful stimulant drug that increases activity in the brain and nervous system -- often addictive</w:t>
      </w:r>
      <w:r>
        <w:br/>
      </w:r>
      <w:r>
        <w:t xml:space="preserve">    (c) something supposed (rather than something known to be so) -- such as a disputed belief or assumption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reading the above sentence a curious apothegm of an old weather-beaten Dutch navigator comes full upon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recollection</w:t>
      </w:r>
      <w:r>
        <w:rPr>
          <w:b/>
          <w:bCs/>
        </w:rPr>
        <w:t xml:space="preserve">.</w:t>
      </w:r>
      <w:r>
        <w:br/>
      </w:r>
      <w:r>
        <w:t xml:space="preserve">    (a) battle</w:t>
      </w:r>
      <w:r>
        <w:br/>
      </w:r>
      <w:r>
        <w:t xml:space="preserve">    (b) memory</w:t>
      </w:r>
      <w:r>
        <w:br/>
      </w:r>
      <w:r>
        <w:t xml:space="preserve">    (c) result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Around them, on every part of the deck, lay scattered mathematical instruments of the most quaint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obsolete</w:t>
      </w:r>
      <w:r>
        <w:rPr>
          <w:b/>
          <w:bCs/>
        </w:rPr>
        <w:t xml:space="preserve"> </w:t>
      </w:r>
      <w:r>
        <w:rPr>
          <w:b/>
          <w:bCs/>
        </w:rPr>
        <w:t xml:space="preserve">construction.</w:t>
      </w:r>
      <w:r>
        <w:br/>
      </w:r>
      <w:r>
        <w:t xml:space="preserve">    (a) no longer in general use because it was replaced by something better</w:t>
      </w:r>
      <w:r>
        <w:br/>
      </w:r>
      <w:r>
        <w:t xml:space="preserve">    (b) surprise -- often so much so that one doesn't know what to say or do</w:t>
      </w:r>
      <w:r>
        <w:br/>
      </w:r>
      <w:r>
        <w:t xml:space="preserve">    (c) an appropriate size, amount, or degree in relation to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—I must suppose the ship to be within the influence of some strong current,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under-tow.</w:t>
      </w:r>
      <w:r>
        <w:br/>
      </w:r>
      <w:r>
        <w:t xml:space="preserve">    (a) tending to have exceedingly unfavorable opinions</w:t>
      </w:r>
      <w:r>
        <w:br/>
      </w:r>
      <w:r>
        <w:t xml:space="preserve">    (b) most important; or person that is most important</w:t>
      </w:r>
      <w:r>
        <w:br/>
      </w:r>
      <w:r>
        <w:t xml:space="preserve">    (c) impulsive (acting suddenly without much thought)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Although in his appearance there is, to a casual observer, nothing which might bespeak him more or less than man-still a feeling of irrepressible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reverence</w:t>
      </w:r>
      <w:r>
        <w:rPr>
          <w:b/>
          <w:bCs/>
        </w:rPr>
        <w:t xml:space="preserve"> </w:t>
      </w:r>
      <w:r>
        <w:rPr>
          <w:b/>
          <w:bCs/>
        </w:rPr>
        <w:t xml:space="preserve">and awe mingled with the sensation of wonder with which I regarded him.</w:t>
      </w:r>
      <w:r>
        <w:br/>
      </w:r>
      <w:r>
        <w:t xml:space="preserve">    (a) separate two things to prevent passage of something such as heat, cold, noise, or electricity</w:t>
      </w:r>
      <w:r>
        <w:br/>
      </w:r>
      <w:r>
        <w:t xml:space="preserve">    (b) feelings of deep respect and admiration -- sometimes with a mixture of wonder and awe or fear</w:t>
      </w:r>
      <w:r>
        <w:br/>
      </w:r>
      <w:r>
        <w:t xml:space="preserve">    (c) interfere (in another's affairs or business); or handle (something that shouldn't be handled)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I trembled at the blast which has hitherto attended us, shall I not stand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aghast</w:t>
      </w:r>
      <w:r>
        <w:rPr>
          <w:b/>
          <w:bCs/>
        </w:rPr>
        <w:t xml:space="preserve"> </w:t>
      </w:r>
      <w:r>
        <w:rPr>
          <w:b/>
          <w:bCs/>
        </w:rPr>
        <w:t xml:space="preserve">at a warring of wind and ocean, to convey any idea of which the words tornado and simoom are trivial and ineffective?</w:t>
      </w:r>
      <w:r>
        <w:br/>
      </w:r>
      <w:r>
        <w:t xml:space="preserve">    (a) shocked with feelings of surprise and dismay</w:t>
      </w:r>
      <w:r>
        <w:br/>
      </w:r>
      <w:r>
        <w:t xml:space="preserve">    (b) holds together (connects or unites) or wraps</w:t>
      </w:r>
      <w:r>
        <w:br/>
      </w:r>
      <w:r>
        <w:t xml:space="preserve">    (c) the quality of lacking exactness or accuracy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* * * * * The crew pace the deck with unquiet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tremulous</w:t>
      </w:r>
      <w:r>
        <w:rPr>
          <w:b/>
          <w:bCs/>
        </w:rPr>
        <w:t xml:space="preserve"> </w:t>
      </w:r>
      <w:r>
        <w:rPr>
          <w:b/>
          <w:bCs/>
        </w:rPr>
        <w:t xml:space="preserve">step; but there is upon their countenances an expression more of the eagerness of hope than of the apathy of despair.</w:t>
      </w:r>
      <w:r>
        <w:br/>
      </w:r>
      <w:r>
        <w:t xml:space="preserve">    (a) marvelous (wonderful)</w:t>
      </w:r>
      <w:r>
        <w:br/>
      </w:r>
      <w:r>
        <w:t xml:space="preserve">    (b) vigorous (strong)</w:t>
      </w:r>
      <w:r>
        <w:br/>
      </w:r>
      <w:r>
        <w:t xml:space="preserve">    (c) quivering (shaky)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* * * * * The crew pace the deck with unquiet and tremulous step; but there is upon their countenances an expression more of the eagerness of hope than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apathy</w:t>
      </w:r>
      <w:r>
        <w:rPr>
          <w:b/>
          <w:bCs/>
        </w:rPr>
        <w:t xml:space="preserve"> </w:t>
      </w:r>
      <w:r>
        <w:rPr>
          <w:b/>
          <w:bCs/>
        </w:rPr>
        <w:t xml:space="preserve">of despair.</w:t>
      </w:r>
      <w:r>
        <w:br/>
      </w:r>
      <w:r>
        <w:t xml:space="preserve">    (a) poor ability to make a decision</w:t>
      </w:r>
      <w:r>
        <w:br/>
      </w:r>
      <w:r>
        <w:t xml:space="preserve">    (b) non-traditional or non-standard</w:t>
      </w:r>
      <w:r>
        <w:br/>
      </w:r>
      <w:r>
        <w:t xml:space="preserve">    (c) lack of interest and enthusiasm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established ourselves in one of the smallest and least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sumptuously</w:t>
      </w:r>
      <w:r>
        <w:rPr>
          <w:b/>
          <w:bCs/>
        </w:rPr>
        <w:t xml:space="preserve"> </w:t>
      </w:r>
      <w:r>
        <w:rPr>
          <w:b/>
          <w:bCs/>
        </w:rPr>
        <w:t xml:space="preserve">furnished apartments.</w:t>
      </w:r>
      <w:r>
        <w:br/>
      </w:r>
      <w:r>
        <w:t xml:space="preserve">    (a) with acceptance of something undesired as unavoidable or the lesser of evils</w:t>
      </w:r>
      <w:r>
        <w:br/>
      </w:r>
      <w:r>
        <w:t xml:space="preserve">    (b) in a manner that uses extreme or violent methods to achieve a political goal</w:t>
      </w:r>
      <w:r>
        <w:br/>
      </w:r>
      <w:r>
        <w:t xml:space="preserve">    (c) magnificent (impressively wonderful) -- often indicating something expensive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had found the spell of the picture in an absolute life-likeliness of expression, which, at first startling, finally confounded, subdued,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appalled</w:t>
      </w:r>
      <w:r>
        <w:rPr>
          <w:b/>
          <w:bCs/>
        </w:rPr>
        <w:t xml:space="preserve"> </w:t>
      </w:r>
      <w:r>
        <w:rPr>
          <w:b/>
          <w:bCs/>
        </w:rPr>
        <w:t xml:space="preserve">me.</w:t>
      </w:r>
      <w:r>
        <w:br/>
      </w:r>
      <w:r>
        <w:t xml:space="preserve">    (a) gave an opinion of what was wrong with something</w:t>
      </w:r>
      <w:r>
        <w:br/>
      </w:r>
      <w:r>
        <w:t xml:space="preserve">    (b) with an unadjusted lens so the image isn't clear</w:t>
      </w:r>
      <w:r>
        <w:br/>
      </w:r>
      <w:r>
        <w:t xml:space="preserve">    (c) shocked by how terrible or horrible something is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cause of my deep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agitation</w:t>
      </w:r>
      <w:r>
        <w:rPr>
          <w:b/>
          <w:bCs/>
        </w:rPr>
        <w:t xml:space="preserve"> </w:t>
      </w:r>
      <w:r>
        <w:rPr>
          <w:b/>
          <w:bCs/>
        </w:rPr>
        <w:t xml:space="preserve">being thus shut from view, I sought eagerly the volume which discussed the paintings and their histories.</w:t>
      </w:r>
      <w:r>
        <w:br/>
      </w:r>
      <w:r>
        <w:t xml:space="preserve">    (a) the act of stirring up (emotionally or physically); or a state of emotional unrest</w:t>
      </w:r>
      <w:r>
        <w:br/>
      </w:r>
      <w:r>
        <w:t xml:space="preserve">    (b) officially telling someone about something; or something that contains the message</w:t>
      </w:r>
      <w:r>
        <w:br/>
      </w:r>
      <w:r>
        <w:t xml:space="preserve">    (c) formula (a mathematical expression that describe a relationship between variables)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2026-07-31T17:12:05Z</dcterms:created>
  <dcterms:modified xsi:type="dcterms:W3CDTF">2026-07-31T17:12:05Z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