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ff9b055ac0130af333c4ce31706112c42b43ad"/>
    <w:p>
      <w:pPr>
        <w:pStyle w:val="Heading1"/>
      </w:pPr>
      <w:r>
        <w:rPr>
          <w:b/>
          <w:bCs/>
        </w:rPr>
        <w:t xml:space="preserve">M. Butterfly</w:t>
      </w:r>
      <w:r>
        <w:br/>
      </w:r>
      <w:r>
        <w:rPr>
          <w:i/>
          <w:iCs/>
        </w:rPr>
        <w:t xml:space="preserve">David Henry Hwang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order for you to understand what I did and why, I must introduce you to my favorite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opera</w:t>
      </w:r>
      <w:r>
        <w:rPr>
          <w:b/>
          <w:bCs/>
        </w:rPr>
        <w:t xml:space="preserve">: Madame Butterfly.</w:t>
      </w:r>
      <w:r>
        <w:br/>
      </w:r>
      <w:r>
        <w:t xml:space="preserve">    (a) music written for orchestra and one (or more) solo instruments</w:t>
      </w:r>
      <w:r>
        <w:br/>
      </w:r>
      <w:r>
        <w:t xml:space="preserve">    (b) a classical music play in which most of the dialogue is sung</w:t>
      </w:r>
      <w:r>
        <w:br/>
      </w:r>
      <w:r>
        <w:t xml:space="preserve">    (c) music sung without any accompanying instruments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preceding</w:t>
      </w:r>
      <w:r>
        <w:rPr>
          <w:b/>
          <w:bCs/>
        </w:rPr>
        <w:t xml:space="preserve"> </w:t>
      </w:r>
      <w:r>
        <w:rPr>
          <w:b/>
          <w:bCs/>
        </w:rPr>
        <w:t xml:space="preserve">scene, I played Pinkerton, the womanizing cad, and my friend Marc from school ….</w:t>
      </w:r>
      <w:r>
        <w:br/>
      </w:r>
      <w:r>
        <w:t xml:space="preserve">    (a) influencing or effecting</w:t>
      </w:r>
      <w:r>
        <w:br/>
      </w:r>
      <w:r>
        <w:t xml:space="preserve">    (b) previous</w:t>
      </w:r>
      <w:r>
        <w:br/>
      </w:r>
      <w:r>
        <w:t xml:space="preserve">    (c) beginning to fight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now return to my version of Madame Butterfly and the events leading to my recent conviction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.</w:t>
      </w:r>
      <w:r>
        <w:br/>
      </w:r>
      <w:r>
        <w:t xml:space="preserve">    (a) untied or released</w:t>
      </w:r>
      <w:r>
        <w:br/>
      </w:r>
      <w:r>
        <w:t xml:space="preserve">    (b) easily set on fire</w:t>
      </w:r>
      <w:r>
        <w:br/>
      </w:r>
      <w:r>
        <w:t xml:space="preserve">    (c) an act of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truth, long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deferred</w:t>
      </w:r>
      <w:r>
        <w:rPr>
          <w:b/>
          <w:bCs/>
        </w:rPr>
        <w:t xml:space="preserve">, has come up to her door.</w:t>
      </w:r>
      <w:r>
        <w:br/>
      </w:r>
      <w:r>
        <w:t xml:space="preserve">    (a) postponed or delayed</w:t>
      </w:r>
      <w:r>
        <w:br/>
      </w:r>
      <w:r>
        <w:t xml:space="preserve">    (b) repaid or returned</w:t>
      </w:r>
      <w:r>
        <w:br/>
      </w:r>
      <w:r>
        <w:t xml:space="preserve">    (c) cancelled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can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objectively</w:t>
      </w:r>
      <w:r>
        <w:rPr>
          <w:b/>
          <w:bCs/>
        </w:rPr>
        <w:t xml:space="preserve"> </w:t>
      </w:r>
      <w:r>
        <w:rPr>
          <w:b/>
          <w:bCs/>
        </w:rPr>
        <w:t xml:space="preserve">judge your own values?</w:t>
      </w:r>
      <w:r>
        <w:br/>
      </w:r>
      <w:r>
        <w:t xml:space="preserve">    (a) in a manner related to the mechanical properties of fluids that are not in motion</w:t>
      </w:r>
      <w:r>
        <w:br/>
      </w:r>
      <w:r>
        <w:t xml:space="preserve">    (b) of a guitar or other musical instrument:  not using electricity to amplify sound</w:t>
      </w:r>
      <w:r>
        <w:br/>
      </w:r>
      <w:r>
        <w:t xml:space="preserve">    (c) in an unbiased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I do, even pouring the tea for you now …. it has ….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implications</w:t>
      </w:r>
      <w:r>
        <w:rPr>
          <w:b/>
          <w:bCs/>
        </w:rPr>
        <w:t xml:space="preserve">.</w:t>
      </w:r>
      <w:r>
        <w:br/>
      </w:r>
      <w:r>
        <w:t xml:space="preserve">    (a) things suggested indirectly</w:t>
      </w:r>
      <w:r>
        <w:br/>
      </w:r>
      <w:r>
        <w:t xml:space="preserve">    (b) workplaces where people do scientific or medical research, or produce drugs or chemicals</w:t>
      </w:r>
      <w:r>
        <w:br/>
      </w:r>
      <w:r>
        <w:t xml:space="preserve">    (c) supporters of dramatic change -- sometimes people fighting for overthrow of a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Madame Butterfly, Cio-Cio-San fears that the Western man who catches a butterfly will pierce its heart with a needle, then leave it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.</w:t>
      </w:r>
      <w:r>
        <w:br/>
      </w:r>
      <w:r>
        <w:t xml:space="preserve">    (a) move into position to work; or start</w:t>
      </w:r>
      <w:r>
        <w:br/>
      </w:r>
      <w:r>
        <w:t xml:space="preserve">    (b) die, be destroyed, or cease to exist</w:t>
      </w:r>
      <w:r>
        <w:br/>
      </w:r>
      <w:r>
        <w:t xml:space="preserve">    (c) to spread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Somehow I knew I'd end up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suburbs</w:t>
      </w:r>
      <w:r>
        <w:rPr>
          <w:b/>
          <w:bCs/>
        </w:rPr>
        <w:t xml:space="preserve"> </w:t>
      </w:r>
      <w:r>
        <w:rPr>
          <w:b/>
          <w:bCs/>
        </w:rPr>
        <w:t xml:space="preserve">working for Renault and you'd be in the Orient picking exotic women off the trees.</w:t>
      </w:r>
      <w:r>
        <w:br/>
      </w:r>
      <w:r>
        <w:t xml:space="preserve">    (a) residential areas located near the outer edge of a city where it isn't as crowded</w:t>
      </w:r>
      <w:r>
        <w:br/>
      </w:r>
      <w:r>
        <w:t xml:space="preserve">    (b) soccer:  unopposed kicks awarded to a team due an infraction by the opposing team</w:t>
      </w:r>
      <w:r>
        <w:br/>
      </w:r>
      <w:r>
        <w:t xml:space="preserve">    (c) compounds best known for causing an allergic reaction after exposure to allergens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This, from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contemporary</w:t>
      </w:r>
      <w:r>
        <w:rPr>
          <w:b/>
          <w:bCs/>
        </w:rPr>
        <w:t xml:space="preserve"> </w:t>
      </w:r>
      <w:r>
        <w:rPr>
          <w:b/>
          <w:bCs/>
        </w:rPr>
        <w:t xml:space="preserve">critic's commentary on Madame Butterfly: "Pinkerton suffers from …. being an obnoxious bounder whom every man in the audience itches to kick."</w:t>
      </w:r>
      <w:r>
        <w:br/>
      </w:r>
      <w:r>
        <w:t xml:space="preserve">    (a) something occurring in the same period of time as something else</w:t>
      </w:r>
      <w:r>
        <w:br/>
      </w:r>
      <w:r>
        <w:t xml:space="preserve">    (b) the state or quality of expressing or displaying sexual activity or violence with detailed clarity</w:t>
      </w:r>
      <w:r>
        <w:br/>
      </w:r>
      <w:r>
        <w:t xml:space="preserve">    (c) influenced by personal belief, feelings, or preferences (rather than being based purely upon fact)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This, from a contemporary critic's commentary on Madame Butterfly: "Pinkerton suffers from ...being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obnoxious</w:t>
      </w:r>
      <w:r>
        <w:rPr>
          <w:b/>
          <w:bCs/>
        </w:rPr>
        <w:t xml:space="preserve"> </w:t>
      </w:r>
      <w:r>
        <w:rPr>
          <w:b/>
          <w:bCs/>
        </w:rPr>
        <w:t xml:space="preserve">bounder whom every man in the audience itches to kick."</w:t>
      </w:r>
      <w:r>
        <w:br/>
      </w:r>
      <w:r>
        <w:t xml:space="preserve">    (a) good or beneficial</w:t>
      </w:r>
      <w:r>
        <w:br/>
      </w:r>
      <w:r>
        <w:t xml:space="preserve">    (b) rude or unpleasant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you think they 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Communism</w:t>
      </w:r>
      <w:r>
        <w:rPr>
          <w:b/>
          <w:bCs/>
        </w:rPr>
        <w:t xml:space="preserve">?</w:t>
      </w:r>
      <w:r>
        <w:br/>
      </w:r>
      <w:r>
        <w:t xml:space="preserve">    (a) a will (written instructions expressing how somebody wants their property distributed after they die)</w:t>
      </w:r>
      <w:r>
        <w:br/>
      </w:r>
      <w:r>
        <w:t xml:space="preserve">    (b) an economic system that abolishes private ownership of property with the goal of a classless society</w:t>
      </w:r>
      <w:r>
        <w:br/>
      </w:r>
      <w:r>
        <w:t xml:space="preserve">    (c) infectious disease characterized by inflammation of the tissues that surround the brain or spinal cord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is it possible for a woman to be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uninhibited</w:t>
      </w:r>
      <w:r>
        <w:rPr>
          <w:b/>
          <w:bCs/>
        </w:rPr>
        <w:t xml:space="preserve">, too willing, so as to seem almost too ...masculine?</w:t>
      </w:r>
      <w:r>
        <w:br/>
      </w:r>
      <w:r>
        <w:t xml:space="preserve">    (a) the ability to take or adopt power or responsibility</w:t>
      </w:r>
      <w:r>
        <w:br/>
      </w:r>
      <w:r>
        <w:t xml:space="preserve">    (b) the process of excessive encouragement or excitement</w:t>
      </w:r>
      <w:r>
        <w:br/>
      </w:r>
      <w:r>
        <w:t xml:space="preserve">    (c) acting naturally without being overly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what you've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advocating</w:t>
      </w:r>
      <w:r>
        <w:rPr>
          <w:b/>
          <w:bCs/>
        </w:rPr>
        <w:t xml:space="preserve">.</w:t>
      </w:r>
      <w:r>
        <w:br/>
      </w:r>
      <w:r>
        <w:t xml:space="preserve">    (a) making someone want to do something</w:t>
      </w:r>
      <w:r>
        <w:br/>
      </w:r>
      <w:r>
        <w:t xml:space="preserve">    (b) stopping (something from happening)</w:t>
      </w:r>
      <w:r>
        <w:br/>
      </w:r>
      <w:r>
        <w:t xml:space="preserve">    (c) recommending or publicly supporting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drawing back at the moment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capitulation</w:t>
      </w:r>
      <w:r>
        <w:rPr>
          <w:b/>
          <w:bCs/>
        </w:rPr>
        <w:t xml:space="preserve"> </w:t>
      </w:r>
      <w:r>
        <w:rPr>
          <w:b/>
          <w:bCs/>
        </w:rPr>
        <w:t xml:space="preserve">was the most brilliant strategy she could have chosen.</w:t>
      </w:r>
      <w:r>
        <w:br/>
      </w:r>
      <w:r>
        <w:t xml:space="preserve">    (a) main road</w:t>
      </w:r>
      <w:r>
        <w:br/>
      </w:r>
      <w:r>
        <w:t xml:space="preserve">    (b) criticism</w:t>
      </w:r>
      <w:r>
        <w:br/>
      </w:r>
      <w:r>
        <w:t xml:space="preserve">    (c) surrender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doctrine of the Cultural Revolution implied continuous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anarchy</w:t>
      </w:r>
      <w:r>
        <w:rPr>
          <w:b/>
          <w:bCs/>
        </w:rPr>
        <w:t xml:space="preserve">.</w:t>
      </w:r>
      <w:r>
        <w:br/>
      </w:r>
      <w:r>
        <w:t xml:space="preserve">    (a) absence of order</w:t>
      </w:r>
      <w:r>
        <w:br/>
      </w:r>
      <w:r>
        <w:t xml:space="preserve">    (b) war</w:t>
      </w:r>
      <w:r>
        <w:br/>
      </w:r>
      <w:r>
        <w:t xml:space="preserve">    (c) being fired (from a job)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(</w:t>
      </w:r>
      <w:r>
        <w:rPr>
          <w:b/>
          <w:bCs/>
          <w:u w:val="single"/>
        </w:rPr>
        <w:t xml:space="preserve">Simultaneously</w:t>
      </w:r>
      <w:r>
        <w:rPr>
          <w:b/>
          <w:bCs/>
        </w:rPr>
        <w:t xml:space="preserve">:) I don't care to recall how Butterfly and I said our hurried farewell</w:t>
      </w:r>
      <w:r>
        <w:br/>
      </w:r>
      <w:r>
        <w:t xml:space="preserve">    (a) done with excess</w:t>
      </w:r>
      <w:r>
        <w:br/>
      </w:r>
      <w:r>
        <w:t xml:space="preserve">    (b) done while awake</w:t>
      </w:r>
      <w:r>
        <w:br/>
      </w:r>
      <w:r>
        <w:t xml:space="preserve">    (c) at the same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pretense</w:t>
      </w:r>
      <w:r>
        <w:rPr>
          <w:b/>
          <w:bCs/>
        </w:rPr>
        <w:t xml:space="preserve">—going on your arm to the embassy ball, visiting your office and the guards saying, "Good morning, good morning, Madame Gallimard" — the pretense ...was very good indeed.</w:t>
      </w:r>
      <w:r>
        <w:br/>
      </w:r>
      <w:r>
        <w:t xml:space="preserve">    (a) detailed story</w:t>
      </w:r>
      <w:r>
        <w:br/>
      </w:r>
      <w:r>
        <w:t xml:space="preserve">    (b) demonstration</w:t>
      </w:r>
      <w:r>
        <w:br/>
      </w:r>
      <w:r>
        <w:t xml:space="preserve">    (c) a false appearance or action to help one pretend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takes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arrogance</w:t>
      </w:r>
      <w:r>
        <w:rPr>
          <w:b/>
          <w:bCs/>
        </w:rPr>
        <w:t xml:space="preserve">, really—to believe you can will, with your eyes and your lips, the destiny of another.</w:t>
      </w:r>
      <w:r>
        <w:br/>
      </w:r>
      <w:r>
        <w:t xml:space="preserve">    (a) having an excessive sense of superiority</w:t>
      </w:r>
      <w:r>
        <w:br/>
      </w:r>
      <w:r>
        <w:t xml:space="preserve">    (b) the branch of geology that studies rocks</w:t>
      </w:r>
      <w:r>
        <w:br/>
      </w:r>
      <w:r>
        <w:t xml:space="preserve">    (c) “fight or flight” stimulating hormone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Postponed</w:t>
      </w:r>
      <w:r>
        <w:rPr>
          <w:b/>
          <w:bCs/>
        </w:rPr>
        <w:t xml:space="preserve"> </w:t>
      </w:r>
      <w:r>
        <w:rPr>
          <w:b/>
          <w:bCs/>
        </w:rPr>
        <w:t xml:space="preserve">the inevitable.</w:t>
      </w:r>
      <w:r>
        <w:br/>
      </w:r>
      <w:r>
        <w:t xml:space="preserve">    (a) gradually added or removed</w:t>
      </w:r>
      <w:r>
        <w:br/>
      </w:r>
      <w:r>
        <w:t xml:space="preserve">    (b) limited or with boundaries</w:t>
      </w:r>
      <w:r>
        <w:br/>
      </w:r>
      <w:r>
        <w:t xml:space="preserve">    (c) delayed until a later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how can it face the one sin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implies</w:t>
      </w:r>
      <w:r>
        <w:rPr>
          <w:b/>
          <w:bCs/>
        </w:rPr>
        <w:t xml:space="preserve"> </w:t>
      </w:r>
      <w:r>
        <w:rPr>
          <w:b/>
          <w:bCs/>
        </w:rPr>
        <w:t xml:space="preserve">all others?</w:t>
      </w:r>
      <w:r>
        <w:br/>
      </w:r>
      <w:r>
        <w:t xml:space="preserve">    (a) strengthens</w:t>
      </w:r>
      <w:r>
        <w:br/>
      </w:r>
      <w:r>
        <w:t xml:space="preserve">    (b) disagrees with</w:t>
      </w:r>
      <w:r>
        <w:br/>
      </w:r>
      <w:r>
        <w:t xml:space="preserve">    (c) suggests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2026-07-31T20:09:27Z</dcterms:created>
  <dcterms:modified xsi:type="dcterms:W3CDTF">2026-07-31T20:09:27Z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