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07a03762bd46e648768a360f71e933107b7ca8"/>
    <w:p>
      <w:pPr>
        <w:pStyle w:val="Heading1"/>
      </w:pPr>
      <w:r>
        <w:rPr>
          <w:b/>
          <w:bCs/>
        </w:rPr>
        <w:t xml:space="preserve">Love's Labour's Lost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hello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demanding</w:t>
      </w:r>
      <w:r>
        <w:br/>
      </w:r>
      <w:r>
        <w:t xml:space="preserve">    (b) instructing</w:t>
      </w:r>
      <w:r>
        <w:br/>
      </w:r>
      <w:r>
        <w:t xml:space="preserve">    (c) asking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save</w:t>
      </w:r>
      <w:r>
        <w:br/>
      </w:r>
      <w:r>
        <w:t xml:space="preserve">    (b) consider</w:t>
      </w:r>
      <w:r>
        <w:br/>
      </w:r>
      <w:r>
        <w:t xml:space="preserve">    (c) create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Constantine issued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edict</w:t>
      </w:r>
      <w:r>
        <w:rPr>
          <w:b/>
          <w:bCs/>
        </w:rPr>
        <w:t xml:space="preserve"> </w:t>
      </w:r>
      <w:r>
        <w:rPr>
          <w:b/>
          <w:bCs/>
        </w:rPr>
        <w:t xml:space="preserve">for religious tolerance throughout the Roman Empire.</w:t>
      </w:r>
      <w:r>
        <w:br/>
      </w:r>
      <w:r>
        <w:t xml:space="preserve">    (a) suggestion</w:t>
      </w:r>
      <w:r>
        <w:br/>
      </w:r>
      <w:r>
        <w:t xml:space="preserve">    (b) order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Iran's top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envoy</w:t>
      </w:r>
      <w:r>
        <w:rPr>
          <w:b/>
          <w:bCs/>
        </w:rPr>
        <w:t xml:space="preserve"> </w:t>
      </w:r>
      <w:r>
        <w:rPr>
          <w:b/>
          <w:bCs/>
        </w:rPr>
        <w:t xml:space="preserve">to the United Nations nuclear agency dismissed the accusation.</w:t>
      </w:r>
      <w:r>
        <w:br/>
      </w:r>
      <w:r>
        <w:t xml:space="preserve">    (a) translator</w:t>
      </w:r>
      <w:r>
        <w:br/>
      </w:r>
      <w:r>
        <w:t xml:space="preserve">    (b) scientist</w:t>
      </w:r>
      <w:r>
        <w:br/>
      </w:r>
      <w:r>
        <w:t xml:space="preserve">    (c)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ignoring</w:t>
      </w:r>
      <w:r>
        <w:br/>
      </w:r>
      <w:r>
        <w:t xml:space="preserve">    (b) complaining about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stop (taking)</w:t>
      </w:r>
      <w:r>
        <w:br/>
      </w:r>
      <w:r>
        <w:t xml:space="preserve">    (b) make public</w:t>
      </w:r>
      <w:r>
        <w:br/>
      </w:r>
      <w:r>
        <w:t xml:space="preserve">    (c) take advantage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happy</w:t>
      </w:r>
      <w:r>
        <w:br/>
      </w:r>
      <w:r>
        <w:t xml:space="preserve">    (b) feel like singing</w:t>
      </w:r>
      <w:r>
        <w:br/>
      </w:r>
      <w:r>
        <w:t xml:space="preserve">    (c)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 evening of many stories and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mirth</w:t>
      </w:r>
      <w:r>
        <w:rPr>
          <w:b/>
          <w:bCs/>
        </w:rPr>
        <w:t xml:space="preserve">.</w:t>
      </w:r>
      <w:r>
        <w:br/>
      </w:r>
      <w:r>
        <w:t xml:space="preserve">    (a) warm friendship</w:t>
      </w:r>
      <w:r>
        <w:br/>
      </w:r>
      <w:r>
        <w:t xml:space="preserve">    (b) fond memories</w:t>
      </w:r>
      <w:r>
        <w:br/>
      </w:r>
      <w:r>
        <w:t xml:space="preserve">    (c) fun and laughter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ate lunch under the open-sided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 </w:t>
      </w:r>
      <w:r>
        <w:rPr>
          <w:b/>
          <w:bCs/>
        </w:rPr>
        <w:t xml:space="preserve">near the lake.</w:t>
      </w:r>
      <w:r>
        <w:br/>
      </w:r>
      <w:r>
        <w:t xml:space="preserve">    (a) freestanding shelter</w:t>
      </w:r>
      <w:r>
        <w:br/>
      </w:r>
      <w:r>
        <w:t xml:space="preserve">    (b) narrow garden path</w:t>
      </w:r>
      <w:r>
        <w:br/>
      </w:r>
      <w:r>
        <w:t xml:space="preserve">    (c) tall stone monument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essay was filled with creative ideas, but it was vulnerable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pedantic</w:t>
      </w:r>
      <w:r>
        <w:rPr>
          <w:b/>
          <w:bCs/>
        </w:rPr>
        <w:t xml:space="preserve"> </w:t>
      </w:r>
      <w:r>
        <w:rPr>
          <w:b/>
          <w:bCs/>
        </w:rPr>
        <w:t xml:space="preserve">nitpicking.</w:t>
      </w:r>
      <w:r>
        <w:br/>
      </w:r>
      <w:r>
        <w:t xml:space="preserve">    (a) of someone too concerned with book learning</w:t>
      </w:r>
      <w:r>
        <w:br/>
      </w:r>
      <w:r>
        <w:t xml:space="preserve">    (b) of someone too concerned with statistical studies</w:t>
      </w:r>
      <w:r>
        <w:br/>
      </w:r>
      <w:r>
        <w:t xml:space="preserve">    (c) of someone too concerned with regional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in line with her usual manner</w:t>
      </w:r>
      <w:r>
        <w:br/>
      </w:r>
      <w:r>
        <w:t xml:space="preserve">    (b) more rushed than usual</w:t>
      </w:r>
      <w:r>
        <w:br/>
      </w:r>
      <w:r>
        <w:t xml:space="preserve">    (c) not allowing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signed a written declaration under penalty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perjury</w:t>
      </w:r>
      <w:r>
        <w:rPr>
          <w:b/>
          <w:bCs/>
        </w:rPr>
        <w:t xml:space="preserve">.</w:t>
      </w:r>
      <w:r>
        <w:br/>
      </w:r>
      <w:r>
        <w:t xml:space="preserve">    (a) the criminal offense of disrespecting the court</w:t>
      </w:r>
      <w:r>
        <w:br/>
      </w:r>
      <w:r>
        <w:t xml:space="preserve">    (b) the criminal offense of ignoring a subpoena</w:t>
      </w:r>
      <w:r>
        <w:br/>
      </w:r>
      <w:r>
        <w:t xml:space="preserve">    (c) the criminal offense of lying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thinker.</w:t>
      </w:r>
      <w:r>
        <w:br/>
      </w:r>
      <w:r>
        <w:t xml:space="preserve">    (a) deep</w:t>
      </w:r>
      <w:r>
        <w:br/>
      </w:r>
      <w:r>
        <w:t xml:space="preserve">    (b) shallow</w:t>
      </w:r>
      <w:r>
        <w:br/>
      </w:r>
      <w:r>
        <w:t xml:space="preserve">    (c) quick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traditional</w:t>
      </w:r>
      <w:r>
        <w:br/>
      </w:r>
      <w:r>
        <w:t xml:space="preserve">    (b) intense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Students analyzed the senator's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rhetoric</w:t>
      </w:r>
      <w:r>
        <w:rPr>
          <w:b/>
          <w:bCs/>
        </w:rPr>
        <w:t xml:space="preserve"> </w:t>
      </w:r>
      <w:r>
        <w:rPr>
          <w:b/>
          <w:bCs/>
        </w:rPr>
        <w:t xml:space="preserve">before writing their essays.</w:t>
      </w:r>
      <w:r>
        <w:br/>
      </w:r>
      <w:r>
        <w:t xml:space="preserve">    (a) family history</w:t>
      </w:r>
      <w:r>
        <w:br/>
      </w:r>
      <w:r>
        <w:t xml:space="preserve">    (b) voting record</w:t>
      </w:r>
      <w:r>
        <w:br/>
      </w:r>
      <w:r>
        <w:t xml:space="preserve">    (c) persuasive language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salve</w:t>
      </w:r>
      <w:r>
        <w:rPr>
          <w:b/>
          <w:bCs/>
        </w:rPr>
        <w:t xml:space="preserve"> </w:t>
      </w:r>
      <w:r>
        <w:rPr>
          <w:b/>
          <w:bCs/>
        </w:rPr>
        <w:t xml:space="preserve">also acts as a moisturizer.</w:t>
      </w:r>
      <w:r>
        <w:br/>
      </w:r>
      <w:r>
        <w:t xml:space="preserve">    (a) cream</w:t>
      </w:r>
      <w:r>
        <w:br/>
      </w:r>
      <w:r>
        <w:t xml:space="preserve">    (b) humidity</w:t>
      </w:r>
      <w:r>
        <w:br/>
      </w:r>
      <w:r>
        <w:t xml:space="preserve">    (c) nutrient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encourages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Benedict Arnold was not captured after he committed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.</w:t>
      </w:r>
      <w:r>
        <w:br/>
      </w:r>
      <w:r>
        <w:t xml:space="preserve">    (a) war crimes against civilians</w:t>
      </w:r>
      <w:r>
        <w:br/>
      </w:r>
      <w:r>
        <w:t xml:space="preserve">    (b) betrayal of one's own country</w:t>
      </w:r>
      <w:r>
        <w:br/>
      </w:r>
      <w:r>
        <w:t xml:space="preserve">    (c) committing acts of sabotage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someone with both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zeal</w:t>
      </w:r>
      <w:r>
        <w:rPr>
          <w:b/>
          <w:bCs/>
        </w:rPr>
        <w:t xml:space="preserve"> </w:t>
      </w:r>
      <w:r>
        <w:rPr>
          <w:b/>
          <w:bCs/>
        </w:rPr>
        <w:t xml:space="preserve">and ability.</w:t>
      </w:r>
      <w:r>
        <w:br/>
      </w:r>
      <w:r>
        <w:t xml:space="preserve">    (a) patience</w:t>
      </w:r>
      <w:r>
        <w:br/>
      </w:r>
      <w:r>
        <w:t xml:space="preserve">    (b) honesty</w:t>
      </w:r>
      <w:r>
        <w:br/>
      </w:r>
      <w:r>
        <w:t xml:space="preserve">    (c) enthusiasm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2026-07-31T14:30:23Z</dcterms:created>
  <dcterms:modified xsi:type="dcterms:W3CDTF">2026-07-31T14:30:23Z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