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7617a4239bb5e382406683703322df90d75d6a"/>
    <w:p>
      <w:pPr>
        <w:pStyle w:val="Heading1"/>
      </w:pPr>
      <w:r>
        <w:rPr>
          <w:b/>
          <w:bCs/>
        </w:rPr>
        <w:t xml:space="preserve">Love's Labour's Lost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Arbitration</w:t>
      </w:r>
      <w:r>
        <w:rPr>
          <w:b/>
          <w:bCs/>
        </w:rPr>
        <w:t xml:space="preserve"> </w:t>
      </w:r>
      <w:r>
        <w:rPr>
          <w:b/>
          <w:bCs/>
        </w:rPr>
        <w:t xml:space="preserve">is used to settle many differences out of court.</w:t>
      </w:r>
      <w:r>
        <w:br/>
      </w:r>
      <w:r>
        <w:t xml:space="preserve">    (a) the process of settling a disagreement with a majority vote</w:t>
      </w:r>
      <w:r>
        <w:br/>
      </w:r>
      <w:r>
        <w:t xml:space="preserve">    (b) settling a disagreement by flipping a coin</w:t>
      </w:r>
      <w:r>
        <w:br/>
      </w:r>
      <w:r>
        <w:t xml:space="preserve">    (c) the process of solving an argument with the help of an impartial referee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encouraged</w:t>
      </w:r>
      <w:r>
        <w:br/>
      </w:r>
      <w:r>
        <w:t xml:space="preserve">    (b) forced</w:t>
      </w:r>
      <w:r>
        <w:br/>
      </w:r>
      <w:r>
        <w:t xml:space="preserve">    (c) tricked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Juries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mean something it does not.</w:t>
      </w:r>
      <w:r>
        <w:br/>
      </w:r>
      <w:r>
        <w:t xml:space="preserve">    (a) destroy</w:t>
      </w:r>
      <w:r>
        <w:br/>
      </w:r>
      <w:r>
        <w:t xml:space="preserve">    (b) interpret</w:t>
      </w:r>
      <w:r>
        <w:br/>
      </w:r>
      <w:r>
        <w:t xml:space="preserve">    (c) record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elaborate</w:t>
      </w:r>
      <w:r>
        <w:br/>
      </w:r>
      <w:r>
        <w:t xml:space="preserve">    (b) wander</w:t>
      </w:r>
      <w:r>
        <w:br/>
      </w:r>
      <w:r>
        <w:t xml:space="preserve">    (c) compete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sincere apology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 </w:t>
      </w:r>
      <w:r>
        <w:rPr>
          <w:b/>
          <w:bCs/>
        </w:rPr>
        <w:t xml:space="preserve">forgiveness from the people she had hurt.</w:t>
      </w:r>
      <w:r>
        <w:br/>
      </w:r>
      <w:r>
        <w:t xml:space="preserve">    (a) tried to hide</w:t>
      </w:r>
      <w:r>
        <w:br/>
      </w:r>
      <w:r>
        <w:t xml:space="preserve">    (b) refused to accept</w:t>
      </w:r>
      <w:r>
        <w:br/>
      </w:r>
      <w:r>
        <w:t xml:space="preserve">    (c) caused to develop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family chose a short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epitaph</w:t>
      </w:r>
      <w:r>
        <w:rPr>
          <w:b/>
          <w:bCs/>
        </w:rPr>
        <w:t xml:space="preserve"> </w:t>
      </w:r>
      <w:r>
        <w:rPr>
          <w:b/>
          <w:bCs/>
        </w:rPr>
        <w:t xml:space="preserve">to carve on her gravestone.</w:t>
      </w:r>
      <w:r>
        <w:br/>
      </w:r>
      <w:r>
        <w:t xml:space="preserve">    (a) wedding speech</w:t>
      </w:r>
      <w:r>
        <w:br/>
      </w:r>
      <w:r>
        <w:t xml:space="preserve">    (b) legal warning</w:t>
      </w:r>
      <w:r>
        <w:br/>
      </w:r>
      <w:r>
        <w:t xml:space="preserve">    (c) tombstone words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 re-entered negotiations in an attempt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forestall</w:t>
      </w:r>
      <w:r>
        <w:rPr>
          <w:b/>
          <w:bCs/>
        </w:rPr>
        <w:t xml:space="preserve"> </w:t>
      </w:r>
      <w:r>
        <w:rPr>
          <w:b/>
          <w:bCs/>
        </w:rPr>
        <w:t xml:space="preserve">bankruptcy.</w:t>
      </w:r>
      <w:r>
        <w:br/>
      </w:r>
      <w:r>
        <w:t xml:space="preserve">    (a) support</w:t>
      </w:r>
      <w:r>
        <w:br/>
      </w:r>
      <w:r>
        <w:t xml:space="preserve">    (b) delay</w:t>
      </w:r>
      <w:r>
        <w:br/>
      </w:r>
      <w:r>
        <w:t xml:space="preserve">    (c)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prophet warned the villagers against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idolatry</w:t>
      </w:r>
      <w:r>
        <w:rPr>
          <w:b/>
          <w:bCs/>
        </w:rPr>
        <w:t xml:space="preserve"> </w:t>
      </w:r>
      <w:r>
        <w:rPr>
          <w:b/>
          <w:bCs/>
        </w:rPr>
        <w:t xml:space="preserve">and worship of false gods.</w:t>
      </w:r>
      <w:r>
        <w:br/>
      </w:r>
      <w:r>
        <w:t xml:space="preserve">    (a) doubt about religion</w:t>
      </w:r>
      <w:r>
        <w:br/>
      </w:r>
      <w:r>
        <w:t xml:space="preserve">    (b) rejection of all beliefs</w:t>
      </w:r>
      <w:r>
        <w:br/>
      </w:r>
      <w:r>
        <w:t xml:space="preserve">    (c) worship of physical idols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importune</w:t>
      </w:r>
      <w:r>
        <w:rPr>
          <w:b/>
          <w:bCs/>
        </w:rPr>
        <w:t xml:space="preserve"> </w:t>
      </w:r>
      <w:r>
        <w:rPr>
          <w:b/>
          <w:bCs/>
        </w:rPr>
        <w:t xml:space="preserve">you to help them.</w:t>
      </w:r>
      <w:r>
        <w:br/>
      </w:r>
      <w:r>
        <w:t xml:space="preserve">    (a) make different; or show difference</w:t>
      </w:r>
      <w:r>
        <w:br/>
      </w:r>
      <w:r>
        <w:t xml:space="preserve">    (b) to cause something to move forward</w:t>
      </w:r>
      <w:r>
        <w:br/>
      </w:r>
      <w:r>
        <w:t xml:space="preserve">    (c) beg or urge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date which will live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br/>
      </w:r>
      <w:r>
        <w:t xml:space="preserve">    (a) fame for something good</w:t>
      </w:r>
      <w:r>
        <w:br/>
      </w:r>
      <w:r>
        <w:t xml:space="preserve">    (b) fame for something bad</w:t>
      </w:r>
      <w:r>
        <w:br/>
      </w:r>
      <w:r>
        <w:t xml:space="preserve">    (c) fame for something exciting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university invited some of the greatest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intellects</w:t>
      </w:r>
      <w:r>
        <w:rPr>
          <w:b/>
          <w:bCs/>
        </w:rPr>
        <w:t xml:space="preserve"> </w:t>
      </w:r>
      <w:r>
        <w:rPr>
          <w:b/>
          <w:bCs/>
        </w:rPr>
        <w:t xml:space="preserve">to speak at the symposium.</w:t>
      </w:r>
      <w:r>
        <w:br/>
      </w:r>
      <w:r>
        <w:t xml:space="preserve">    (a) popular personalities</w:t>
      </w:r>
      <w:r>
        <w:br/>
      </w:r>
      <w:r>
        <w:t xml:space="preserve">    (b) high-level thinkers</w:t>
      </w:r>
      <w:r>
        <w:br/>
      </w:r>
      <w:r>
        <w:t xml:space="preserve">    (c) famous speakers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days of fighting, the generals decided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 </w:t>
      </w:r>
      <w:r>
        <w:rPr>
          <w:b/>
          <w:bCs/>
        </w:rPr>
        <w:t xml:space="preserve">at dawn to seek a peaceful resolution.</w:t>
      </w:r>
      <w:r>
        <w:br/>
      </w:r>
      <w:r>
        <w:t xml:space="preserve">    (a) retreat</w:t>
      </w:r>
      <w:r>
        <w:br/>
      </w:r>
      <w:r>
        <w:t xml:space="preserve">    (b) negotiate</w:t>
      </w:r>
      <w:r>
        <w:br/>
      </w:r>
      <w:r>
        <w:t xml:space="preserve">    (c) duel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Pernicious, r</w:t>
      </w:r>
      <w:r>
        <w:rPr>
          <w:b/>
          <w:bCs/>
        </w:rPr>
        <w:t xml:space="preserve">egulatory gridlock has already delayed the project for a decade.</w:t>
      </w:r>
      <w:r>
        <w:br/>
      </w:r>
      <w:r>
        <w:t xml:space="preserve">    (a) wise</w:t>
      </w:r>
      <w:r>
        <w:br/>
      </w:r>
      <w:r>
        <w:t xml:space="preserve">    (b) harmful</w:t>
      </w:r>
      <w:r>
        <w:br/>
      </w:r>
      <w:r>
        <w:t xml:space="preserve">    (c)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seeks immortality through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.</w:t>
      </w:r>
      <w:r>
        <w:br/>
      </w:r>
      <w:r>
        <w:t xml:space="preserve">    (a) move to an afterlife</w:t>
      </w:r>
      <w:r>
        <w:br/>
      </w:r>
      <w:r>
        <w:t xml:space="preserve">    (b) scientific research</w:t>
      </w:r>
      <w:r>
        <w:br/>
      </w:r>
      <w:r>
        <w:t xml:space="preserve">    (c) children and their descendants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will require a union vote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ratify</w:t>
      </w:r>
      <w:r>
        <w:rPr>
          <w:b/>
          <w:bCs/>
        </w:rPr>
        <w:t xml:space="preserve"> </w:t>
      </w:r>
      <w:r>
        <w:rPr>
          <w:b/>
          <w:bCs/>
        </w:rPr>
        <w:t xml:space="preserve">the labor contract.</w:t>
      </w:r>
      <w:r>
        <w:br/>
      </w:r>
      <w:r>
        <w:t xml:space="preserve">    (a) approve</w:t>
      </w:r>
      <w:r>
        <w:br/>
      </w:r>
      <w:r>
        <w:t xml:space="preserve">    (b) criticize</w:t>
      </w:r>
      <w:r>
        <w:br/>
      </w:r>
      <w:r>
        <w:t xml:space="preserve">    (c) restrict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inadequate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remuneration</w:t>
      </w:r>
      <w:r>
        <w:rPr>
          <w:b/>
          <w:bCs/>
        </w:rPr>
        <w:t xml:space="preserve"> </w:t>
      </w:r>
      <w:r>
        <w:rPr>
          <w:b/>
          <w:bCs/>
        </w:rPr>
        <w:t xml:space="preserve">to make up for his expenses.</w:t>
      </w:r>
      <w:r>
        <w:br/>
      </w:r>
      <w:r>
        <w:t xml:space="preserve">    (a) payment</w:t>
      </w:r>
      <w:r>
        <w:br/>
      </w:r>
      <w:r>
        <w:t xml:space="preserve">    (b) payment</w:t>
      </w:r>
      <w:r>
        <w:br/>
      </w:r>
      <w:r>
        <w:t xml:space="preserve">    (c)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town viewed her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reprobate</w:t>
      </w:r>
      <w:r>
        <w:rPr>
          <w:b/>
          <w:bCs/>
        </w:rPr>
        <w:t xml:space="preserve">, always involved in dubious activities and scandals.</w:t>
      </w:r>
      <w:r>
        <w:br/>
      </w:r>
      <w:r>
        <w:t xml:space="preserve">    (a) inability to think clearly; or an instance of not thinking clearly; or describing parts as not fitting together in a consistent or pleasing manner</w:t>
      </w:r>
      <w:r>
        <w:br/>
      </w:r>
      <w:r>
        <w:t xml:space="preserve">    (b) related to psychosis or someone who suffers from a psychosis (any severe mental disorder in which contact with reality is lost or highly distorted)</w:t>
      </w:r>
      <w:r>
        <w:br/>
      </w:r>
      <w:r>
        <w:t xml:space="preserve">    (c) an unprincipled or immoral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compliment</w:t>
      </w:r>
      <w:r>
        <w:br/>
      </w:r>
      <w:r>
        <w:t xml:space="preserve">    (b) instruct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smile</w:t>
      </w:r>
      <w:r>
        <w:br/>
      </w:r>
      <w:r>
        <w:t xml:space="preserve">    (b) greeting</w:t>
      </w:r>
      <w:r>
        <w:br/>
      </w:r>
      <w:r>
        <w:t xml:space="preserve">    (c) introduction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appreciated</w:t>
      </w:r>
      <w:r>
        <w:br/>
      </w:r>
      <w:r>
        <w:t xml:space="preserve">    (b) unnecessary</w:t>
      </w:r>
      <w:r>
        <w:br/>
      </w:r>
      <w:r>
        <w:t xml:space="preserve">    (c) important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2026-07-31T14:30:23Z</dcterms:created>
  <dcterms:modified xsi:type="dcterms:W3CDTF">2026-07-31T14:30:23Z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