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2db29a07a131dcbff776cadd39ae48529a7b93"/>
    <w:p>
      <w:pPr>
        <w:pStyle w:val="Heading1"/>
      </w:pPr>
      <w:r>
        <w:rPr>
          <w:b/>
          <w:bCs/>
        </w:rPr>
        <w:t xml:space="preserve">Love's Labour's Lost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sit out; go home, Berowne;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.</w:t>
      </w:r>
      <w:r>
        <w:br/>
      </w:r>
      <w:r>
        <w:t xml:space="preserve">    (a) goodbye</w:t>
      </w:r>
      <w:r>
        <w:br/>
      </w:r>
      <w:r>
        <w:t xml:space="preserve">    (b) greetings</w:t>
      </w:r>
      <w:r>
        <w:br/>
      </w:r>
      <w:r>
        <w:t xml:space="preserve">    (c) hello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devised</w:t>
      </w:r>
      <w:r>
        <w:rPr>
          <w:b/>
          <w:bCs/>
        </w:rPr>
        <w:t xml:space="preserve"> </w:t>
      </w:r>
      <w:r>
        <w:rPr>
          <w:b/>
          <w:bCs/>
        </w:rPr>
        <w:t xml:space="preserve">this penalty?</w:t>
      </w:r>
      <w:r>
        <w:br/>
      </w:r>
      <w:r>
        <w:t xml:space="preserve">    (a) stopped (something from happening)</w:t>
      </w:r>
      <w:r>
        <w:br/>
      </w:r>
      <w:r>
        <w:t xml:space="preserve">    (b) not provided with investment funds</w:t>
      </w:r>
      <w:r>
        <w:br/>
      </w:r>
      <w:r>
        <w:t xml:space="preserve">    (c) came up with (invented or created)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'sorted and consorted, contrary to thy established proclaimed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edict</w:t>
      </w:r>
      <w:r>
        <w:rPr>
          <w:b/>
          <w:bCs/>
        </w:rPr>
        <w:t xml:space="preserve"> </w:t>
      </w:r>
      <w:r>
        <w:rPr>
          <w:b/>
          <w:bCs/>
        </w:rPr>
        <w:t xml:space="preserve">and continent canon, with—with,—O!</w:t>
      </w:r>
      <w:r>
        <w:br/>
      </w:r>
      <w:r>
        <w:t xml:space="preserve">    (a) a psychologist concerned with the treatment of abnormal thinking and behavior</w:t>
      </w:r>
      <w:r>
        <w:br/>
      </w:r>
      <w:r>
        <w:t xml:space="preserve">    (b) a stone shaped like a disk that spins and is used to grind, sharpen or polish</w:t>
      </w:r>
      <w:r>
        <w:br/>
      </w:r>
      <w:r>
        <w:t xml:space="preserve">    (c) an order -- typically a formal proclamation or a legally binding court decree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I'll lay my head to any good man's hat These oaths and laws will prove an idle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.</w:t>
      </w:r>
      <w:r>
        <w:br/>
      </w:r>
      <w:r>
        <w:t xml:space="preserve">    (a) disrespect or reject as not good enough</w:t>
      </w:r>
      <w:r>
        <w:br/>
      </w:r>
      <w:r>
        <w:t xml:space="preserve">    (b) move from more general to more specific</w:t>
      </w:r>
      <w:r>
        <w:br/>
      </w:r>
      <w:r>
        <w:t xml:space="preserve">    (c) not answer questions; or block progress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pavilion</w:t>
      </w:r>
      <w:r>
        <w:rPr>
          <w:b/>
          <w:bCs/>
        </w:rPr>
        <w:t xml:space="preserve"> </w:t>
      </w:r>
      <w:r>
        <w:rPr>
          <w:b/>
          <w:bCs/>
        </w:rPr>
        <w:t xml:space="preserve">and tents at a distance.</w:t>
      </w:r>
      <w:r>
        <w:br/>
      </w:r>
      <w:r>
        <w:t xml:space="preserve">    (a) a large structure separate from a main structure or temporary</w:t>
      </w:r>
      <w:r>
        <w:br/>
      </w:r>
      <w:r>
        <w:t xml:space="preserve">    (b) make something more attractive or interesting by adding to it</w:t>
      </w:r>
      <w:r>
        <w:br/>
      </w:r>
      <w:r>
        <w:t xml:space="preserve">    (c) a small group of people who plot in secret and exercise power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my observation,—which very seldom lies, By the heart's still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rhetoric</w:t>
      </w:r>
      <w:r>
        <w:rPr>
          <w:b/>
          <w:bCs/>
        </w:rPr>
        <w:t xml:space="preserve"> </w:t>
      </w:r>
      <w:r>
        <w:rPr>
          <w:b/>
          <w:bCs/>
        </w:rPr>
        <w:t xml:space="preserve">disclosed with eyes, Deceive me not now, Navarre is infected.</w:t>
      </w:r>
      <w:r>
        <w:br/>
      </w:r>
      <w:r>
        <w:t xml:space="preserve">    (a) the use of (or study of using) words to make a point</w:t>
      </w:r>
      <w:r>
        <w:br/>
      </w:r>
      <w:r>
        <w:t xml:space="preserve">    (b) the quality of being very bad (deserving no respect)</w:t>
      </w:r>
      <w:r>
        <w:br/>
      </w:r>
      <w:r>
        <w:t xml:space="preserve">    (c) the state or degree of being optimistic or 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enigma, some riddle: come, thy l'</w:t>
      </w:r>
      <w:r>
        <w:rPr>
          <w:b/>
          <w:bCs/>
          <w:u w:val="single"/>
        </w:rPr>
        <w:t xml:space="preserve">envoy</w:t>
      </w:r>
      <w:r>
        <w:rPr>
          <w:b/>
          <w:bCs/>
        </w:rPr>
        <w:t xml:space="preserve">; begin.</w:t>
      </w:r>
      <w:r>
        <w:br/>
      </w:r>
      <w:r>
        <w:t xml:space="preserve">    (a) representative sent on a mission</w:t>
      </w:r>
      <w:r>
        <w:br/>
      </w:r>
      <w:r>
        <w:t xml:space="preserve">    (b) someone who approves or supports</w:t>
      </w:r>
      <w:r>
        <w:br/>
      </w:r>
      <w:r>
        <w:t xml:space="preserve">    (c) one who precedes another in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forswore</w:t>
      </w:r>
      <w:r>
        <w:rPr>
          <w:b/>
          <w:bCs/>
        </w:rPr>
        <w:t xml:space="preserve"> </w:t>
      </w:r>
      <w:r>
        <w:rPr>
          <w:b/>
          <w:bCs/>
        </w:rPr>
        <w:t xml:space="preserve">not thee:</w:t>
      </w:r>
      <w:r>
        <w:br/>
      </w:r>
      <w:r>
        <w:t xml:space="preserve">    (a) constraining in some way -- such as tying up, requiring, or obligating</w:t>
      </w:r>
      <w:r>
        <w:br/>
      </w:r>
      <w:r>
        <w:t xml:space="preserve">    (b) renounced (disavowed or decided to stop doing something)</w:t>
      </w:r>
      <w:r>
        <w:br/>
      </w:r>
      <w:r>
        <w:t xml:space="preserve">    (c) the profession of assisting women in childbirth without being a doctor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Solomon</w:t>
      </w:r>
      <w:r>
        <w:br/>
      </w:r>
      <w:r>
        <w:t xml:space="preserve">    (a) deep thinking</w:t>
      </w:r>
      <w:r>
        <w:br/>
      </w:r>
      <w:r>
        <w:t xml:space="preserve">    (b) quick or efficient</w:t>
      </w:r>
      <w:r>
        <w:br/>
      </w:r>
      <w:r>
        <w:t xml:space="preserve">    (c) foolish or showing ignorance of important circumstances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such a zealous laughter,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,</w:t>
      </w:r>
      <w:r>
        <w:br/>
      </w:r>
      <w:r>
        <w:t xml:space="preserve">    (a) without a tendency to be full of thought</w:t>
      </w:r>
      <w:r>
        <w:br/>
      </w:r>
      <w:r>
        <w:t xml:space="preserve">    (b) lacking a tendency to be full of thought</w:t>
      </w:r>
      <w:r>
        <w:br/>
      </w:r>
      <w:r>
        <w:t xml:space="preserve">    (c) intense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certain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treason</w:t>
      </w:r>
      <w:r>
        <w:rPr>
          <w:b/>
          <w:bCs/>
        </w:rPr>
        <w:t xml:space="preserve">.</w:t>
      </w:r>
      <w:r>
        <w:br/>
      </w:r>
      <w:r>
        <w:t xml:space="preserve">    (a) untied or released</w:t>
      </w:r>
      <w:r>
        <w:br/>
      </w:r>
      <w:r>
        <w:t xml:space="preserve">    (b) an act of betrayal</w:t>
      </w:r>
      <w:r>
        <w:br/>
      </w:r>
      <w:r>
        <w:t xml:space="preserve">    (c) easily set on fire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beseech</w:t>
      </w:r>
      <w:r>
        <w:rPr>
          <w:b/>
          <w:bCs/>
        </w:rPr>
        <w:t xml:space="preserve"> </w:t>
      </w:r>
      <w:r>
        <w:rPr>
          <w:b/>
          <w:bCs/>
        </w:rPr>
        <w:t xml:space="preserve">your Grace, let this letter be read; Our parson misdoubts it; 'twas treason, he said.</w:t>
      </w:r>
      <w:r>
        <w:br/>
      </w:r>
      <w:r>
        <w:t xml:space="preserve">    (a) to ask strongly or beg for something</w:t>
      </w:r>
      <w:r>
        <w:br/>
      </w:r>
      <w:r>
        <w:t xml:space="preserve">    (b) move into position to work; or start</w:t>
      </w:r>
      <w:r>
        <w:br/>
      </w:r>
      <w:r>
        <w:t xml:space="preserve">    (c) to spread to other parts of the body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peremptory</w:t>
      </w:r>
      <w:r>
        <w:rPr>
          <w:b/>
          <w:bCs/>
        </w:rPr>
        <w:t xml:space="preserve"> </w:t>
      </w:r>
      <w:r>
        <w:rPr>
          <w:b/>
          <w:bCs/>
        </w:rPr>
        <w:t xml:space="preserve">eagle-sighted eye Dares look upon the heaven of her brow, That is not blinded by her majesty?</w:t>
      </w:r>
      <w:r>
        <w:br/>
      </w:r>
      <w:r>
        <w:t xml:space="preserve">    (a) not bouncing back light/heat/sound...</w:t>
      </w:r>
      <w:r>
        <w:br/>
      </w:r>
      <w:r>
        <w:t xml:space="preserve">    (b) not allowing contradiction or refusal</w:t>
      </w:r>
      <w:r>
        <w:br/>
      </w:r>
      <w:r>
        <w:t xml:space="preserve">    (c) able to be restored to good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zeal</w:t>
      </w:r>
      <w:r>
        <w:rPr>
          <w:b/>
          <w:bCs/>
        </w:rPr>
        <w:t xml:space="preserve">, what fury hath inspired thee now?</w:t>
      </w:r>
      <w:r>
        <w:br/>
      </w:r>
      <w:r>
        <w:t xml:space="preserve">    (a) made by taking on as one's own</w:t>
      </w:r>
      <w:r>
        <w:br/>
      </w:r>
      <w:r>
        <w:t xml:space="preserve">    (b) active interest and enthusiasm</w:t>
      </w:r>
      <w:r>
        <w:br/>
      </w:r>
      <w:r>
        <w:t xml:space="preserve">    (c) relating to the chest (thorax)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salve</w:t>
      </w:r>
      <w:r>
        <w:rPr>
          <w:b/>
          <w:bCs/>
        </w:rPr>
        <w:t xml:space="preserve"> </w:t>
      </w:r>
      <w:r>
        <w:rPr>
          <w:b/>
          <w:bCs/>
        </w:rPr>
        <w:t xml:space="preserve">for perjury.</w:t>
      </w:r>
      <w:r>
        <w:br/>
      </w:r>
      <w:r>
        <w:t xml:space="preserve">    (a) the act of hiding something by making it blend in with its surroundings; or hiding the truth; or something that hides or deceives</w:t>
      </w:r>
      <w:r>
        <w:br/>
      </w:r>
      <w:r>
        <w:t xml:space="preserve">    (b) something that eases pain or anxiety</w:t>
      </w:r>
      <w:r>
        <w:br/>
      </w:r>
      <w:r>
        <w:t xml:space="preserve">    (c) to expression feelings or thoughts enthusiastically  OR  to squirt or give off (typically under pressure such as blood or leaking gas)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made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, sad, and heavy; And so she died:</w:t>
      </w:r>
      <w:r>
        <w:br/>
      </w:r>
      <w:r>
        <w:t xml:space="preserve">    (a) sad (perhaps depressed)</w:t>
      </w:r>
      <w:r>
        <w:br/>
      </w:r>
      <w:r>
        <w:t xml:space="preserve">    (b) relating to the outside</w:t>
      </w:r>
      <w:r>
        <w:br/>
      </w:r>
      <w:r>
        <w:t xml:space="preserve">    (c) about (but not exactly)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 poverty in wit, kingly-poor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flout</w:t>
      </w:r>
      <w:r>
        <w:rPr>
          <w:b/>
          <w:bCs/>
        </w:rPr>
        <w:t xml:space="preserve">!</w:t>
      </w:r>
      <w:r>
        <w:br/>
      </w:r>
      <w:r>
        <w:t xml:space="preserve">    (a) make more varied</w:t>
      </w:r>
      <w:r>
        <w:br/>
      </w:r>
      <w:r>
        <w:t xml:space="preserve">    (b) openly disregard</w:t>
      </w:r>
      <w:r>
        <w:br/>
      </w:r>
      <w:r>
        <w:t xml:space="preserve">    (c)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pedant</w:t>
      </w:r>
      <w:r>
        <w:rPr>
          <w:b/>
          <w:bCs/>
        </w:rPr>
        <w:t xml:space="preserve">, the braggart,</w:t>
      </w:r>
      <w:r>
        <w:br/>
      </w:r>
      <w:r>
        <w:t xml:space="preserve">    (a) someone too concerned with book learning</w:t>
      </w:r>
      <w:r>
        <w:br/>
      </w:r>
      <w:r>
        <w:t xml:space="preserve">    (b) someone who fulfills what they perceive as their highest potential</w:t>
      </w:r>
      <w:r>
        <w:br/>
      </w:r>
      <w:r>
        <w:t xml:space="preserve">    (c) someone who makes something appropriate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are attaint with faults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perjury</w:t>
      </w:r>
      <w:r>
        <w:rPr>
          <w:b/>
          <w:bCs/>
        </w:rPr>
        <w:t xml:space="preserve">;</w:t>
      </w:r>
      <w:r>
        <w:br/>
      </w:r>
      <w:r>
        <w:t xml:space="preserve">    (a) surgical interruption of nerve tracts to and from the frontal lobe of the brain</w:t>
      </w:r>
      <w:r>
        <w:br/>
      </w:r>
      <w:r>
        <w:t xml:space="preserve">    (b) something suggested indirectly; or something that can be concluded; or a result</w:t>
      </w:r>
      <w:r>
        <w:br/>
      </w:r>
      <w:r>
        <w:t xml:space="preserve">    (c) making false statements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cannot be; it is impossible: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Mirth</w:t>
      </w:r>
      <w:r>
        <w:rPr>
          <w:b/>
          <w:bCs/>
        </w:rPr>
        <w:t xml:space="preserve"> </w:t>
      </w:r>
      <w:r>
        <w:rPr>
          <w:b/>
          <w:bCs/>
        </w:rPr>
        <w:t xml:space="preserve">cannot move a soul in agony.</w:t>
      </w:r>
      <w:r>
        <w:br/>
      </w:r>
      <w:r>
        <w:t xml:space="preserve">    (a) restart (a fire)</w:t>
      </w:r>
      <w:r>
        <w:br/>
      </w:r>
      <w:r>
        <w:t xml:space="preserve">    (b) fun and laughter</w:t>
      </w:r>
      <w:r>
        <w:br/>
      </w:r>
      <w:r>
        <w:t xml:space="preserve">    (c) started (a fire)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2026-07-31T14:30:23Z</dcterms:created>
  <dcterms:modified xsi:type="dcterms:W3CDTF">2026-07-31T14:30:23Z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