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2412c487226938523ea4b5e5c326a8cdafe041"/>
    <w:p>
      <w:pPr>
        <w:pStyle w:val="Heading1"/>
      </w:pPr>
      <w:r>
        <w:rPr>
          <w:b/>
          <w:bCs/>
        </w:rPr>
        <w:t xml:space="preserve">Love's Labour's Lost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These be the stops that hinder study quite, And train 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intellects</w:t>
      </w:r>
      <w:r>
        <w:rPr>
          <w:b/>
          <w:bCs/>
        </w:rPr>
        <w:t xml:space="preserve"> </w:t>
      </w:r>
      <w:r>
        <w:rPr>
          <w:b/>
          <w:bCs/>
        </w:rPr>
        <w:t xml:space="preserve">to vain delight.</w:t>
      </w:r>
      <w:r>
        <w:br/>
      </w:r>
      <w:r>
        <w:t xml:space="preserve">    (a) aka analysis -- psychiatric treatment; or a theory of psychiatric treatment</w:t>
      </w:r>
      <w:r>
        <w:br/>
      </w:r>
      <w:r>
        <w:t xml:space="preserve">    (b) people who are good at or spend much time studying, thinking, and reasoning</w:t>
      </w:r>
      <w:r>
        <w:br/>
      </w:r>
      <w:r>
        <w:t xml:space="preserve">    (c) to whatever degree (regardless of how much; or whatever unspecified amount)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Light, seeking light, doth light of light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beguile</w:t>
      </w:r>
      <w:r>
        <w:rPr>
          <w:b/>
          <w:bCs/>
        </w:rPr>
        <w:t xml:space="preserve">; So, ere you find where light in darkness lies, Your light grows dark by losing of your eyes.</w:t>
      </w:r>
      <w:r>
        <w:br/>
      </w:r>
      <w:r>
        <w:t xml:space="preserve">    (a) give authority, power, knowledge, or confidence to someone so they can do something</w:t>
      </w:r>
      <w:r>
        <w:br/>
      </w:r>
      <w:r>
        <w:t xml:space="preserve">    (b) to think of something as true or likely, even though it is not known with certainty</w:t>
      </w:r>
      <w:r>
        <w:br/>
      </w:r>
      <w:r>
        <w:t xml:space="preserve">    (c) to charm, enchant, or entertain someone; or to deceive -- especially through charm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drawing my sword against the humour of affection would deliver me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reprobate</w:t>
      </w:r>
      <w:r>
        <w:rPr>
          <w:b/>
          <w:bCs/>
        </w:rPr>
        <w:t xml:space="preserve"> </w:t>
      </w:r>
      <w:r>
        <w:rPr>
          <w:b/>
          <w:bCs/>
        </w:rPr>
        <w:t xml:space="preserve">thought of it, I would take Desire prisoner, and ransom him to any French courtier for a new-devised curtsy.</w:t>
      </w:r>
      <w:r>
        <w:br/>
      </w:r>
      <w:r>
        <w:t xml:space="preserve">    (a) inability to think clearly; or an instance of not thinking clearly; or describing parts as not fitting together in a consistent or pleasing manner</w:t>
      </w:r>
      <w:r>
        <w:br/>
      </w:r>
      <w:r>
        <w:t xml:space="preserve">    (b) related to psychosis or someone who suffers from a psychosis (any severe mental disorder in which contact with reality is lost or highly distorted)</w:t>
      </w:r>
      <w:r>
        <w:br/>
      </w:r>
      <w:r>
        <w:t xml:space="preserve">    (c) a person who behaves in an unprincipled or immoral way; or behavior that is immoral or unprincipled; or (less commonly) to criticize such behavior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digression</w:t>
      </w:r>
      <w:r>
        <w:br/>
      </w:r>
      <w:r>
        <w:t xml:space="preserve">    (a) related to or causing dramatic change; of a supporter of the change</w:t>
      </w:r>
      <w:r>
        <w:br/>
      </w:r>
      <w:r>
        <w:t xml:space="preserve">    (b) a series of regularly spaced columns -- typically covered by a roof</w:t>
      </w:r>
      <w:r>
        <w:br/>
      </w:r>
      <w:r>
        <w:t xml:space="preserve">    (c) a wandering from a direct or straight course -- especially verbally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Now, madam, summon up your dearest spirits: Consider who the king your father sends, To whom he sends, and what's his embassy: Yourself, held precious in the world's esteem,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parley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sole inheritor Of all perfections that a man may owe, Matchless Navarre; the plea of no less weight Than Aquitaine, a dowry for a queen.</w:t>
      </w:r>
      <w:r>
        <w:br/>
      </w:r>
      <w:r>
        <w:t xml:space="preserve">    (a) think carefully and make a judgment about something again</w:t>
      </w:r>
      <w:r>
        <w:br/>
      </w:r>
      <w:r>
        <w:t xml:space="preserve">    (b) to promise, guarantee, or indicate certainty of something</w:t>
      </w:r>
      <w:r>
        <w:br/>
      </w:r>
      <w:r>
        <w:t xml:space="preserve">    (c) a negotiation or discussion -- especially between enemies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Tell him the daughter of the King of France, On serious business, craving quick dispatch,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Importunes</w:t>
      </w:r>
      <w:r>
        <w:rPr>
          <w:b/>
          <w:bCs/>
        </w:rPr>
        <w:t xml:space="preserve"> </w:t>
      </w:r>
      <w:r>
        <w:rPr>
          <w:b/>
          <w:bCs/>
        </w:rPr>
        <w:t xml:space="preserve">personal conference with his Grace.</w:t>
      </w:r>
      <w:r>
        <w:br/>
      </w:r>
      <w:r>
        <w:t xml:space="preserve">    (a) makes different; or shows difference</w:t>
      </w:r>
      <w:r>
        <w:br/>
      </w:r>
      <w:r>
        <w:t xml:space="preserve">    (b) changes to fit a different situation</w:t>
      </w:r>
      <w:r>
        <w:br/>
      </w:r>
      <w:r>
        <w:t xml:space="preserve">    (c) begs insistently or urges repeatedly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three farthings,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remuneration</w:t>
      </w:r>
      <w:r>
        <w:rPr>
          <w:b/>
          <w:bCs/>
        </w:rPr>
        <w:t xml:space="preserve">.</w:t>
      </w:r>
      <w:r>
        <w:br/>
      </w:r>
      <w:r>
        <w:t xml:space="preserve">    (a) payment</w:t>
      </w:r>
      <w:r>
        <w:br/>
      </w:r>
      <w:r>
        <w:t xml:space="preserve">    (b) thought</w:t>
      </w:r>
      <w:r>
        <w:br/>
      </w:r>
      <w:r>
        <w:t xml:space="preserve">    (c) payment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magnanimous and most illustrate king Cophetua set eye upon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pernicious</w:t>
      </w:r>
      <w:r>
        <w:rPr>
          <w:b/>
          <w:bCs/>
        </w:rPr>
        <w:t xml:space="preserve"> </w:t>
      </w:r>
      <w:r>
        <w:rPr>
          <w:b/>
          <w:bCs/>
        </w:rPr>
        <w:t xml:space="preserve">and indubitate beggar Zenelophon, and he it was that might rightly say, Veni, vidi, vici; which to anatomize in the vulgar— O base and obscure vulgar!</w:t>
      </w:r>
      <w:r>
        <w:br/>
      </w:r>
      <w:r>
        <w:t xml:space="preserve">    (a) the quality of behaving in an instinctive, uninhibited, and unplanned manner</w:t>
      </w:r>
      <w:r>
        <w:br/>
      </w:r>
      <w:r>
        <w:t xml:space="preserve">    (b) the state or degree of having the ability to change for different situations</w:t>
      </w:r>
      <w:r>
        <w:br/>
      </w:r>
      <w:r>
        <w:t xml:space="preserve">    (c) harmful or something spreading harm -- especially in a gradual or subtle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Sir Nathaniel, will you hear an extemporal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epitaph</w:t>
      </w:r>
      <w:r>
        <w:rPr>
          <w:b/>
          <w:bCs/>
        </w:rPr>
        <w:t xml:space="preserve"> </w:t>
      </w:r>
      <w:r>
        <w:rPr>
          <w:b/>
          <w:bCs/>
        </w:rPr>
        <w:t xml:space="preserve">on the death of the deer?</w:t>
      </w:r>
      <w:r>
        <w:br/>
      </w:r>
      <w:r>
        <w:t xml:space="preserve">    (a) worry or concern about what will happen</w:t>
      </w:r>
      <w:r>
        <w:br/>
      </w:r>
      <w:r>
        <w:t xml:space="preserve">    (b) something that causes ongoing suffering</w:t>
      </w:r>
      <w:r>
        <w:br/>
      </w:r>
      <w:r>
        <w:t xml:space="preserve">    (c) a short text in memory of a dead person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Here are only numbers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ratified</w:t>
      </w:r>
      <w:r>
        <w:rPr>
          <w:b/>
          <w:bCs/>
        </w:rPr>
        <w:t xml:space="preserve">; but, for the elegancy, facility, and golden cadence of poesy, caret.</w:t>
      </w:r>
      <w:r>
        <w:br/>
      </w:r>
      <w:r>
        <w:t xml:space="preserve">    (a) not said</w:t>
      </w:r>
      <w:r>
        <w:br/>
      </w:r>
      <w:r>
        <w:t xml:space="preserve">    (b) restored</w:t>
      </w:r>
      <w:r>
        <w:br/>
      </w:r>
      <w:r>
        <w:t xml:space="preserve">    (c) approved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is the liver-vein, which makes flesh a deity; A green goose a goddess; pure, pure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idolatry</w:t>
      </w:r>
      <w:r>
        <w:rPr>
          <w:b/>
          <w:bCs/>
        </w:rPr>
        <w:t xml:space="preserve">.</w:t>
      </w:r>
      <w:r>
        <w:br/>
      </w:r>
      <w:r>
        <w:t xml:space="preserve">    (a) something that indirectly shows something else -- such as an indication, demonstration, expression, or representation of something</w:t>
      </w:r>
      <w:r>
        <w:br/>
      </w:r>
      <w:r>
        <w:t xml:space="preserve">    (b) the worship of idols (physical objects representative of gods)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excessive admiration and devotion to something or someone</w:t>
      </w:r>
      <w:r>
        <w:br/>
      </w:r>
      <w:r>
        <w:t xml:space="preserve">    (c) Greek Mythology: one of the giant-sized gods who ruled the Earth until overthrown by Zeus (also the name of Saturn's largest moon)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grace hast thou thus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reprove</w:t>
      </w:r>
      <w:r>
        <w:rPr>
          <w:b/>
          <w:bCs/>
        </w:rPr>
        <w:t xml:space="preserve"> </w:t>
      </w:r>
      <w:r>
        <w:rPr>
          <w:b/>
          <w:bCs/>
        </w:rPr>
        <w:t xml:space="preserve">These worms for loving, that art most in love?</w:t>
      </w:r>
      <w:r>
        <w:br/>
      </w:r>
      <w:r>
        <w:t xml:space="preserve">    (a) criticize</w:t>
      </w:r>
      <w:r>
        <w:br/>
      </w:r>
      <w:r>
        <w:t xml:space="preserve">    (b) collision</w:t>
      </w:r>
      <w:r>
        <w:br/>
      </w:r>
      <w:r>
        <w:t xml:space="preserve">    (c) translate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Your stomachs are too young, and abstinence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engenders</w:t>
      </w:r>
      <w:r>
        <w:rPr>
          <w:b/>
          <w:bCs/>
        </w:rPr>
        <w:t xml:space="preserve"> </w:t>
      </w:r>
      <w:r>
        <w:rPr>
          <w:b/>
          <w:bCs/>
        </w:rPr>
        <w:t xml:space="preserve">maladies.</w:t>
      </w:r>
      <w:r>
        <w:br/>
      </w:r>
      <w:r>
        <w:t xml:space="preserve">    (a) copies</w:t>
      </w:r>
      <w:r>
        <w:br/>
      </w:r>
      <w:r>
        <w:t xml:space="preserve">    (b) trades</w:t>
      </w:r>
      <w:r>
        <w:br/>
      </w:r>
      <w:r>
        <w:t xml:space="preserve">    (c) causes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military sir,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salutation</w:t>
      </w:r>
      <w:r>
        <w:rPr>
          <w:b/>
          <w:bCs/>
        </w:rPr>
        <w:t xml:space="preserve">.</w:t>
      </w:r>
      <w:r>
        <w:br/>
      </w:r>
      <w:r>
        <w:t xml:space="preserve">    (a) a highly educated person interested in learning and exploring ideas -- sometimes while ignoring practical considerations</w:t>
      </w:r>
      <w:r>
        <w:br/>
      </w:r>
      <w:r>
        <w:t xml:space="preserve">    (b) a small hole or a series of small holes such as are used to make it easy to tear a piece of paper along a specific line</w:t>
      </w:r>
      <w:r>
        <w:br/>
      </w:r>
      <w:r>
        <w:t xml:space="preserve">    (c) a greeting -- such as</w:t>
      </w:r>
      <w:r>
        <w:t xml:space="preserve"> </w:t>
      </w:r>
      <w:r>
        <w:rPr>
          <w:i/>
          <w:iCs/>
        </w:rPr>
        <w:t xml:space="preserve">"Hi"</w:t>
      </w:r>
      <w:r>
        <w:t xml:space="preserve">, </w:t>
      </w:r>
      <w:r>
        <w:t xml:space="preserve"> </w:t>
      </w:r>
      <w:r>
        <w:rPr>
          <w:i/>
          <w:iCs/>
        </w:rPr>
        <w:t xml:space="preserve">"Dear John:"</w:t>
      </w:r>
      <w:r>
        <w:t xml:space="preserve">, or</w:t>
      </w:r>
      <w:r>
        <w:t xml:space="preserve"> </w:t>
      </w:r>
      <w:r>
        <w:rPr>
          <w:i/>
          <w:iCs/>
        </w:rPr>
        <w:t xml:space="preserve">"Ladies and Gentlemen"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the act of greeting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Lend me your horn to make one, and I will whip about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infamy</w:t>
      </w:r>
      <w:r>
        <w:rPr>
          <w:b/>
          <w:bCs/>
        </w:rPr>
        <w:t xml:space="preserve"> </w:t>
      </w:r>
      <w:r>
        <w:rPr>
          <w:b/>
          <w:bCs/>
        </w:rPr>
        <w:t xml:space="preserve">circum circa.</w:t>
      </w:r>
      <w:r>
        <w:br/>
      </w:r>
      <w:r>
        <w:t xml:space="preserve">    (a) the process or result of learning, discovering, or deciding</w:t>
      </w:r>
      <w:r>
        <w:br/>
      </w:r>
      <w:r>
        <w:t xml:space="preserve">    (b) famous for something that is bad; or an extremely bad event</w:t>
      </w:r>
      <w:r>
        <w:br/>
      </w:r>
      <w:r>
        <w:t xml:space="preserve">    (c) person, organization, or anything with a separate existence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Construe</w:t>
      </w:r>
      <w:r>
        <w:rPr>
          <w:b/>
          <w:bCs/>
        </w:rPr>
        <w:t xml:space="preserve"> </w:t>
      </w:r>
      <w:r>
        <w:rPr>
          <w:b/>
          <w:bCs/>
        </w:rPr>
        <w:t xml:space="preserve">my speeches better, if you may.</w:t>
      </w:r>
      <w:r>
        <w:br/>
      </w:r>
      <w:r>
        <w:t xml:space="preserve">    (a) give an opinion of what is wrong with something</w:t>
      </w:r>
      <w:r>
        <w:br/>
      </w:r>
      <w:r>
        <w:t xml:space="preserve">    (b) understand something to have a specific meaning</w:t>
      </w:r>
      <w:r>
        <w:br/>
      </w:r>
      <w:r>
        <w:t xml:space="preserve">    (c) mark important text; or the text that is marked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There, then, that visor;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 </w:t>
      </w:r>
      <w:r>
        <w:rPr>
          <w:b/>
          <w:bCs/>
        </w:rPr>
        <w:t xml:space="preserve">case That hid the worse, and show'd the better face.</w:t>
      </w:r>
      <w:r>
        <w:br/>
      </w:r>
      <w:r>
        <w:t xml:space="preserve">    (a) without purpose, job, or natural activity</w:t>
      </w:r>
      <w:r>
        <w:br/>
      </w:r>
      <w:r>
        <w:t xml:space="preserve">    (b) the quality of being sensible and careful</w:t>
      </w:r>
      <w:r>
        <w:br/>
      </w:r>
      <w:r>
        <w:t xml:space="preserve">    (c) more than is needed, desired, or required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might not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Forestall</w:t>
      </w:r>
      <w:r>
        <w:rPr>
          <w:b/>
          <w:bCs/>
        </w:rPr>
        <w:t xml:space="preserve"> </w:t>
      </w:r>
      <w:r>
        <w:rPr>
          <w:b/>
          <w:bCs/>
        </w:rPr>
        <w:t xml:space="preserve">our sport, to make us thus untrue?</w:t>
      </w:r>
      <w:r>
        <w:br/>
      </w:r>
      <w:r>
        <w:t xml:space="preserve">    (a) make different; or show difference</w:t>
      </w:r>
      <w:r>
        <w:br/>
      </w:r>
      <w:r>
        <w:t xml:space="preserve">    (b) to cause something to move forward</w:t>
      </w:r>
      <w:r>
        <w:br/>
      </w:r>
      <w:r>
        <w:t xml:space="preserve">    (c) prevent something by taking 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extreme parts of time extremely forms</w:t>
      </w:r>
      <w:r>
        <w:br/>
      </w:r>
      <w:r>
        <w:rPr>
          <w:b/>
          <w:bCs/>
        </w:rPr>
        <w:t xml:space="preserve">All causes to the purpose of his speed,</w:t>
      </w:r>
      <w:r>
        <w:br/>
      </w:r>
      <w:r>
        <w:rPr>
          <w:b/>
          <w:bCs/>
        </w:rPr>
        <w:t xml:space="preserve">And often at his very loose decides</w:t>
      </w:r>
      <w:r>
        <w:br/>
      </w:r>
      <w:r>
        <w:rPr>
          <w:b/>
          <w:bCs/>
        </w:rPr>
        <w:t xml:space="preserve">That which long process could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arbitrate</w:t>
      </w:r>
      <w:r>
        <w:rPr>
          <w:b/>
          <w:bCs/>
        </w:rPr>
        <w:t xml:space="preserve">:</w:t>
      </w:r>
      <w:r>
        <w:br/>
      </w:r>
      <w:r>
        <w:t xml:space="preserve">    (a) the right to run a local store or business under a big company’s name</w:t>
      </w:r>
      <w:r>
        <w:br/>
      </w:r>
      <w:r>
        <w:t xml:space="preserve">    (b) decide</w:t>
      </w:r>
      <w:r>
        <w:br/>
      </w:r>
      <w:r>
        <w:t xml:space="preserve">    (c) dry out by heat or excessive exposure to sunlight; or make very thirsty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extreme parts of time extremely forms All causes to the purpose of his speed, And often at his very loose decides That which long process could not arbitrate: And though the mourning brow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progeny</w:t>
      </w:r>
      <w:r>
        <w:rPr>
          <w:b/>
          <w:bCs/>
        </w:rPr>
        <w:t xml:space="preserve"> </w:t>
      </w:r>
      <w:r>
        <w:rPr>
          <w:b/>
          <w:bCs/>
        </w:rPr>
        <w:t xml:space="preserve">Forbid the smiling courtesy of love The holy suit which fain it would convince; Yet, since love's argument was first on foot, Let not the cloud of sorrow justle it From what it purpos'd; since, to wail friends lost Is not by much so wholesome-profitable As to rejoice at friends but newly found.</w:t>
      </w:r>
      <w:r>
        <w:br/>
      </w:r>
      <w:r>
        <w:t xml:space="preserve">    (a) the belief that God created the universe, but that he doesn't interfere with how it runs</w:t>
      </w:r>
      <w:r>
        <w:br/>
      </w:r>
      <w:r>
        <w:t xml:space="preserve">    (b) someone's child or children</w:t>
      </w:r>
      <w:r>
        <w:br/>
      </w:r>
      <w:r>
        <w:br/>
      </w:r>
      <w:r>
        <w:t xml:space="preserve">or less commonly: anything that develops from something else</w:t>
      </w:r>
      <w:r>
        <w:br/>
      </w:r>
      <w:r>
        <w:t xml:space="preserve">    (c) a process of urging or commanding someone to do something; or a document for that purpose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2026-07-31T14:30:24Z</dcterms:created>
  <dcterms:modified xsi:type="dcterms:W3CDTF">2026-07-31T14:30:24Z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