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f065beee313c396979ec801f11d5621bccefbf"/>
    <w:p>
      <w:pPr>
        <w:pStyle w:val="Heading1"/>
      </w:pPr>
      <w:r>
        <w:rPr>
          <w:b/>
          <w:bCs/>
        </w:rPr>
        <w:t xml:space="preserve">Love in the Time of Cholera</w:t>
      </w:r>
      <w:r>
        <w:br/>
      </w:r>
      <w:r>
        <w:rPr>
          <w:i/>
          <w:iCs/>
        </w:rPr>
        <w:t xml:space="preserve">Gabriel Garcia Marquez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 to hard work.</w:t>
      </w:r>
      <w:r>
        <w:br/>
      </w:r>
      <w:r>
        <w:t xml:space="preserve">    (a) gives help for</w:t>
      </w:r>
      <w:r>
        <w:br/>
      </w:r>
      <w:r>
        <w:t xml:space="preserve">    (b) gives money for</w:t>
      </w:r>
      <w:r>
        <w:br/>
      </w:r>
      <w:r>
        <w:t xml:space="preserve">    (c) gives credit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suspect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complicity</w:t>
      </w:r>
      <w:r>
        <w:rPr>
          <w:b/>
          <w:bCs/>
        </w:rPr>
        <w:t xml:space="preserve"> </w:t>
      </w:r>
      <w:r>
        <w:rPr>
          <w:b/>
          <w:bCs/>
        </w:rPr>
        <w:t xml:space="preserve">of top officials.</w:t>
      </w:r>
      <w:r>
        <w:br/>
      </w:r>
      <w:r>
        <w:t xml:space="preserve">    (a) involvement</w:t>
      </w:r>
      <w:r>
        <w:br/>
      </w:r>
      <w:r>
        <w:t xml:space="preserve">    (b) innocence</w:t>
      </w:r>
      <w:r>
        <w:br/>
      </w:r>
      <w:r>
        <w:t xml:space="preserve">    (c) ignorance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bones in a bat's wing exactly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</w:t>
      </w:r>
      <w:r>
        <w:rPr>
          <w:b/>
          <w:bCs/>
        </w:rPr>
        <w:t xml:space="preserve"> </w:t>
      </w:r>
      <w:r>
        <w:rPr>
          <w:b/>
          <w:bCs/>
        </w:rPr>
        <w:t xml:space="preserve">to those in a human forearm.</w:t>
      </w:r>
      <w:r>
        <w:br/>
      </w:r>
      <w:r>
        <w:t xml:space="preserve">    (a) are unrelated</w:t>
      </w:r>
      <w:r>
        <w:br/>
      </w:r>
      <w:r>
        <w:t xml:space="preserve">    (b) are opposite</w:t>
      </w:r>
      <w:r>
        <w:br/>
      </w:r>
      <w:r>
        <w:t xml:space="preserve">    (c) are equivalent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either of you have copies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?</w:t>
      </w:r>
      <w:r>
        <w:br/>
      </w:r>
      <w:r>
        <w:t xml:space="preserve">    (a) instructions</w:t>
      </w:r>
      <w:r>
        <w:br/>
      </w:r>
      <w:r>
        <w:t xml:space="preserve">    (b) letters or emails</w:t>
      </w:r>
      <w:r>
        <w:br/>
      </w:r>
      <w:r>
        <w:t xml:space="preserve">    (c) pictures or drawings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diligent</w:t>
      </w:r>
      <w:r>
        <w:rPr>
          <w:b/>
          <w:bCs/>
        </w:rPr>
        <w:t xml:space="preserve"> </w:t>
      </w:r>
      <w:r>
        <w:rPr>
          <w:b/>
          <w:bCs/>
        </w:rPr>
        <w:t xml:space="preserve">detective investigates all clues.</w:t>
      </w:r>
      <w:r>
        <w:br/>
      </w:r>
      <w:r>
        <w:t xml:space="preserve">    (a) careful and hardworking</w:t>
      </w:r>
      <w:r>
        <w:br/>
      </w:r>
      <w:r>
        <w:t xml:space="preserve">    (b) rude and dishonest</w:t>
      </w:r>
      <w:r>
        <w:br/>
      </w:r>
      <w:r>
        <w:t xml:space="preserve">    (c) lazy and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avoid</w:t>
      </w:r>
      <w:r>
        <w:br/>
      </w:r>
      <w:r>
        <w:t xml:space="preserve">    (b) increase</w:t>
      </w:r>
      <w:r>
        <w:br/>
      </w:r>
      <w:r>
        <w:t xml:space="preserve">    (c) create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minimizing</w:t>
      </w:r>
      <w:r>
        <w:br/>
      </w:r>
      <w:r>
        <w:t xml:space="preserve">    (b) showing</w:t>
      </w:r>
      <w:r>
        <w:br/>
      </w:r>
      <w:r>
        <w:t xml:space="preserve">    (c) exaggerating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remark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evoked</w:t>
      </w:r>
      <w:r>
        <w:rPr>
          <w:b/>
          <w:bCs/>
        </w:rPr>
        <w:t xml:space="preserve"> </w:t>
      </w:r>
      <w:r>
        <w:rPr>
          <w:b/>
          <w:bCs/>
        </w:rPr>
        <w:t xml:space="preserve">sadness.</w:t>
      </w:r>
      <w:r>
        <w:br/>
      </w:r>
      <w:r>
        <w:t xml:space="preserve">    (a) eased</w:t>
      </w:r>
      <w:r>
        <w:br/>
      </w:r>
      <w:r>
        <w:t xml:space="preserve">    (b) caused</w:t>
      </w:r>
      <w:r>
        <w:br/>
      </w:r>
      <w:r>
        <w:t xml:space="preserve">    (c) relieved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also</w:t>
      </w:r>
      <w:r>
        <w:br/>
      </w:r>
      <w:r>
        <w:t xml:space="preserve">    (b) and</w:t>
      </w:r>
      <w:r>
        <w:br/>
      </w:r>
      <w:r>
        <w:t xml:space="preserve">    (c) but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we get there, the main thing is to be absolutely sure we're not late.</w:t>
      </w:r>
      <w:r>
        <w:br/>
      </w:r>
      <w:r>
        <w:t xml:space="preserve">    (a) even if in a non-standard manner</w:t>
      </w:r>
      <w:r>
        <w:br/>
      </w:r>
      <w:r>
        <w:t xml:space="preserve">    (b) to whatever degree</w:t>
      </w:r>
      <w:r>
        <w:br/>
      </w:r>
      <w:r>
        <w:t xml:space="preserve">    (c) whatever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inhibited</w:t>
      </w:r>
      <w:r>
        <w:rPr>
          <w:b/>
          <w:bCs/>
        </w:rPr>
        <w:t xml:space="preserve"> </w:t>
      </w:r>
      <w:r>
        <w:rPr>
          <w:b/>
          <w:bCs/>
        </w:rPr>
        <w:t xml:space="preserve">to dance at parties, even when everyone else joined in.</w:t>
      </w:r>
      <w:r>
        <w:br/>
      </w:r>
      <w:r>
        <w:t xml:space="preserve">    (a) loud and confident</w:t>
      </w:r>
      <w:r>
        <w:br/>
      </w:r>
      <w:r>
        <w:t xml:space="preserve">    (b) wild and uncontrolled</w:t>
      </w:r>
      <w:r>
        <w:br/>
      </w:r>
      <w:r>
        <w:t xml:space="preserve">    (c) shy and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will stand to his left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his speech into sign language.</w:t>
      </w:r>
      <w:r>
        <w:br/>
      </w:r>
      <w:r>
        <w:t xml:space="preserve">    (a) elaborate upon</w:t>
      </w:r>
      <w:r>
        <w:br/>
      </w:r>
      <w:r>
        <w:t xml:space="preserve">    (b) refute (prove false)</w:t>
      </w:r>
      <w:r>
        <w:br/>
      </w:r>
      <w:r>
        <w:t xml:space="preserve">    (c) translate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will a court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the word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careless</w:t>
      </w:r>
      <w:r>
        <w:rPr>
          <w:b/>
          <w:bCs/>
        </w:rPr>
        <w:t xml:space="preserve"> </w:t>
      </w:r>
      <w:r>
        <w:rPr>
          <w:b/>
          <w:bCs/>
        </w:rPr>
        <w:t xml:space="preserve">if there is a lawsuit?</w:t>
      </w:r>
      <w:r>
        <w:br/>
      </w:r>
      <w:r>
        <w:t xml:space="preserve">    (a) understand</w:t>
      </w:r>
      <w:r>
        <w:br/>
      </w:r>
      <w:r>
        <w:t xml:space="preserve">    (b) insist on</w:t>
      </w:r>
      <w:r>
        <w:br/>
      </w:r>
      <w:r>
        <w:t xml:space="preserve">    (c) ignore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in addition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parents are sometimes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nostalgic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their college days.</w:t>
      </w:r>
      <w:r>
        <w:br/>
      </w:r>
      <w:r>
        <w:t xml:space="preserve">    (a) secretive</w:t>
      </w:r>
      <w:r>
        <w:br/>
      </w:r>
      <w:r>
        <w:t xml:space="preserve">    (b) bitter</w:t>
      </w:r>
      <w:r>
        <w:br/>
      </w:r>
      <w:r>
        <w:t xml:space="preserve">    (c) longing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concern raised by the recent tragedy, this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opportune</w:t>
      </w:r>
      <w:r>
        <w:rPr>
          <w:b/>
          <w:bCs/>
        </w:rPr>
        <w:t xml:space="preserve"> </w:t>
      </w:r>
      <w:r>
        <w:rPr>
          <w:b/>
          <w:bCs/>
        </w:rPr>
        <w:t xml:space="preserve">time to introduce the legislation.</w:t>
      </w:r>
      <w:r>
        <w:br/>
      </w:r>
      <w:r>
        <w:t xml:space="preserve">    (a) favorable</w:t>
      </w:r>
      <w:r>
        <w:br/>
      </w:r>
      <w:r>
        <w:t xml:space="preserve">    (b) unfavorable</w:t>
      </w:r>
      <w:r>
        <w:br/>
      </w:r>
      <w:r>
        <w:t xml:space="preserve">    (c) difficult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protagonists</w:t>
      </w:r>
      <w:r>
        <w:rPr>
          <w:b/>
          <w:bCs/>
        </w:rPr>
        <w:t xml:space="preserve"> </w:t>
      </w:r>
      <w:r>
        <w:rPr>
          <w:b/>
          <w:bCs/>
        </w:rPr>
        <w:t xml:space="preserve">of our own story.</w:t>
      </w:r>
      <w:r>
        <w:br/>
      </w:r>
      <w:r>
        <w:t xml:space="preserve">    (a) the strongest adversaries</w:t>
      </w:r>
      <w:r>
        <w:br/>
      </w:r>
      <w:r>
        <w:t xml:space="preserve">    (b) the main characters</w:t>
      </w:r>
      <w:r>
        <w:br/>
      </w:r>
      <w:r>
        <w:t xml:space="preserve">    (c) the most concerned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years apart,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brothers had not faded at all.</w:t>
      </w:r>
      <w:r>
        <w:br/>
      </w:r>
      <w:r>
        <w:t xml:space="preserve">    (a) warm affection</w:t>
      </w:r>
      <w:r>
        <w:br/>
      </w:r>
      <w:r>
        <w:t xml:space="preserve">    (b) deep bitterness</w:t>
      </w:r>
      <w:r>
        <w:br/>
      </w:r>
      <w:r>
        <w:t xml:space="preserve">    (c) mild curiosity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thesis</w:t>
      </w:r>
      <w:r>
        <w:rPr>
          <w:b/>
          <w:bCs/>
        </w:rPr>
        <w:t xml:space="preserve"> </w:t>
      </w:r>
      <w:r>
        <w:rPr>
          <w:b/>
          <w:bCs/>
        </w:rPr>
        <w:t xml:space="preserve">of your paper.</w:t>
      </w:r>
      <w:r>
        <w:br/>
      </w:r>
      <w:r>
        <w:t xml:space="preserve">    (a) grammatical voice</w:t>
      </w:r>
      <w:r>
        <w:br/>
      </w:r>
      <w:r>
        <w:t xml:space="preserve">    (b) format</w:t>
      </w:r>
      <w:r>
        <w:br/>
      </w:r>
      <w:r>
        <w:t xml:space="preserve">    (c) theory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thesis</w:t>
      </w:r>
      <w:r>
        <w:rPr>
          <w:b/>
          <w:bCs/>
        </w:rPr>
        <w:t xml:space="preserve"> </w:t>
      </w:r>
      <w:r>
        <w:rPr>
          <w:b/>
          <w:bCs/>
        </w:rPr>
        <w:t xml:space="preserve">studies how social media has made the country more divisive.</w:t>
      </w:r>
      <w:r>
        <w:br/>
      </w:r>
      <w:r>
        <w:t xml:space="preserve">    (a) class</w:t>
      </w:r>
      <w:r>
        <w:br/>
      </w:r>
      <w:r>
        <w:t xml:space="preserve">    (b) organization</w:t>
      </w:r>
      <w:r>
        <w:br/>
      </w:r>
      <w:r>
        <w:t xml:space="preserve">    (c) research paper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2026-07-31T15:42:52Z</dcterms:created>
  <dcterms:modified xsi:type="dcterms:W3CDTF">2026-07-31T15:42:52Z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