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240306f726079fb71ea1f383a7a782a9a5a2436"/>
    <w:p>
      <w:pPr>
        <w:pStyle w:val="Heading1"/>
      </w:pPr>
      <w:r>
        <w:rPr>
          <w:b/>
          <w:bCs/>
        </w:rPr>
        <w:t xml:space="preserve">Love in the Time of Cholera</w:t>
      </w:r>
      <w:r>
        <w:br/>
      </w:r>
      <w:r>
        <w:rPr>
          <w:i/>
          <w:iCs/>
        </w:rPr>
        <w:t xml:space="preserve">Gabriel Garcia Marquez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presence of a horse-drawn carriage on the city streets, amidst modern cars and buses, was a charming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anachronism</w:t>
      </w:r>
      <w:r>
        <w:rPr>
          <w:b/>
          <w:bCs/>
        </w:rPr>
        <w:t xml:space="preserve">.</w:t>
      </w:r>
      <w:r>
        <w:br/>
      </w:r>
      <w:r>
        <w:t xml:space="preserve">    (a) something out of place for it's time</w:t>
      </w:r>
      <w:r>
        <w:br/>
      </w:r>
      <w:r>
        <w:t xml:space="preserve">    (b) something that is a timeless tradition</w:t>
      </w:r>
      <w:r>
        <w:br/>
      </w:r>
      <w:r>
        <w:t xml:space="preserve">    (c) something that is an unexpected surprise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claimed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clairvoyance</w:t>
      </w:r>
      <w:r>
        <w:rPr>
          <w:b/>
          <w:bCs/>
        </w:rPr>
        <w:t xml:space="preserve"> </w:t>
      </w:r>
      <w:r>
        <w:rPr>
          <w:b/>
          <w:bCs/>
        </w:rPr>
        <w:t xml:space="preserve">after saying she had seen the accident before it happened.</w:t>
      </w:r>
      <w:r>
        <w:br/>
      </w:r>
      <w:r>
        <w:t xml:space="preserve">    (a) careful scientific proof</w:t>
      </w:r>
      <w:r>
        <w:br/>
      </w:r>
      <w:r>
        <w:t xml:space="preserve">    (b) supposed psychic insight</w:t>
      </w:r>
      <w:r>
        <w:br/>
      </w:r>
      <w:r>
        <w:t xml:space="preserve">    (c) ordinary common sense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likes it when they stick to the numbers and 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digress</w:t>
      </w:r>
      <w:r>
        <w:rPr>
          <w:b/>
          <w:bCs/>
        </w:rPr>
        <w:t xml:space="preserve"> </w:t>
      </w:r>
      <w:r>
        <w:rPr>
          <w:b/>
          <w:bCs/>
        </w:rPr>
        <w:t xml:space="preserve">into storytelling.</w:t>
      </w:r>
      <w:r>
        <w:br/>
      </w:r>
      <w:r>
        <w:t xml:space="preserve">    (a) compete</w:t>
      </w:r>
      <w:r>
        <w:br/>
      </w:r>
      <w:r>
        <w:t xml:space="preserve">    (b) wander</w:t>
      </w:r>
      <w:r>
        <w:br/>
      </w:r>
      <w:r>
        <w:t xml:space="preserve">    (c) elaborate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enthusiasm was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ephemeral</w:t>
      </w:r>
      <w:r>
        <w:rPr>
          <w:b/>
          <w:bCs/>
        </w:rPr>
        <w:t xml:space="preserve"> </w:t>
      </w:r>
      <w:r>
        <w:rPr>
          <w:b/>
          <w:bCs/>
        </w:rPr>
        <w:t xml:space="preserve">as the morning mist.</w:t>
      </w:r>
      <w:r>
        <w:br/>
      </w:r>
      <w:r>
        <w:t xml:space="preserve">    (a) intense</w:t>
      </w:r>
      <w:r>
        <w:br/>
      </w:r>
      <w:r>
        <w:t xml:space="preserve">    (b) fleeting</w:t>
      </w:r>
      <w:r>
        <w:br/>
      </w:r>
      <w:r>
        <w:t xml:space="preserve">    (c) constant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promise of quick success proved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illusory</w:t>
      </w:r>
      <w:r>
        <w:rPr>
          <w:b/>
          <w:bCs/>
        </w:rPr>
        <w:t xml:space="preserve"> </w:t>
      </w:r>
      <w:r>
        <w:rPr>
          <w:b/>
          <w:bCs/>
        </w:rPr>
        <w:t xml:space="preserve">once the hard work began.</w:t>
      </w:r>
      <w:r>
        <w:br/>
      </w:r>
      <w:r>
        <w:t xml:space="preserve">    (a) reliable and true</w:t>
      </w:r>
      <w:r>
        <w:br/>
      </w:r>
      <w:r>
        <w:t xml:space="preserve">    (b) false or misleading</w:t>
      </w:r>
      <w:r>
        <w:br/>
      </w:r>
      <w:r>
        <w:t xml:space="preserve">    (c) exciting and rewarding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made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impetuous</w:t>
      </w:r>
      <w:r>
        <w:rPr>
          <w:b/>
          <w:bCs/>
        </w:rPr>
        <w:t xml:space="preserve"> </w:t>
      </w:r>
      <w:r>
        <w:rPr>
          <w:b/>
          <w:bCs/>
        </w:rPr>
        <w:t xml:space="preserve">purchase, buying the car without test-driving it first.</w:t>
      </w:r>
      <w:r>
        <w:br/>
      </w:r>
      <w:r>
        <w:t xml:space="preserve">    (a) wealthy</w:t>
      </w:r>
      <w:r>
        <w:br/>
      </w:r>
      <w:r>
        <w:t xml:space="preserve">    (b) cautious</w:t>
      </w:r>
      <w:r>
        <w:br/>
      </w:r>
      <w:r>
        <w:t xml:space="preserve">    (c) impulsive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remembered for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indomitable</w:t>
      </w:r>
      <w:r>
        <w:rPr>
          <w:b/>
          <w:bCs/>
        </w:rPr>
        <w:t xml:space="preserve"> </w:t>
      </w:r>
      <w:r>
        <w:rPr>
          <w:b/>
          <w:bCs/>
        </w:rPr>
        <w:t xml:space="preserve">spirit.</w:t>
      </w:r>
      <w:r>
        <w:br/>
      </w:r>
      <w:r>
        <w:t xml:space="preserve">    (a) uncertain hope and nervous energy</w:t>
      </w:r>
      <w:r>
        <w:br/>
      </w:r>
      <w:r>
        <w:t xml:space="preserve">    (b) unyielding resolve and spirit</w:t>
      </w:r>
      <w:r>
        <w:br/>
      </w:r>
      <w:r>
        <w:t xml:space="preserve">    (c) cheerful optimism and flexibility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tour guide handed out printed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itineraries</w:t>
      </w:r>
      <w:r>
        <w:rPr>
          <w:b/>
          <w:bCs/>
        </w:rPr>
        <w:t xml:space="preserve"> </w:t>
      </w:r>
      <w:r>
        <w:rPr>
          <w:b/>
          <w:bCs/>
        </w:rPr>
        <w:t xml:space="preserve">so everyone knew what to expect each day.</w:t>
      </w:r>
      <w:r>
        <w:br/>
      </w:r>
      <w:r>
        <w:t xml:space="preserve">    (a) travel schedules</w:t>
      </w:r>
      <w:r>
        <w:br/>
      </w:r>
      <w:r>
        <w:t xml:space="preserve">    (b) emergency contacts</w:t>
      </w:r>
      <w:r>
        <w:br/>
      </w:r>
      <w:r>
        <w:t xml:space="preserve">    (c) packing lists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bond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matrimony</w:t>
      </w:r>
      <w:r>
        <w:rPr>
          <w:b/>
          <w:bCs/>
        </w:rPr>
        <w:t xml:space="preserve"> </w:t>
      </w:r>
      <w:r>
        <w:rPr>
          <w:b/>
          <w:bCs/>
        </w:rPr>
        <w:t xml:space="preserve">lasted for over fifty years.</w:t>
      </w:r>
      <w:r>
        <w:br/>
      </w:r>
      <w:r>
        <w:t xml:space="preserve">    (a) friendship</w:t>
      </w:r>
      <w:r>
        <w:br/>
      </w:r>
      <w:r>
        <w:t xml:space="preserve">    (b) divorce</w:t>
      </w:r>
      <w:r>
        <w:br/>
      </w:r>
      <w:r>
        <w:t xml:space="preserve">    (c) marriage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 very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myopic</w:t>
      </w:r>
      <w:r>
        <w:rPr>
          <w:b/>
          <w:bCs/>
        </w:rPr>
        <w:t xml:space="preserve">, but my contacts correct for it.</w:t>
      </w:r>
      <w:r>
        <w:br/>
      </w:r>
      <w:r>
        <w:t xml:space="preserve">    (a) unable to see well in dim light</w:t>
      </w:r>
      <w:r>
        <w:br/>
      </w:r>
      <w:r>
        <w:t xml:space="preserve">    (b) unable to see distant objects clearly</w:t>
      </w:r>
      <w:r>
        <w:br/>
      </w:r>
      <w:r>
        <w:t xml:space="preserve">    (c) unable to see close objects clearly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Military service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obligatory</w:t>
      </w:r>
      <w:r>
        <w:rPr>
          <w:b/>
          <w:bCs/>
        </w:rPr>
        <w:t xml:space="preserve"> </w:t>
      </w:r>
      <w:r>
        <w:rPr>
          <w:b/>
          <w:bCs/>
        </w:rPr>
        <w:t xml:space="preserve">in her country.</w:t>
      </w:r>
      <w:r>
        <w:br/>
      </w:r>
      <w:r>
        <w:t xml:space="preserve">    (a) voluntary</w:t>
      </w:r>
      <w:r>
        <w:br/>
      </w:r>
      <w:r>
        <w:t xml:space="preserve">    (b) required</w:t>
      </w:r>
      <w:r>
        <w:br/>
      </w:r>
      <w:r>
        <w:t xml:space="preserve">    (c) difficult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a story about a prince who changes places with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pauper</w:t>
      </w:r>
      <w:r>
        <w:rPr>
          <w:b/>
          <w:bCs/>
        </w:rPr>
        <w:t xml:space="preserve">.</w:t>
      </w:r>
      <w:r>
        <w:br/>
      </w:r>
      <w:r>
        <w:t xml:space="preserve">    (a) palace visitor</w:t>
      </w:r>
      <w:r>
        <w:br/>
      </w:r>
      <w:r>
        <w:t xml:space="preserve">    (b) wealthy person</w:t>
      </w:r>
      <w:r>
        <w:br/>
      </w:r>
      <w:r>
        <w:t xml:space="preserve">    (c) poor person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breaking the window,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penitent</w:t>
      </w:r>
      <w:r>
        <w:rPr>
          <w:b/>
          <w:bCs/>
        </w:rPr>
        <w:t xml:space="preserve"> </w:t>
      </w:r>
      <w:r>
        <w:rPr>
          <w:b/>
          <w:bCs/>
        </w:rPr>
        <w:t xml:space="preserve">boy apologized to his neighbor.</w:t>
      </w:r>
      <w:r>
        <w:br/>
      </w:r>
      <w:r>
        <w:t xml:space="preserve">    (a) feeling regret for wrongdoing</w:t>
      </w:r>
      <w:r>
        <w:br/>
      </w:r>
      <w:r>
        <w:t xml:space="preserve">    (b) confused about the rules</w:t>
      </w:r>
      <w:r>
        <w:br/>
      </w:r>
      <w:r>
        <w:t xml:space="preserve">    (c) proud of one's actions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received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posthumous</w:t>
      </w:r>
      <w:r>
        <w:rPr>
          <w:b/>
          <w:bCs/>
        </w:rPr>
        <w:t xml:space="preserve"> </w:t>
      </w:r>
      <w:r>
        <w:rPr>
          <w:b/>
          <w:bCs/>
        </w:rPr>
        <w:t xml:space="preserve">award for her bravery during the rescue mission.</w:t>
      </w:r>
      <w:r>
        <w:br/>
      </w:r>
      <w:r>
        <w:t xml:space="preserve">    (a) after death</w:t>
      </w:r>
      <w:r>
        <w:br/>
      </w:r>
      <w:r>
        <w:t xml:space="preserve">    (b) unexpected</w:t>
      </w:r>
      <w:r>
        <w:br/>
      </w:r>
      <w:r>
        <w:t xml:space="preserve">    (c) international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election results were a clear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repudiation</w:t>
      </w:r>
      <w:r>
        <w:rPr>
          <w:b/>
          <w:bCs/>
        </w:rPr>
        <w:t xml:space="preserve"> </w:t>
      </w:r>
      <w:r>
        <w:rPr>
          <w:b/>
          <w:bCs/>
        </w:rPr>
        <w:t xml:space="preserve">of the incumbent’s policies.</w:t>
      </w:r>
      <w:r>
        <w:br/>
      </w:r>
      <w:r>
        <w:t xml:space="preserve">    (a) explanation</w:t>
      </w:r>
      <w:r>
        <w:br/>
      </w:r>
      <w:r>
        <w:t xml:space="preserve">    (b) rejection</w:t>
      </w:r>
      <w:r>
        <w:br/>
      </w:r>
      <w:r>
        <w:t xml:space="preserve">    (c) approval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villagers' annual festival was known for its colorful costumes and joyful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revelry</w:t>
      </w:r>
      <w:r>
        <w:rPr>
          <w:b/>
          <w:bCs/>
        </w:rPr>
        <w:t xml:space="preserve">.</w:t>
      </w:r>
      <w:r>
        <w:br/>
      </w:r>
      <w:r>
        <w:t xml:space="preserve">    (a) a substance that stimulates the production of antibodies to protect against a disease</w:t>
      </w:r>
      <w:r>
        <w:br/>
      </w:r>
      <w:r>
        <w:t xml:space="preserve">    (b) lively partying</w:t>
      </w:r>
      <w:r>
        <w:br/>
      </w:r>
      <w:r>
        <w:t xml:space="preserve">    (c) an economic system where most decisions are made through voluntary buying and selling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About 10% of Americans between the ages of 65 and 75 suffer from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senility</w:t>
      </w:r>
      <w:r>
        <w:rPr>
          <w:b/>
          <w:bCs/>
        </w:rPr>
        <w:t xml:space="preserve">.</w:t>
      </w:r>
      <w:r>
        <w:br/>
      </w:r>
      <w:r>
        <w:t xml:space="preserve">    (a) loneliness most days of the week</w:t>
      </w:r>
      <w:r>
        <w:br/>
      </w:r>
      <w:r>
        <w:t xml:space="preserve">    (b) mental weakness caused by old age</w:t>
      </w:r>
      <w:r>
        <w:br/>
      </w:r>
      <w:r>
        <w:t xml:space="preserve">    (c) a poor sense of smell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wore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sumptuous</w:t>
      </w:r>
      <w:r>
        <w:rPr>
          <w:b/>
          <w:bCs/>
        </w:rPr>
        <w:t xml:space="preserve"> </w:t>
      </w:r>
      <w:r>
        <w:rPr>
          <w:b/>
          <w:bCs/>
        </w:rPr>
        <w:t xml:space="preserve">gown made of the finest silk and adorned with sparkling jewels.</w:t>
      </w:r>
      <w:r>
        <w:br/>
      </w:r>
      <w:r>
        <w:t xml:space="preserve">    (a) long</w:t>
      </w:r>
      <w:r>
        <w:br/>
      </w:r>
      <w:r>
        <w:t xml:space="preserve">    (b) flattering</w:t>
      </w:r>
      <w:r>
        <w:br/>
      </w:r>
      <w:r>
        <w:t xml:space="preserve">    (c) magnificent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a bit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taciturn</w:t>
      </w:r>
      <w:r>
        <w:rPr>
          <w:b/>
          <w:bCs/>
        </w:rPr>
        <w:t xml:space="preserve"> </w:t>
      </w:r>
      <w:r>
        <w:rPr>
          <w:b/>
          <w:bCs/>
        </w:rPr>
        <w:t xml:space="preserve">by nature, but before breakfast you'd think she is deaf and mute.</w:t>
      </w:r>
      <w:r>
        <w:br/>
      </w:r>
      <w:r>
        <w:t xml:space="preserve">    (a) reserved</w:t>
      </w:r>
      <w:r>
        <w:br/>
      </w:r>
      <w:r>
        <w:t xml:space="preserve">    (b) outgoing</w:t>
      </w:r>
      <w:r>
        <w:br/>
      </w:r>
      <w:r>
        <w:t xml:space="preserve">    (c) low-energy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voracious</w:t>
      </w:r>
      <w:r>
        <w:rPr>
          <w:b/>
          <w:bCs/>
        </w:rPr>
        <w:t xml:space="preserve"> </w:t>
      </w:r>
      <w:r>
        <w:rPr>
          <w:b/>
          <w:bCs/>
        </w:rPr>
        <w:t xml:space="preserve">team, ate six pizzas without stopping to thank their host.</w:t>
      </w:r>
      <w:r>
        <w:br/>
      </w:r>
      <w:r>
        <w:t xml:space="preserve">    (a) extremely hungry</w:t>
      </w:r>
      <w:r>
        <w:br/>
      </w:r>
      <w:r>
        <w:t xml:space="preserve">    (b) rudely impolite</w:t>
      </w:r>
      <w:r>
        <w:br/>
      </w:r>
      <w:r>
        <w:t xml:space="preserve">    (c) worn out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2026-07-31T15:42:52Z</dcterms:created>
  <dcterms:modified xsi:type="dcterms:W3CDTF">2026-07-31T15:42:52Z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