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5253f5731fab0e9235e1ff8161c2d1fa50cfda"/>
    <w:p>
      <w:pPr>
        <w:pStyle w:val="Heading1"/>
      </w:pPr>
      <w:r>
        <w:rPr>
          <w:b/>
          <w:bCs/>
        </w:rPr>
        <w:t xml:space="preserve">Love in the Time of Cholera</w:t>
      </w:r>
      <w:r>
        <w:br/>
      </w:r>
      <w:r>
        <w:rPr>
          <w:i/>
          <w:iCs/>
        </w:rPr>
        <w:t xml:space="preserve">Gabriel Garcia Marquez</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...everything was kept free of dust by a</w:t>
      </w:r>
      <w:r>
        <w:rPr>
          <w:b/>
          <w:bCs/>
        </w:rPr>
        <w:t xml:space="preserve"> </w:t>
      </w:r>
      <w:r>
        <w:rPr>
          <w:b/>
          <w:bCs/>
          <w:u w:val="single"/>
        </w:rPr>
        <w:t xml:space="preserve">diligent</w:t>
      </w:r>
      <w:r>
        <w:rPr>
          <w:b/>
          <w:bCs/>
        </w:rPr>
        <w:t xml:space="preserve"> </w:t>
      </w:r>
      <w:r>
        <w:rPr>
          <w:b/>
          <w:bCs/>
        </w:rPr>
        <w:t xml:space="preserve">hand.</w:t>
      </w:r>
      <w:r>
        <w:br/>
      </w:r>
      <w:r>
        <w:t xml:space="preserve">    (a) careful and persistent</w:t>
      </w:r>
      <w:r>
        <w:br/>
      </w:r>
      <w:r>
        <w:t xml:space="preserve">    (b) good or beneficial</w:t>
      </w:r>
      <w:r>
        <w:br/>
      </w:r>
      <w:r>
        <w:t xml:space="preserve">    (c) impossible to find</w:t>
      </w:r>
    </w:p>
    <w:p>
      <w:pPr>
        <w:pStyle w:val="Compact"/>
        <w:numPr>
          <w:ilvl w:val="0"/>
          <w:numId w:val="1001"/>
        </w:numPr>
      </w:pPr>
      <w:r>
        <w:rPr>
          <w:b/>
          <w:bCs/>
          <w:u w:val="single"/>
        </w:rPr>
        <w:t xml:space="preserve">Moreover</w:t>
      </w:r>
      <w:r>
        <w:rPr>
          <w:b/>
          <w:bCs/>
        </w:rPr>
        <w:t xml:space="preserve">, a clandestine life shared with a man who was never completely hers, and in which they often knew the sudden explosion of happiness, did not seem to her a condition to be despised.</w:t>
      </w:r>
      <w:r>
        <w:br/>
      </w:r>
      <w:r>
        <w:t xml:space="preserve">    (a) in addition to what has just been said</w:t>
      </w:r>
      <w:r>
        <w:br/>
      </w:r>
      <w:r>
        <w:t xml:space="preserve">    (b) despite that (used to connect contrasting ideas)</w:t>
      </w:r>
      <w:r>
        <w:br/>
      </w:r>
      <w:r>
        <w:t xml:space="preserve">    (c) even though -- used to connect contrasting ideas</w:t>
      </w:r>
    </w:p>
    <w:p>
      <w:pPr>
        <w:pStyle w:val="Compact"/>
        <w:numPr>
          <w:ilvl w:val="0"/>
          <w:numId w:val="1001"/>
        </w:numPr>
      </w:pPr>
      <w:r>
        <w:rPr>
          <w:b/>
          <w:bCs/>
        </w:rPr>
        <w:t xml:space="preserve">The incident, of course, gave them the opportunity to</w:t>
      </w:r>
      <w:r>
        <w:rPr>
          <w:b/>
          <w:bCs/>
        </w:rPr>
        <w:t xml:space="preserve"> </w:t>
      </w:r>
      <w:r>
        <w:rPr>
          <w:b/>
          <w:bCs/>
          <w:u w:val="single"/>
        </w:rPr>
        <w:t xml:space="preserve">evoke</w:t>
      </w:r>
      <w:r>
        <w:rPr>
          <w:b/>
          <w:bCs/>
        </w:rPr>
        <w:t xml:space="preserve"> </w:t>
      </w:r>
      <w:r>
        <w:rPr>
          <w:b/>
          <w:bCs/>
        </w:rPr>
        <w:t xml:space="preserve">many other trivial quarrels from many other dim and turbulent dawns.</w:t>
      </w:r>
      <w:r>
        <w:br/>
      </w:r>
      <w:r>
        <w:t xml:space="preserve">    (a) influence or effect</w:t>
      </w:r>
      <w:r>
        <w:br/>
      </w:r>
      <w:r>
        <w:t xml:space="preserve">    (b) gain advantage from</w:t>
      </w:r>
      <w:r>
        <w:br/>
      </w:r>
      <w:r>
        <w:t xml:space="preserve">    (c) call forth or cause</w:t>
      </w:r>
    </w:p>
    <w:p>
      <w:pPr>
        <w:pStyle w:val="Compact"/>
        <w:numPr>
          <w:ilvl w:val="0"/>
          <w:numId w:val="1001"/>
        </w:numPr>
      </w:pPr>
      <w:r>
        <w:rPr>
          <w:b/>
          <w:bCs/>
        </w:rPr>
        <w:t xml:space="preserve">He was surprised to see him there, in the kingdom of the elect, but Dr. Olivella reminded him that he was the son of the Minister of Health and was preparing a</w:t>
      </w:r>
      <w:r>
        <w:rPr>
          <w:b/>
          <w:bCs/>
        </w:rPr>
        <w:t xml:space="preserve"> </w:t>
      </w:r>
      <w:r>
        <w:rPr>
          <w:b/>
          <w:bCs/>
          <w:u w:val="single"/>
        </w:rPr>
        <w:t xml:space="preserve">thesis</w:t>
      </w:r>
      <w:r>
        <w:rPr>
          <w:b/>
          <w:bCs/>
        </w:rPr>
        <w:t xml:space="preserve"> </w:t>
      </w:r>
      <w:r>
        <w:rPr>
          <w:b/>
          <w:bCs/>
        </w:rPr>
        <w:t xml:space="preserve">in forensic medicine.</w:t>
      </w:r>
      <w:r>
        <w:br/>
      </w:r>
      <w:r>
        <w:t xml:space="preserve">    (a) main character of Mark Twain's classic novel about Huck and Jim's journey down the Mississippi River to find freedom (1884)</w:t>
      </w:r>
      <w:r>
        <w:br/>
      </w:r>
      <w:r>
        <w:t xml:space="preserve">    (b) an agent that works against a bacterial infection that is typically contracted through a puncture wound with a dirty object</w:t>
      </w:r>
      <w:r>
        <w:br/>
      </w:r>
      <w:r>
        <w:t xml:space="preserve">    (c) research paper</w:t>
      </w:r>
    </w:p>
    <w:p>
      <w:pPr>
        <w:pStyle w:val="Compact"/>
        <w:numPr>
          <w:ilvl w:val="0"/>
          <w:numId w:val="1001"/>
        </w:numPr>
      </w:pPr>
      <w:r>
        <w:rPr>
          <w:b/>
          <w:bCs/>
        </w:rPr>
        <w:t xml:space="preserve">The original</w:t>
      </w:r>
      <w:r>
        <w:rPr>
          <w:b/>
          <w:bCs/>
        </w:rPr>
        <w:t xml:space="preserve"> </w:t>
      </w:r>
      <w:r>
        <w:rPr>
          <w:b/>
          <w:bCs/>
          <w:u w:val="single"/>
        </w:rPr>
        <w:t xml:space="preserve">thesis</w:t>
      </w:r>
      <w:r>
        <w:rPr>
          <w:b/>
          <w:bCs/>
        </w:rPr>
        <w:t xml:space="preserve"> </w:t>
      </w:r>
      <w:r>
        <w:rPr>
          <w:b/>
          <w:bCs/>
        </w:rPr>
        <w:t xml:space="preserve">of his dissertation had been just that: the advantage of simplifying the human organism.</w:t>
      </w:r>
      <w:r>
        <w:br/>
      </w:r>
      <w:r>
        <w:t xml:space="preserve">    (a) the state or degree of being able to be taken on as one's own</w:t>
      </w:r>
      <w:r>
        <w:br/>
      </w:r>
      <w:r>
        <w:t xml:space="preserve">    (b) not trustworthy with secrets, and/or conspicuous or obtrusive</w:t>
      </w:r>
      <w:r>
        <w:br/>
      </w:r>
      <w:r>
        <w:t xml:space="preserve">    (c) an unproved statement put forward as a premise for evaluation</w:t>
      </w:r>
    </w:p>
    <w:p>
      <w:pPr>
        <w:pStyle w:val="Compact"/>
        <w:numPr>
          <w:ilvl w:val="0"/>
          <w:numId w:val="1001"/>
        </w:numPr>
      </w:pPr>
      <w:r>
        <w:rPr>
          <w:b/>
          <w:bCs/>
        </w:rPr>
        <w:t xml:space="preserve">He read slowly, making his way through the meanderings of a slight headache that he</w:t>
      </w:r>
      <w:r>
        <w:rPr>
          <w:b/>
          <w:bCs/>
        </w:rPr>
        <w:t xml:space="preserve"> </w:t>
      </w:r>
      <w:r>
        <w:rPr>
          <w:b/>
          <w:bCs/>
          <w:u w:val="single"/>
        </w:rPr>
        <w:t xml:space="preserve">attributed</w:t>
      </w:r>
      <w:r>
        <w:rPr>
          <w:b/>
          <w:bCs/>
        </w:rPr>
        <w:t xml:space="preserve"> </w:t>
      </w:r>
      <w:r>
        <w:rPr>
          <w:b/>
          <w:bCs/>
        </w:rPr>
        <w:t xml:space="preserve">to the half glass of brandy at the final toast.</w:t>
      </w:r>
      <w:r>
        <w:br/>
      </w:r>
      <w:r>
        <w:t xml:space="preserve">    (a) credited (pointed to as the cause of something)</w:t>
      </w:r>
      <w:r>
        <w:br/>
      </w:r>
      <w:r>
        <w:t xml:space="preserve">    (b) not made different; or shown to be different</w:t>
      </w:r>
      <w:r>
        <w:br/>
      </w:r>
      <w:r>
        <w:t xml:space="preserve">    (c) not changed directly from a solid to a vapor</w:t>
      </w:r>
    </w:p>
    <w:p>
      <w:pPr>
        <w:pStyle w:val="Compact"/>
        <w:numPr>
          <w:ilvl w:val="0"/>
          <w:numId w:val="1001"/>
        </w:numPr>
      </w:pPr>
      <w:r>
        <w:rPr>
          <w:b/>
          <w:bCs/>
        </w:rPr>
        <w:t xml:space="preserve">Dismayed by her own audacity, she seized Aunt Escolastica's arm so she would not fall, and her aunt felt the icy perspiration on her hand through the lace mitt, and she comforted her with an imperceptible sign of unconditional</w:t>
      </w:r>
      <w:r>
        <w:rPr>
          <w:b/>
          <w:bCs/>
        </w:rPr>
        <w:t xml:space="preserve"> </w:t>
      </w:r>
      <w:r>
        <w:rPr>
          <w:b/>
          <w:bCs/>
          <w:u w:val="single"/>
        </w:rPr>
        <w:t xml:space="preserve">complicity</w:t>
      </w:r>
      <w:r>
        <w:rPr>
          <w:b/>
          <w:bCs/>
        </w:rPr>
        <w:t xml:space="preserve">.</w:t>
      </w:r>
      <w:r>
        <w:br/>
      </w:r>
      <w:r>
        <w:t xml:space="preserve">    (a) a Muslim religious teacher or leader</w:t>
      </w:r>
      <w:r>
        <w:br/>
      </w:r>
      <w:r>
        <w:t xml:space="preserve">    (b) lacking experience or sophistication</w:t>
      </w:r>
      <w:r>
        <w:br/>
      </w:r>
      <w:r>
        <w:t xml:space="preserve">    (c) act of helping in a crime or offense</w:t>
      </w:r>
    </w:p>
    <w:p>
      <w:pPr>
        <w:pStyle w:val="Compact"/>
        <w:numPr>
          <w:ilvl w:val="0"/>
          <w:numId w:val="1001"/>
        </w:numPr>
      </w:pPr>
      <w:r>
        <w:rPr>
          <w:b/>
          <w:bCs/>
        </w:rPr>
        <w:t xml:space="preserve">Perhaps it was for similar reasons that an elegant older woman with beautiful silvery hair lived there but did not participate in the</w:t>
      </w:r>
      <w:r>
        <w:rPr>
          <w:b/>
          <w:bCs/>
        </w:rPr>
        <w:t xml:space="preserve"> </w:t>
      </w:r>
      <w:r>
        <w:rPr>
          <w:b/>
          <w:bCs/>
          <w:u w:val="single"/>
        </w:rPr>
        <w:t xml:space="preserve">uninhibited</w:t>
      </w:r>
      <w:r>
        <w:rPr>
          <w:b/>
          <w:bCs/>
        </w:rPr>
        <w:t xml:space="preserve"> </w:t>
      </w:r>
      <w:r>
        <w:rPr>
          <w:b/>
          <w:bCs/>
        </w:rPr>
        <w:t xml:space="preserve">life of the naked women, who professed sacramental respect for her.</w:t>
      </w:r>
      <w:r>
        <w:br/>
      </w:r>
      <w:r>
        <w:t xml:space="preserve">    (a) acting naturally without being overly self-conscious</w:t>
      </w:r>
      <w:r>
        <w:br/>
      </w:r>
      <w:r>
        <w:t xml:space="preserve">    (b) the ability to take or adopt power or responsibility</w:t>
      </w:r>
      <w:r>
        <w:br/>
      </w:r>
      <w:r>
        <w:t xml:space="preserve">    (c) the process of excessive encouragement or excitement</w:t>
      </w:r>
    </w:p>
    <w:p>
      <w:pPr>
        <w:pStyle w:val="Compact"/>
        <w:numPr>
          <w:ilvl w:val="0"/>
          <w:numId w:val="1001"/>
        </w:numPr>
      </w:pPr>
      <w:r>
        <w:rPr>
          <w:b/>
          <w:bCs/>
        </w:rPr>
        <w:t xml:space="preserve">That was how the telegraphic</w:t>
      </w:r>
      <w:r>
        <w:rPr>
          <w:b/>
          <w:bCs/>
        </w:rPr>
        <w:t xml:space="preserve"> </w:t>
      </w:r>
      <w:r>
        <w:rPr>
          <w:b/>
          <w:bCs/>
          <w:u w:val="single"/>
        </w:rPr>
        <w:t xml:space="preserve">correspondence</w:t>
      </w:r>
      <w:r>
        <w:rPr>
          <w:b/>
          <w:bCs/>
        </w:rPr>
        <w:t xml:space="preserve"> </w:t>
      </w:r>
      <w:r>
        <w:rPr>
          <w:b/>
          <w:bCs/>
        </w:rPr>
        <w:t xml:space="preserve">with Florentino Ariza stopped being a concerto of intentions and illusory promises and became methodical and practical and more intense than ever.</w:t>
      </w:r>
      <w:r>
        <w:br/>
      </w:r>
      <w:r>
        <w:t xml:space="preserve">    (a) Nazi organization for children aged 10 to 18</w:t>
      </w:r>
      <w:r>
        <w:br/>
      </w:r>
      <w:r>
        <w:t xml:space="preserve">    (b) found a condition or substance to be present</w:t>
      </w:r>
      <w:r>
        <w:br/>
      </w:r>
      <w:r>
        <w:t xml:space="preserve">    (c) communication by written letters or messages</w:t>
      </w:r>
    </w:p>
    <w:p>
      <w:pPr>
        <w:pStyle w:val="Compact"/>
        <w:numPr>
          <w:ilvl w:val="0"/>
          <w:numId w:val="1001"/>
        </w:numPr>
      </w:pPr>
      <w:r>
        <w:rPr>
          <w:b/>
          <w:bCs/>
        </w:rPr>
        <w:t xml:space="preserve">Dr. Juvenal Urbino looked at him in the new light, he saw that one eye was twisted like a fish's and that his words did not</w:t>
      </w:r>
      <w:r>
        <w:rPr>
          <w:b/>
          <w:bCs/>
        </w:rPr>
        <w:t xml:space="preserve"> </w:t>
      </w:r>
      <w:r>
        <w:rPr>
          <w:b/>
          <w:bCs/>
          <w:u w:val="single"/>
        </w:rPr>
        <w:t xml:space="preserve">correspond</w:t>
      </w:r>
      <w:r>
        <w:rPr>
          <w:b/>
          <w:bCs/>
        </w:rPr>
        <w:t xml:space="preserve"> </w:t>
      </w:r>
      <w:r>
        <w:rPr>
          <w:b/>
          <w:bCs/>
        </w:rPr>
        <w:t xml:space="preserve">to the movement of his lips, and he thought these were hallucinations brought on by his abuse of alcohol.</w:t>
      </w:r>
      <w:r>
        <w:br/>
      </w:r>
      <w:r>
        <w:t xml:space="preserve">    (a) speak in a manner that does not clearly express an opinion or decision</w:t>
      </w:r>
      <w:r>
        <w:br/>
      </w:r>
      <w:r>
        <w:t xml:space="preserve">    (b) connect or fit together by being equivalent, proportionate, or matched</w:t>
      </w:r>
      <w:r>
        <w:br/>
      </w:r>
      <w:r>
        <w:t xml:space="preserve">    (c) to stick out, attract more attention than desired, or impose on others</w:t>
      </w:r>
    </w:p>
    <w:p>
      <w:pPr>
        <w:pStyle w:val="Compact"/>
        <w:numPr>
          <w:ilvl w:val="0"/>
          <w:numId w:val="1001"/>
        </w:numPr>
      </w:pPr>
      <w:r>
        <w:rPr>
          <w:b/>
          <w:bCs/>
        </w:rPr>
        <w:t xml:space="preserve">...he found nothing that seemed worthy of his</w:t>
      </w:r>
      <w:r>
        <w:rPr>
          <w:b/>
          <w:bCs/>
        </w:rPr>
        <w:t xml:space="preserve"> </w:t>
      </w:r>
      <w:r>
        <w:rPr>
          <w:b/>
          <w:bCs/>
          <w:u w:val="single"/>
        </w:rPr>
        <w:t xml:space="preserve">nostalgia</w:t>
      </w:r>
      <w:r>
        <w:rPr>
          <w:b/>
          <w:bCs/>
        </w:rPr>
        <w:t xml:space="preserve">.</w:t>
      </w:r>
      <w:r>
        <w:br/>
      </w:r>
      <w:r>
        <w:t xml:space="preserve">    (a) sentimental memories</w:t>
      </w:r>
      <w:r>
        <w:br/>
      </w:r>
      <w:r>
        <w:t xml:space="preserve">    (b) the best or most important</w:t>
      </w:r>
      <w:r>
        <w:br/>
      </w:r>
      <w:r>
        <w:t xml:space="preserve">    (c) a secret agreement or plot</w:t>
      </w:r>
    </w:p>
    <w:p>
      <w:pPr>
        <w:pStyle w:val="Compact"/>
        <w:numPr>
          <w:ilvl w:val="0"/>
          <w:numId w:val="1001"/>
        </w:numPr>
      </w:pPr>
      <w:r>
        <w:rPr>
          <w:b/>
          <w:bCs/>
        </w:rPr>
        <w:t xml:space="preserve">He really thought it was, and she was going to know very soon, and for the rest of her life, that the topic of music was almost a magic formula that he used to propose friendship, but at that moment she</w:t>
      </w:r>
      <w:r>
        <w:rPr>
          <w:b/>
          <w:bCs/>
        </w:rPr>
        <w:t xml:space="preserve"> </w:t>
      </w:r>
      <w:r>
        <w:rPr>
          <w:b/>
          <w:bCs/>
          <w:u w:val="single"/>
        </w:rPr>
        <w:t xml:space="preserve">interpreted</w:t>
      </w:r>
      <w:r>
        <w:rPr>
          <w:b/>
          <w:bCs/>
        </w:rPr>
        <w:t xml:space="preserve"> </w:t>
      </w:r>
      <w:r>
        <w:rPr>
          <w:b/>
          <w:bCs/>
        </w:rPr>
        <w:t xml:space="preserve">it as a joke.</w:t>
      </w:r>
      <w:r>
        <w:br/>
      </w:r>
      <w:r>
        <w:t xml:space="preserve">    (a) made more attractive or interesting through additions</w:t>
      </w:r>
      <w:r>
        <w:br/>
      </w:r>
      <w:r>
        <w:t xml:space="preserve">    (b) not having accepted beliefs without critical question</w:t>
      </w:r>
      <w:r>
        <w:br/>
      </w:r>
      <w:r>
        <w:t xml:space="preserve">    (c) understood (in a particular way)</w:t>
      </w:r>
    </w:p>
    <w:p>
      <w:pPr>
        <w:pStyle w:val="Compact"/>
        <w:numPr>
          <w:ilvl w:val="0"/>
          <w:numId w:val="1001"/>
        </w:numPr>
      </w:pPr>
      <w:r>
        <w:rPr>
          <w:b/>
          <w:bCs/>
        </w:rPr>
        <w:t xml:space="preserve">But Lucrecia del Real did not visit Fermina Daza again, and Fermina Daza</w:t>
      </w:r>
      <w:r>
        <w:rPr>
          <w:b/>
          <w:bCs/>
        </w:rPr>
        <w:t xml:space="preserve"> </w:t>
      </w:r>
      <w:r>
        <w:rPr>
          <w:b/>
          <w:bCs/>
          <w:u w:val="single"/>
        </w:rPr>
        <w:t xml:space="preserve">interpreted</w:t>
      </w:r>
      <w:r>
        <w:rPr>
          <w:b/>
          <w:bCs/>
        </w:rPr>
        <w:t xml:space="preserve"> </w:t>
      </w:r>
      <w:r>
        <w:rPr>
          <w:b/>
          <w:bCs/>
        </w:rPr>
        <w:t xml:space="preserve">this as a confession of guilt.</w:t>
      </w:r>
      <w:r>
        <w:br/>
      </w:r>
      <w:r>
        <w:t xml:space="preserve">    (a) questioned</w:t>
      </w:r>
      <w:r>
        <w:br/>
      </w:r>
      <w:r>
        <w:t xml:space="preserve">    (b) translated</w:t>
      </w:r>
      <w:r>
        <w:br/>
      </w:r>
      <w:r>
        <w:t xml:space="preserve">    (c) subtracted</w:t>
      </w:r>
    </w:p>
    <w:p>
      <w:pPr>
        <w:pStyle w:val="Compact"/>
        <w:numPr>
          <w:ilvl w:val="0"/>
          <w:numId w:val="1001"/>
        </w:numPr>
      </w:pPr>
      <w:r>
        <w:rPr>
          <w:b/>
          <w:bCs/>
        </w:rPr>
        <w:t xml:space="preserve">After three days of favorable water, however, it became more difficult to navigate between</w:t>
      </w:r>
      <w:r>
        <w:rPr>
          <w:b/>
          <w:bCs/>
        </w:rPr>
        <w:t xml:space="preserve"> </w:t>
      </w:r>
      <w:r>
        <w:rPr>
          <w:b/>
          <w:bCs/>
          <w:u w:val="single"/>
        </w:rPr>
        <w:t xml:space="preserve">inopportune</w:t>
      </w:r>
      <w:r>
        <w:rPr>
          <w:b/>
          <w:bCs/>
        </w:rPr>
        <w:t xml:space="preserve"> </w:t>
      </w:r>
      <w:r>
        <w:rPr>
          <w:b/>
          <w:bCs/>
        </w:rPr>
        <w:t xml:space="preserve">sandbanks and deceptive rapids.</w:t>
      </w:r>
      <w:r>
        <w:br/>
      </w:r>
      <w:r>
        <w:t xml:space="preserve">    (a) able to be persuaded to do something by tempting with pleasure or something desired</w:t>
      </w:r>
      <w:r>
        <w:br/>
      </w:r>
      <w:r>
        <w:t xml:space="preserve">    (b) bad circumstances for a particular purpose -- especially the circumstance of timing</w:t>
      </w:r>
      <w:r>
        <w:br/>
      </w:r>
      <w:r>
        <w:t xml:space="preserve">    (c) relating to one-sided information that is purposefully spread to influence opinions</w:t>
      </w:r>
    </w:p>
    <w:p>
      <w:pPr>
        <w:pStyle w:val="Compact"/>
        <w:numPr>
          <w:ilvl w:val="0"/>
          <w:numId w:val="1001"/>
        </w:numPr>
      </w:pPr>
      <w:r>
        <w:rPr>
          <w:b/>
          <w:bCs/>
        </w:rPr>
        <w:t xml:space="preserve">He concluded: "It is something that only God can do, of course, but in any event it would be good to have it</w:t>
      </w:r>
      <w:r>
        <w:rPr>
          <w:b/>
          <w:bCs/>
        </w:rPr>
        <w:t xml:space="preserve"> </w:t>
      </w:r>
      <w:r>
        <w:rPr>
          <w:b/>
          <w:bCs/>
          <w:u w:val="single"/>
        </w:rPr>
        <w:t xml:space="preserve">established</w:t>
      </w:r>
      <w:r>
        <w:rPr>
          <w:b/>
          <w:bCs/>
        </w:rPr>
        <w:t xml:space="preserve"> </w:t>
      </w:r>
      <w:r>
        <w:rPr>
          <w:b/>
          <w:bCs/>
        </w:rPr>
        <w:t xml:space="preserve">in theoretical terms."</w:t>
      </w:r>
      <w:r>
        <w:br/>
      </w:r>
      <w:r>
        <w:t xml:space="preserve">    (a) demonstrated</w:t>
      </w:r>
      <w:r>
        <w:br/>
      </w:r>
      <w:r>
        <w:t xml:space="preserve">    (b) accepted someone's membership though a special procedure such as a ceremony and/or period of instruction and/or test</w:t>
      </w:r>
      <w:r>
        <w:br/>
      </w:r>
      <w:r>
        <w:t xml:space="preserve">    (c) examined an issue, got opinions by asking specific questions; and/or asked people for political support individually</w:t>
      </w:r>
    </w:p>
    <w:p>
      <w:pPr>
        <w:pStyle w:val="Compact"/>
        <w:numPr>
          <w:ilvl w:val="0"/>
          <w:numId w:val="1001"/>
        </w:numPr>
      </w:pPr>
      <w:r>
        <w:rPr>
          <w:b/>
          <w:bCs/>
        </w:rPr>
        <w:t xml:space="preserve">Florentino Ariza had met her at a time when she would have received any man who wanted to be with her, even if he were hired by the hour, and they had</w:t>
      </w:r>
      <w:r>
        <w:rPr>
          <w:b/>
          <w:bCs/>
        </w:rPr>
        <w:t xml:space="preserve"> </w:t>
      </w:r>
      <w:r>
        <w:rPr>
          <w:b/>
          <w:bCs/>
          <w:u w:val="single"/>
        </w:rPr>
        <w:t xml:space="preserve">established</w:t>
      </w:r>
      <w:r>
        <w:rPr>
          <w:b/>
          <w:bCs/>
        </w:rPr>
        <w:t xml:space="preserve"> </w:t>
      </w:r>
      <w:r>
        <w:rPr>
          <w:b/>
          <w:bCs/>
        </w:rPr>
        <w:t xml:space="preserve">a relationship that was more serious and longer-lived than would have seemed possible.</w:t>
      </w:r>
      <w:r>
        <w:br/>
      </w:r>
      <w:r>
        <w:t xml:space="preserve">    (a) created</w:t>
      </w:r>
      <w:r>
        <w:br/>
      </w:r>
      <w:r>
        <w:t xml:space="preserve">    (b) persuaded someone to want something (often sex or love) by tempting with something desired</w:t>
      </w:r>
      <w:r>
        <w:br/>
      </w:r>
      <w:r>
        <w:t xml:space="preserve">    (c) not having a relationship whereby a change in one thing helps predict a change in another</w:t>
      </w:r>
    </w:p>
    <w:p>
      <w:pPr>
        <w:pStyle w:val="Compact"/>
        <w:numPr>
          <w:ilvl w:val="0"/>
          <w:numId w:val="1001"/>
        </w:numPr>
      </w:pPr>
      <w:r>
        <w:rPr>
          <w:b/>
          <w:bCs/>
        </w:rPr>
        <w:t xml:space="preserve">He took them to the jetties where half the city also went after nightfall, he took them wherever he could, and sometimes even where he could not, and not infrequently he had to hurry into a dark entryway and do what he could,</w:t>
      </w:r>
      <w:r>
        <w:rPr>
          <w:b/>
          <w:bCs/>
        </w:rPr>
        <w:t xml:space="preserve"> </w:t>
      </w:r>
      <w:r>
        <w:rPr>
          <w:b/>
          <w:bCs/>
          <w:u w:val="single"/>
        </w:rPr>
        <w:t xml:space="preserve">however</w:t>
      </w:r>
      <w:r>
        <w:rPr>
          <w:b/>
          <w:bCs/>
        </w:rPr>
        <w:t xml:space="preserve"> </w:t>
      </w:r>
      <w:r>
        <w:rPr>
          <w:b/>
          <w:bCs/>
        </w:rPr>
        <w:t xml:space="preserve">he could do it, behind the gate.</w:t>
      </w:r>
      <w:r>
        <w:br/>
      </w:r>
      <w:r>
        <w:t xml:space="preserve">    (a) starts fighting</w:t>
      </w:r>
      <w:r>
        <w:br/>
      </w:r>
      <w:r>
        <w:t xml:space="preserve">    (b) in whatever way</w:t>
      </w:r>
      <w:r>
        <w:br/>
      </w:r>
      <w:r>
        <w:t xml:space="preserve">    (c) starts (a fire)</w:t>
      </w:r>
    </w:p>
    <w:p>
      <w:pPr>
        <w:pStyle w:val="Compact"/>
        <w:numPr>
          <w:ilvl w:val="0"/>
          <w:numId w:val="1001"/>
        </w:numPr>
      </w:pPr>
      <w:r>
        <w:rPr>
          <w:b/>
          <w:bCs/>
        </w:rPr>
        <w:t xml:space="preserve">If that was true,</w:t>
      </w:r>
      <w:r>
        <w:rPr>
          <w:b/>
          <w:bCs/>
        </w:rPr>
        <w:t xml:space="preserve"> </w:t>
      </w:r>
      <w:r>
        <w:rPr>
          <w:b/>
          <w:bCs/>
          <w:u w:val="single"/>
        </w:rPr>
        <w:t xml:space="preserve">however</w:t>
      </w:r>
      <w:r>
        <w:rPr>
          <w:b/>
          <w:bCs/>
        </w:rPr>
        <w:t xml:space="preserve">, the natural thing would have been for her to return the pigeon with a reply.</w:t>
      </w:r>
      <w:r>
        <w:br/>
      </w:r>
      <w:r>
        <w:t xml:space="preserve">    (a) in keeping with or in agreement with what was just stated</w:t>
      </w:r>
      <w:r>
        <w:br/>
      </w:r>
      <w:r>
        <w:t xml:space="preserve">    (b)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r>
        <w:br/>
      </w:r>
      <w:r>
        <w:t xml:space="preserve">    (c) therefore (for that reason)</w:t>
      </w:r>
    </w:p>
    <w:p>
      <w:pPr>
        <w:pStyle w:val="Compact"/>
        <w:numPr>
          <w:ilvl w:val="0"/>
          <w:numId w:val="1001"/>
        </w:numPr>
      </w:pPr>
      <w:r>
        <w:rPr>
          <w:b/>
          <w:bCs/>
        </w:rPr>
        <w:t xml:space="preserve">He was always one of the protagonists, but always, as in almost everything he did, a secret</w:t>
      </w:r>
      <w:r>
        <w:rPr>
          <w:b/>
          <w:bCs/>
        </w:rPr>
        <w:t xml:space="preserve"> </w:t>
      </w:r>
      <w:r>
        <w:rPr>
          <w:b/>
          <w:bCs/>
          <w:u w:val="single"/>
        </w:rPr>
        <w:t xml:space="preserve">protagonist</w:t>
      </w:r>
      <w:r>
        <w:rPr>
          <w:b/>
          <w:bCs/>
        </w:rPr>
        <w:t xml:space="preserve">.</w:t>
      </w:r>
      <w:r>
        <w:br/>
      </w:r>
      <w:r>
        <w:t xml:space="preserve">    (a) a member of the 1960's counterculture associated with long hair, illegal drugs, casual sex, and opposition to violence.</w:t>
      </w:r>
      <w:r>
        <w:br/>
      </w:r>
      <w:r>
        <w:t xml:space="preserve">    (b) the main character in a work of fiction</w:t>
      </w:r>
      <w:r>
        <w:br/>
      </w:r>
      <w:r>
        <w:br/>
      </w:r>
      <w:r>
        <w:t xml:space="preserve">or more rarely:</w:t>
      </w:r>
      <w:r>
        <w:br/>
      </w:r>
      <w:r>
        <w:br/>
      </w:r>
      <w:r>
        <w:t xml:space="preserve">an important supporter or main figure of someone or something</w:t>
      </w:r>
      <w:r>
        <w:br/>
      </w:r>
      <w:r>
        <w:t xml:space="preserve">    (c) someone or something that changes to fit a different situation, or that changes something to fit a different situation</w:t>
      </w:r>
    </w:p>
    <w:p>
      <w:pPr>
        <w:pStyle w:val="Compact"/>
        <w:numPr>
          <w:ilvl w:val="0"/>
          <w:numId w:val="1001"/>
        </w:numPr>
      </w:pPr>
      <w:r>
        <w:rPr>
          <w:b/>
          <w:bCs/>
        </w:rPr>
        <w:t xml:space="preserve">they became entangled in a mean-spirited argument that stirred up in both of them the</w:t>
      </w:r>
      <w:r>
        <w:rPr>
          <w:b/>
          <w:bCs/>
        </w:rPr>
        <w:t xml:space="preserve"> </w:t>
      </w:r>
      <w:r>
        <w:rPr>
          <w:b/>
          <w:bCs/>
          <w:u w:val="single"/>
        </w:rPr>
        <w:t xml:space="preserve">rancor</w:t>
      </w:r>
      <w:r>
        <w:rPr>
          <w:b/>
          <w:bCs/>
        </w:rPr>
        <w:t xml:space="preserve"> </w:t>
      </w:r>
      <w:r>
        <w:rPr>
          <w:b/>
          <w:bCs/>
        </w:rPr>
        <w:t xml:space="preserve">of almost five years of divided love.</w:t>
      </w:r>
      <w:r>
        <w:br/>
      </w:r>
      <w:r>
        <w:t xml:space="preserve">    (a) deep and bitter anger or hatred</w:t>
      </w:r>
      <w:r>
        <w:br/>
      </w:r>
      <w:r>
        <w:t xml:space="preserve">    (b) a firm decision to do something</w:t>
      </w:r>
      <w:r>
        <w:br/>
      </w:r>
      <w:r>
        <w:t xml:space="preserve">    (c) measure of general intelligence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2026-07-31T15:42:52Z</dcterms:created>
  <dcterms:modified xsi:type="dcterms:W3CDTF">2026-07-31T15:42:52Z</dcterms:modified>
</cp:coreProperties>
</file>

<file path=docProps/custom.xml><?xml version="1.0" encoding="utf-8"?>
<Properties xmlns="http://schemas.openxmlformats.org/officeDocument/2006/custom-properties" xmlns:vt="http://schemas.openxmlformats.org/officeDocument/2006/docPropsVTypes"/>
</file>