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a6fbca4ca954c42a3de81d5bef697a64a982709"/>
    <w:p>
      <w:pPr>
        <w:pStyle w:val="Heading1"/>
      </w:pPr>
      <w:r>
        <w:rPr>
          <w:b/>
          <w:bCs/>
        </w:rPr>
        <w:t xml:space="preserve">Love in the Time of Cholera</w:t>
      </w:r>
      <w:r>
        <w:br/>
      </w:r>
      <w:r>
        <w:rPr>
          <w:i/>
          <w:iCs/>
        </w:rPr>
        <w:t xml:space="preserve">Gabriel Garcia Marquez</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If his life depended on it, he had to find out later why that</w:t>
      </w:r>
      <w:r>
        <w:rPr>
          <w:b/>
          <w:bCs/>
        </w:rPr>
        <w:t xml:space="preserve"> </w:t>
      </w:r>
      <w:r>
        <w:rPr>
          <w:b/>
          <w:bCs/>
          <w:u w:val="single"/>
        </w:rPr>
        <w:t xml:space="preserve">indomitable</w:t>
      </w:r>
      <w:r>
        <w:rPr>
          <w:b/>
          <w:bCs/>
        </w:rPr>
        <w:t xml:space="preserve"> </w:t>
      </w:r>
      <w:r>
        <w:rPr>
          <w:b/>
          <w:bCs/>
        </w:rPr>
        <w:t xml:space="preserve">soldier, accustomed to fighting to the last drop of blood, had left the final battle of his life unfinished.</w:t>
      </w:r>
      <w:r>
        <w:br/>
      </w:r>
      <w:r>
        <w:t xml:space="preserve">    (a) of something temporarily treated as true to advance a discussion or to further investigation</w:t>
      </w:r>
      <w:r>
        <w:br/>
      </w:r>
      <w:r>
        <w:t xml:space="preserve">    (b) impossible to defeat or discourage; or showing unshakable strength, determination, or spirit</w:t>
      </w:r>
      <w:r>
        <w:br/>
      </w:r>
      <w:r>
        <w:t xml:space="preserve">    (c) relating to the threadlike structures in the cell nucleus that carry genes in a linear order</w:t>
      </w:r>
    </w:p>
    <w:p>
      <w:pPr>
        <w:pStyle w:val="Compact"/>
        <w:numPr>
          <w:ilvl w:val="0"/>
          <w:numId w:val="1001"/>
        </w:numPr>
      </w:pPr>
      <w:r>
        <w:rPr>
          <w:b/>
          <w:bCs/>
        </w:rPr>
        <w:t xml:space="preserve">Before he read the</w:t>
      </w:r>
      <w:r>
        <w:rPr>
          <w:b/>
          <w:bCs/>
        </w:rPr>
        <w:t xml:space="preserve"> </w:t>
      </w:r>
      <w:r>
        <w:rPr>
          <w:b/>
          <w:bCs/>
          <w:u w:val="single"/>
        </w:rPr>
        <w:t xml:space="preserve">posthumous</w:t>
      </w:r>
      <w:r>
        <w:rPr>
          <w:b/>
          <w:bCs/>
        </w:rPr>
        <w:t xml:space="preserve"> </w:t>
      </w:r>
      <w:r>
        <w:rPr>
          <w:b/>
          <w:bCs/>
        </w:rPr>
        <w:t xml:space="preserve">letter he had resolved to be first among them, but afterward he was not certain of anything.</w:t>
      </w:r>
      <w:r>
        <w:br/>
      </w:r>
      <w:r>
        <w:t xml:space="preserve">    (a) a state similar to sleep where one is unaware of anything</w:t>
      </w:r>
      <w:r>
        <w:br/>
      </w:r>
      <w:r>
        <w:t xml:space="preserve">    (b) occurring, awarded, or published after a person’s death</w:t>
      </w:r>
      <w:r>
        <w:br/>
      </w:r>
      <w:r>
        <w:t xml:space="preserve">    (c) the state of not being aware or concerned about something</w:t>
      </w:r>
    </w:p>
    <w:p>
      <w:pPr>
        <w:pStyle w:val="Compact"/>
        <w:numPr>
          <w:ilvl w:val="0"/>
          <w:numId w:val="1001"/>
        </w:numPr>
      </w:pPr>
      <w:r>
        <w:rPr>
          <w:b/>
          <w:bCs/>
        </w:rPr>
        <w:t xml:space="preserve">He seldom visited a patient on a holy day of obligation unless it was of extreme urgency, and for many years he had not accepted a social engagement that was not</w:t>
      </w:r>
      <w:r>
        <w:rPr>
          <w:b/>
          <w:bCs/>
        </w:rPr>
        <w:t xml:space="preserve"> </w:t>
      </w:r>
      <w:r>
        <w:rPr>
          <w:b/>
          <w:bCs/>
          <w:u w:val="single"/>
        </w:rPr>
        <w:t xml:space="preserve">obligatory</w:t>
      </w:r>
      <w:r>
        <w:rPr>
          <w:b/>
          <w:bCs/>
        </w:rPr>
        <w:t xml:space="preserve">.</w:t>
      </w:r>
      <w:r>
        <w:br/>
      </w:r>
      <w:r>
        <w:t xml:space="preserve">    (a) pleasing</w:t>
      </w:r>
      <w:r>
        <w:br/>
      </w:r>
      <w:r>
        <w:t xml:space="preserve">    (b) required</w:t>
      </w:r>
      <w:r>
        <w:br/>
      </w:r>
      <w:r>
        <w:t xml:space="preserve">    (c) absolute</w:t>
      </w:r>
    </w:p>
    <w:p>
      <w:pPr>
        <w:pStyle w:val="Compact"/>
        <w:numPr>
          <w:ilvl w:val="0"/>
          <w:numId w:val="1001"/>
        </w:numPr>
      </w:pPr>
      <w:r>
        <w:rPr>
          <w:b/>
          <w:bCs/>
        </w:rPr>
        <w:t xml:space="preserve">the week the same</w:t>
      </w:r>
      <w:r>
        <w:rPr>
          <w:b/>
          <w:bCs/>
        </w:rPr>
        <w:t xml:space="preserve"> </w:t>
      </w:r>
      <w:r>
        <w:rPr>
          <w:b/>
          <w:bCs/>
          <w:u w:val="single"/>
        </w:rPr>
        <w:t xml:space="preserve">impetuous</w:t>
      </w:r>
      <w:r>
        <w:rPr>
          <w:b/>
          <w:bCs/>
        </w:rPr>
        <w:t xml:space="preserve"> </w:t>
      </w:r>
      <w:r>
        <w:rPr>
          <w:b/>
          <w:bCs/>
        </w:rPr>
        <w:t xml:space="preserve">mob swarmed into the plazas and alleys of the old neighborhoods</w:t>
      </w:r>
      <w:r>
        <w:br/>
      </w:r>
      <w:r>
        <w:t xml:space="preserve">    (a) most important; or person that is most important</w:t>
      </w:r>
      <w:r>
        <w:br/>
      </w:r>
      <w:r>
        <w:t xml:space="preserve">    (b) impulsive (acting suddenly without much thought)</w:t>
      </w:r>
      <w:r>
        <w:br/>
      </w:r>
      <w:r>
        <w:t xml:space="preserve">    (c) tending to have exceedingly unfavorable opinions</w:t>
      </w:r>
    </w:p>
    <w:p>
      <w:pPr>
        <w:pStyle w:val="Compact"/>
        <w:numPr>
          <w:ilvl w:val="0"/>
          <w:numId w:val="1001"/>
        </w:numPr>
      </w:pPr>
      <w:r>
        <w:rPr>
          <w:b/>
          <w:bCs/>
        </w:rPr>
        <w:t xml:space="preserve">That was why she did not treat him like a difficult old man but as a</w:t>
      </w:r>
      <w:r>
        <w:rPr>
          <w:b/>
          <w:bCs/>
        </w:rPr>
        <w:t xml:space="preserve"> </w:t>
      </w:r>
      <w:r>
        <w:rPr>
          <w:b/>
          <w:bCs/>
          <w:u w:val="single"/>
        </w:rPr>
        <w:t xml:space="preserve">senile</w:t>
      </w:r>
      <w:r>
        <w:rPr>
          <w:b/>
          <w:bCs/>
        </w:rPr>
        <w:t xml:space="preserve"> </w:t>
      </w:r>
      <w:r>
        <w:rPr>
          <w:b/>
          <w:bCs/>
        </w:rPr>
        <w:t xml:space="preserve">baby, and that deception was providential for the two of them because it put them beyond the reach of pity.</w:t>
      </w:r>
      <w:r>
        <w:br/>
      </w:r>
      <w:r>
        <w:t xml:space="preserve">    (a) in the dark (figuratively) due to a lack of knowledge, advantages, or moral understanding</w:t>
      </w:r>
      <w:r>
        <w:br/>
      </w:r>
      <w:r>
        <w:t xml:space="preserve">    (b) mental weakness caused by old age; or describing a medical condition as caused by old age</w:t>
      </w:r>
      <w:r>
        <w:br/>
      </w:r>
      <w:r>
        <w:t xml:space="preserve">    (c) relating to a government, country, or ruling family of a country ruled by a king of queen</w:t>
      </w:r>
    </w:p>
    <w:p>
      <w:pPr>
        <w:pStyle w:val="Compact"/>
        <w:numPr>
          <w:ilvl w:val="0"/>
          <w:numId w:val="1001"/>
        </w:numPr>
      </w:pPr>
      <w:r>
        <w:rPr>
          <w:b/>
          <w:bCs/>
        </w:rPr>
        <w:t xml:space="preserve">Life would have been quite another matter for them both if they had learned in time that it was easier to avoid great</w:t>
      </w:r>
      <w:r>
        <w:rPr>
          <w:b/>
          <w:bCs/>
        </w:rPr>
        <w:t xml:space="preserve"> </w:t>
      </w:r>
      <w:r>
        <w:rPr>
          <w:b/>
          <w:bCs/>
          <w:u w:val="single"/>
        </w:rPr>
        <w:t xml:space="preserve">matrimonial</w:t>
      </w:r>
      <w:r>
        <w:rPr>
          <w:b/>
          <w:bCs/>
        </w:rPr>
        <w:t xml:space="preserve"> </w:t>
      </w:r>
      <w:r>
        <w:rPr>
          <w:b/>
          <w:bCs/>
        </w:rPr>
        <w:t xml:space="preserve">catastrophes than trivial everyday miseries.</w:t>
      </w:r>
      <w:r>
        <w:br/>
      </w:r>
      <w:r>
        <w:t xml:space="preserve">    (a) marriage (or related to marriage)</w:t>
      </w:r>
      <w:r>
        <w:br/>
      </w:r>
      <w:r>
        <w:t xml:space="preserve">    (b) improper, awkward, or unfavorable</w:t>
      </w:r>
      <w:r>
        <w:br/>
      </w:r>
      <w:r>
        <w:t xml:space="preserve">    (c) able to be stopped from happening</w:t>
      </w:r>
    </w:p>
    <w:p>
      <w:pPr>
        <w:pStyle w:val="Compact"/>
        <w:numPr>
          <w:ilvl w:val="0"/>
          <w:numId w:val="1001"/>
        </w:numPr>
      </w:pPr>
      <w:r>
        <w:rPr>
          <w:b/>
          <w:bCs/>
        </w:rPr>
        <w:t xml:space="preserve">...the woman he had</w:t>
      </w:r>
      <w:r>
        <w:rPr>
          <w:b/>
          <w:bCs/>
        </w:rPr>
        <w:t xml:space="preserve"> </w:t>
      </w:r>
      <w:r>
        <w:rPr>
          <w:b/>
          <w:bCs/>
          <w:u w:val="single"/>
        </w:rPr>
        <w:t xml:space="preserve">repudiated</w:t>
      </w:r>
      <w:r>
        <w:rPr>
          <w:b/>
          <w:bCs/>
        </w:rPr>
        <w:t xml:space="preserve"> </w:t>
      </w:r>
      <w:r>
        <w:rPr>
          <w:b/>
          <w:bCs/>
        </w:rPr>
        <w:t xml:space="preserve">five hours earlier.</w:t>
      </w:r>
      <w:r>
        <w:br/>
      </w:r>
      <w:r>
        <w:t xml:space="preserve">    (a) rejected</w:t>
      </w:r>
      <w:r>
        <w:br/>
      </w:r>
      <w:r>
        <w:t xml:space="preserve">    (b) guided or managed</w:t>
      </w:r>
      <w:r>
        <w:br/>
      </w:r>
      <w:r>
        <w:t xml:space="preserve">    (c) thought carefully</w:t>
      </w:r>
    </w:p>
    <w:p>
      <w:pPr>
        <w:pStyle w:val="Compact"/>
        <w:numPr>
          <w:ilvl w:val="0"/>
          <w:numId w:val="1001"/>
        </w:numPr>
      </w:pPr>
      <w:r>
        <w:rPr>
          <w:b/>
          <w:bCs/>
        </w:rPr>
        <w:t xml:space="preserve">...contemplating with regret ... the</w:t>
      </w:r>
      <w:r>
        <w:rPr>
          <w:b/>
          <w:bCs/>
        </w:rPr>
        <w:t xml:space="preserve"> </w:t>
      </w:r>
      <w:r>
        <w:rPr>
          <w:b/>
          <w:bCs/>
          <w:u w:val="single"/>
        </w:rPr>
        <w:t xml:space="preserve">ephemeral</w:t>
      </w:r>
      <w:r>
        <w:rPr>
          <w:b/>
          <w:bCs/>
        </w:rPr>
        <w:t xml:space="preserve"> </w:t>
      </w:r>
      <w:r>
        <w:rPr>
          <w:b/>
          <w:bCs/>
        </w:rPr>
        <w:t xml:space="preserve">splendor of another afternoon that would never return.</w:t>
      </w:r>
      <w:r>
        <w:br/>
      </w:r>
      <w:r>
        <w:t xml:space="preserve">    (a) made by taking on as one's own</w:t>
      </w:r>
      <w:r>
        <w:br/>
      </w:r>
      <w:r>
        <w:t xml:space="preserve">    (b) a sensible view of a situation</w:t>
      </w:r>
      <w:r>
        <w:br/>
      </w:r>
      <w:r>
        <w:t xml:space="preserve">    (c) existing only for a short time</w:t>
      </w:r>
    </w:p>
    <w:p>
      <w:pPr>
        <w:pStyle w:val="Compact"/>
        <w:numPr>
          <w:ilvl w:val="0"/>
          <w:numId w:val="1001"/>
        </w:numPr>
      </w:pPr>
      <w:r>
        <w:rPr>
          <w:b/>
          <w:bCs/>
        </w:rPr>
        <w:t xml:space="preserve">He was very thin, with Indian hair plastered down with scented pomade and eyeglasses for</w:t>
      </w:r>
      <w:r>
        <w:rPr>
          <w:b/>
          <w:bCs/>
        </w:rPr>
        <w:t xml:space="preserve"> </w:t>
      </w:r>
      <w:r>
        <w:rPr>
          <w:b/>
          <w:bCs/>
          <w:u w:val="single"/>
        </w:rPr>
        <w:t xml:space="preserve">myopia</w:t>
      </w:r>
      <w:r>
        <w:rPr>
          <w:b/>
          <w:bCs/>
        </w:rPr>
        <w:t xml:space="preserve">, which added to his forlorn appearance.</w:t>
      </w:r>
      <w:r>
        <w:br/>
      </w:r>
      <w:r>
        <w:t xml:space="preserve">    (a) unable to see distant objects clearly</w:t>
      </w:r>
      <w:r>
        <w:br/>
      </w:r>
      <w:r>
        <w:br/>
      </w:r>
      <w:r>
        <w:t xml:space="preserve">or (figuratively):  not thinking or understanding beyond immediate effect to future or broader effect</w:t>
      </w:r>
      <w:r>
        <w:br/>
      </w:r>
      <w:r>
        <w:t xml:space="preserve">    (b) the inability to control bodily bathroom functions; or unable or unwilling to moderate other things (when not specified, often sexual behavior)</w:t>
      </w:r>
      <w:r>
        <w:br/>
      </w:r>
      <w:r>
        <w:t xml:space="preserve">    (c) Jack London's adventurous yet philosophical novella of the exploits of a pet dog that is stolen and placed into harsh service in Alaska (1903)</w:t>
      </w:r>
    </w:p>
    <w:p>
      <w:pPr>
        <w:pStyle w:val="Compact"/>
        <w:numPr>
          <w:ilvl w:val="0"/>
          <w:numId w:val="1001"/>
        </w:numPr>
      </w:pPr>
      <w:r>
        <w:rPr>
          <w:b/>
          <w:bCs/>
        </w:rPr>
        <w:t xml:space="preserve">In reality, Fermina Daza knew very little about this</w:t>
      </w:r>
      <w:r>
        <w:rPr>
          <w:b/>
          <w:bCs/>
        </w:rPr>
        <w:t xml:space="preserve"> </w:t>
      </w:r>
      <w:r>
        <w:rPr>
          <w:b/>
          <w:bCs/>
          <w:u w:val="single"/>
        </w:rPr>
        <w:t xml:space="preserve">taciturn</w:t>
      </w:r>
      <w:r>
        <w:rPr>
          <w:b/>
          <w:bCs/>
        </w:rPr>
        <w:t xml:space="preserve"> </w:t>
      </w:r>
      <w:r>
        <w:rPr>
          <w:b/>
          <w:bCs/>
        </w:rPr>
        <w:t xml:space="preserve">suitor who had appeared in her life like a winter swallow and whose name she would not even have known if it had not been for his signature on the letter.</w:t>
      </w:r>
      <w:r>
        <w:br/>
      </w:r>
      <w:r>
        <w:t xml:space="preserve">    (a) the state or degree of being greater than zero</w:t>
      </w:r>
      <w:r>
        <w:br/>
      </w:r>
      <w:r>
        <w:t xml:space="preserve">    (b) mental activity of which one is not self-aware</w:t>
      </w:r>
      <w:r>
        <w:br/>
      </w:r>
      <w:r>
        <w:t xml:space="preserve">    (c) with a tendency to be reserved and not to talk</w:t>
      </w:r>
    </w:p>
    <w:p>
      <w:pPr>
        <w:pStyle w:val="Compact"/>
        <w:numPr>
          <w:ilvl w:val="0"/>
          <w:numId w:val="1001"/>
        </w:numPr>
      </w:pPr>
      <w:r>
        <w:rPr>
          <w:b/>
          <w:bCs/>
        </w:rPr>
        <w:t xml:space="preserve">One of his favored spots was the</w:t>
      </w:r>
      <w:r>
        <w:rPr>
          <w:b/>
          <w:bCs/>
        </w:rPr>
        <w:t xml:space="preserve"> </w:t>
      </w:r>
      <w:r>
        <w:rPr>
          <w:b/>
          <w:bCs/>
          <w:u w:val="single"/>
        </w:rPr>
        <w:t xml:space="preserve">paupers</w:t>
      </w:r>
      <w:r>
        <w:rPr>
          <w:b/>
          <w:bCs/>
        </w:rPr>
        <w:t xml:space="preserve">' cemetery, exposed to the sun and the rain on an indigent hill, where turkey buzzards dozed and the music achieved a supernatural resonance.</w:t>
      </w:r>
      <w:r>
        <w:br/>
      </w:r>
      <w:r>
        <w:t xml:space="preserve">    (a) people who are very poor</w:t>
      </w:r>
      <w:r>
        <w:br/>
      </w:r>
      <w:r>
        <w:t xml:space="preserve">    (b) rejections or criticisms</w:t>
      </w:r>
      <w:r>
        <w:br/>
      </w:r>
      <w:r>
        <w:t xml:space="preserve">    (c) things that don't change</w:t>
      </w:r>
    </w:p>
    <w:p>
      <w:pPr>
        <w:pStyle w:val="Compact"/>
        <w:numPr>
          <w:ilvl w:val="0"/>
          <w:numId w:val="1001"/>
        </w:numPr>
      </w:pPr>
      <w:r>
        <w:rPr>
          <w:b/>
          <w:bCs/>
        </w:rPr>
        <w:t xml:space="preserve">She was young, but haggard and old before her time, like a fully dressed</w:t>
      </w:r>
      <w:r>
        <w:rPr>
          <w:b/>
          <w:bCs/>
        </w:rPr>
        <w:t xml:space="preserve"> </w:t>
      </w:r>
      <w:r>
        <w:rPr>
          <w:b/>
          <w:bCs/>
          <w:u w:val="single"/>
        </w:rPr>
        <w:t xml:space="preserve">penitent</w:t>
      </w:r>
      <w:r>
        <w:rPr>
          <w:b/>
          <w:bCs/>
        </w:rPr>
        <w:t xml:space="preserve"> </w:t>
      </w:r>
      <w:r>
        <w:rPr>
          <w:b/>
          <w:bCs/>
        </w:rPr>
        <w:t xml:space="preserve">surrounded by glorious nakedness.</w:t>
      </w:r>
      <w:r>
        <w:br/>
      </w:r>
      <w:r>
        <w:t xml:space="preserve">    (a) feeling or expressing sorrow for having done wrong; or a person who does such</w:t>
      </w:r>
      <w:r>
        <w:br/>
      </w:r>
      <w:r>
        <w:t xml:space="preserve">    (b) suffering from too few red blood cells</w:t>
      </w:r>
      <w:r>
        <w:br/>
      </w:r>
      <w:r>
        <w:br/>
      </w:r>
      <w:r>
        <w:t xml:space="preserve">or (less commonly):  lacking vitality</w:t>
      </w:r>
      <w:r>
        <w:br/>
      </w:r>
      <w:r>
        <w:t xml:space="preserve">    (c) having the characteristic of or relating to bouncing back light/heat/sound...</w:t>
      </w:r>
    </w:p>
    <w:p>
      <w:pPr>
        <w:pStyle w:val="Compact"/>
        <w:numPr>
          <w:ilvl w:val="0"/>
          <w:numId w:val="1001"/>
        </w:numPr>
      </w:pPr>
      <w:r>
        <w:rPr>
          <w:b/>
          <w:bCs/>
        </w:rPr>
        <w:t xml:space="preserve">In those days Hildebranda Sanchez was delirious with hope after visiting a fortuneteller whose</w:t>
      </w:r>
      <w:r>
        <w:rPr>
          <w:b/>
          <w:bCs/>
        </w:rPr>
        <w:t xml:space="preserve"> </w:t>
      </w:r>
      <w:r>
        <w:rPr>
          <w:b/>
          <w:bCs/>
          <w:u w:val="single"/>
        </w:rPr>
        <w:t xml:space="preserve">clairvoyance</w:t>
      </w:r>
      <w:r>
        <w:rPr>
          <w:b/>
          <w:bCs/>
        </w:rPr>
        <w:t xml:space="preserve"> </w:t>
      </w:r>
      <w:r>
        <w:rPr>
          <w:b/>
          <w:bCs/>
        </w:rPr>
        <w:t xml:space="preserve">had astonished her.</w:t>
      </w:r>
      <w:r>
        <w:br/>
      </w:r>
      <w:r>
        <w:t xml:space="preserve">    (a) measles -- a highly contagious viral disease marked by distinct red spots followed by a rash</w:t>
      </w:r>
      <w:r>
        <w:br/>
      </w:r>
      <w:r>
        <w:t xml:space="preserve">    (b) to perceive things beyond the natural range of the senses -- especially foreseeing the future</w:t>
      </w:r>
      <w:r>
        <w:br/>
      </w:r>
      <w:r>
        <w:t xml:space="preserve">    (c) a school of philosophy whose adherents try not to be affected by pleasure, pain, or emotions</w:t>
      </w:r>
    </w:p>
    <w:p>
      <w:pPr>
        <w:pStyle w:val="Compact"/>
        <w:numPr>
          <w:ilvl w:val="0"/>
          <w:numId w:val="1001"/>
        </w:numPr>
      </w:pPr>
      <w:r>
        <w:rPr>
          <w:b/>
          <w:bCs/>
        </w:rPr>
        <w:t xml:space="preserve">She made a long and detailed tour with no planned</w:t>
      </w:r>
      <w:r>
        <w:rPr>
          <w:b/>
          <w:bCs/>
        </w:rPr>
        <w:t xml:space="preserve"> </w:t>
      </w:r>
      <w:r>
        <w:rPr>
          <w:b/>
          <w:bCs/>
          <w:u w:val="single"/>
        </w:rPr>
        <w:t xml:space="preserve">itinerary</w:t>
      </w:r>
      <w:r>
        <w:rPr>
          <w:b/>
          <w:bCs/>
        </w:rPr>
        <w:t xml:space="preserve">, stopping with no other motive than her unhurried delight in the spirit of things.</w:t>
      </w:r>
      <w:r>
        <w:br/>
      </w:r>
      <w:r>
        <w:t xml:space="preserve">    (a) a planned schedule of events -- often for a trip or for a day</w:t>
      </w:r>
      <w:r>
        <w:br/>
      </w:r>
      <w:r>
        <w:t xml:space="preserve">    (b) a formal statement of decision or opinion voted on by a group</w:t>
      </w:r>
      <w:r>
        <w:br/>
      </w:r>
      <w:r>
        <w:t xml:space="preserve">    (c) a gap in a rule, allowing avoidance of the rule's core intent</w:t>
      </w:r>
    </w:p>
    <w:p>
      <w:pPr>
        <w:pStyle w:val="Compact"/>
        <w:numPr>
          <w:ilvl w:val="0"/>
          <w:numId w:val="1001"/>
        </w:numPr>
      </w:pPr>
      <w:r>
        <w:rPr>
          <w:b/>
          <w:bCs/>
        </w:rPr>
        <w:t xml:space="preserve">But even the most complaisant of his notable friends pitied his</w:t>
      </w:r>
      <w:r>
        <w:rPr>
          <w:b/>
          <w:bCs/>
        </w:rPr>
        <w:t xml:space="preserve"> </w:t>
      </w:r>
      <w:r>
        <w:rPr>
          <w:b/>
          <w:bCs/>
          <w:u w:val="single"/>
        </w:rPr>
        <w:t xml:space="preserve">illusory</w:t>
      </w:r>
      <w:r>
        <w:rPr>
          <w:b/>
          <w:bCs/>
        </w:rPr>
        <w:t xml:space="preserve"> </w:t>
      </w:r>
      <w:r>
        <w:rPr>
          <w:b/>
          <w:bCs/>
        </w:rPr>
        <w:t xml:space="preserve">passion.</w:t>
      </w:r>
      <w:r>
        <w:br/>
      </w:r>
      <w:r>
        <w:t xml:space="preserve">    (a) finding fault and telling others; or tending to have unfavorable opinions</w:t>
      </w:r>
      <w:r>
        <w:br/>
      </w:r>
      <w:r>
        <w:t xml:space="preserve">    (b) something that seems real or possible but is actually false or misleading</w:t>
      </w:r>
      <w:r>
        <w:br/>
      </w:r>
      <w:r>
        <w:t xml:space="preserve">    (c) the state or degree of not finding a condition or substance to be present</w:t>
      </w:r>
    </w:p>
    <w:p>
      <w:pPr>
        <w:pStyle w:val="Compact"/>
        <w:numPr>
          <w:ilvl w:val="0"/>
          <w:numId w:val="1001"/>
        </w:numPr>
      </w:pPr>
      <w:r>
        <w:rPr>
          <w:b/>
          <w:bCs/>
        </w:rPr>
        <w:t xml:space="preserve">Years later, reviewing the chronicle of those days, Dr. Juvenal Urbino confirmed that his father's methodology had been more charitable than scientific and, in many ways, contrary to reason, so that in large measure it had fostered the</w:t>
      </w:r>
      <w:r>
        <w:rPr>
          <w:b/>
          <w:bCs/>
        </w:rPr>
        <w:t xml:space="preserve"> </w:t>
      </w:r>
      <w:r>
        <w:rPr>
          <w:b/>
          <w:bCs/>
          <w:u w:val="single"/>
        </w:rPr>
        <w:t xml:space="preserve">voraciousness</w:t>
      </w:r>
      <w:r>
        <w:rPr>
          <w:b/>
          <w:bCs/>
        </w:rPr>
        <w:t xml:space="preserve"> </w:t>
      </w:r>
      <w:r>
        <w:rPr>
          <w:b/>
          <w:bCs/>
        </w:rPr>
        <w:t xml:space="preserve">of the plague.</w:t>
      </w:r>
      <w:r>
        <w:br/>
      </w:r>
      <w:r>
        <w:t xml:space="preserve">    (a) craving or doing something in an extreme manner -- especially craving or eating large quantities of food</w:t>
      </w:r>
      <w:r>
        <w:br/>
      </w:r>
      <w:r>
        <w:t xml:space="preserve">    (b) acts to tendency to engage in acts that resist government authority or attempt to overthrow a government</w:t>
      </w:r>
      <w:r>
        <w:br/>
      </w:r>
      <w:r>
        <w:t xml:space="preserve">    (c) a mental disorder characterized by alternating episodes of major depression and abnormally elevated mood</w:t>
      </w:r>
    </w:p>
    <w:p>
      <w:pPr>
        <w:pStyle w:val="Compact"/>
        <w:numPr>
          <w:ilvl w:val="0"/>
          <w:numId w:val="1001"/>
        </w:numPr>
      </w:pPr>
      <w:r>
        <w:rPr>
          <w:b/>
          <w:bCs/>
        </w:rPr>
        <w:t xml:space="preserve">Then came the knock of the fishwife with her box of red snappers dying on a bed of algae, the</w:t>
      </w:r>
      <w:r>
        <w:rPr>
          <w:b/>
          <w:bCs/>
        </w:rPr>
        <w:t xml:space="preserve"> </w:t>
      </w:r>
      <w:r>
        <w:rPr>
          <w:b/>
          <w:bCs/>
          <w:u w:val="single"/>
        </w:rPr>
        <w:t xml:space="preserve">sumptuous</w:t>
      </w:r>
      <w:r>
        <w:rPr>
          <w:b/>
          <w:bCs/>
        </w:rPr>
        <w:t xml:space="preserve"> </w:t>
      </w:r>
      <w:r>
        <w:rPr>
          <w:b/>
          <w:bCs/>
        </w:rPr>
        <w:t xml:space="preserve">fruit sellers with vegetables from Maria la Baja and fruit from San Jacinto.</w:t>
      </w:r>
      <w:r>
        <w:br/>
      </w:r>
      <w:r>
        <w:t xml:space="preserve">    (a) magnificent (impressively wonderful) -- often indicating something expensive</w:t>
      </w:r>
      <w:r>
        <w:br/>
      </w:r>
      <w:r>
        <w:t xml:space="preserve">    (b) the state or degree of having the ability to change for different situations</w:t>
      </w:r>
      <w:r>
        <w:br/>
      </w:r>
      <w:r>
        <w:t xml:space="preserve">    (c) the quality of behaving in an instinctive, uninhibited, and unplanned manner</w:t>
      </w:r>
    </w:p>
    <w:p>
      <w:pPr>
        <w:pStyle w:val="Compact"/>
        <w:numPr>
          <w:ilvl w:val="0"/>
          <w:numId w:val="1001"/>
        </w:numPr>
      </w:pPr>
      <w:r>
        <w:rPr>
          <w:b/>
          <w:bCs/>
        </w:rPr>
        <w:t xml:space="preserve">Florentino Ariza, prostrate with grief, had gone to the farthest corner of the deck where the noise of the</w:t>
      </w:r>
      <w:r>
        <w:rPr>
          <w:b/>
          <w:bCs/>
        </w:rPr>
        <w:t xml:space="preserve"> </w:t>
      </w:r>
      <w:r>
        <w:rPr>
          <w:b/>
          <w:bCs/>
          <w:u w:val="single"/>
        </w:rPr>
        <w:t xml:space="preserve">revelry</w:t>
      </w:r>
      <w:r>
        <w:rPr>
          <w:b/>
          <w:bCs/>
        </w:rPr>
        <w:t xml:space="preserve"> </w:t>
      </w:r>
      <w:r>
        <w:rPr>
          <w:b/>
          <w:bCs/>
        </w:rPr>
        <w:t xml:space="preserve">could not reach him, and he put on Lotario Thugut's overcoat in an effort to overcome the shivering in his bones.</w:t>
      </w:r>
      <w:r>
        <w:br/>
      </w:r>
      <w:r>
        <w:t xml:space="preserve">    (a) a substance that stimulates the production of antibodies to protect against a disease</w:t>
      </w:r>
      <w:r>
        <w:br/>
      </w:r>
      <w:r>
        <w:t xml:space="preserve">    (b) an economic system where most decisions are made through voluntary buying and selling</w:t>
      </w:r>
      <w:r>
        <w:br/>
      </w:r>
      <w:r>
        <w:t xml:space="preserve">    (c) a noisy celebration or lively partying -- often involving music, drinking, or dancing</w:t>
      </w:r>
    </w:p>
    <w:p>
      <w:pPr>
        <w:pStyle w:val="Compact"/>
        <w:numPr>
          <w:ilvl w:val="0"/>
          <w:numId w:val="1001"/>
        </w:numPr>
      </w:pPr>
      <w:r>
        <w:rPr>
          <w:b/>
          <w:bCs/>
        </w:rPr>
        <w:t xml:space="preserve">The only area in which he persisted in defying time and fashion was in his somber attire, his</w:t>
      </w:r>
      <w:r>
        <w:rPr>
          <w:b/>
          <w:bCs/>
        </w:rPr>
        <w:t xml:space="preserve"> </w:t>
      </w:r>
      <w:r>
        <w:rPr>
          <w:b/>
          <w:bCs/>
          <w:u w:val="single"/>
        </w:rPr>
        <w:t xml:space="preserve">anachronistic</w:t>
      </w:r>
      <w:r>
        <w:rPr>
          <w:b/>
          <w:bCs/>
        </w:rPr>
        <w:t xml:space="preserve"> </w:t>
      </w:r>
      <w:r>
        <w:rPr>
          <w:b/>
          <w:bCs/>
        </w:rPr>
        <w:t xml:space="preserve">frock coats, his unique hat, the poet's string ties from his mother's notions shop, his sinister umbrella.</w:t>
      </w:r>
      <w:r>
        <w:br/>
      </w:r>
      <w:r>
        <w:t xml:space="preserve">    (a) something out of place for it's time - typically something that belongs in the past</w:t>
      </w:r>
      <w:r>
        <w:br/>
      </w:r>
      <w:r>
        <w:t xml:space="preserve">    (b) able to be persuaded to do something by tempting with pleasure or something desired</w:t>
      </w:r>
      <w:r>
        <w:br/>
      </w:r>
      <w:r>
        <w:t xml:space="preserve">    (c) relating to one-sided information that is purposefully spread to influence opinions</w:t>
      </w:r>
    </w:p>
    <w:p>
      <w:pPr>
        <w:pStyle w:val="Compact"/>
        <w:numPr>
          <w:ilvl w:val="0"/>
          <w:numId w:val="1001"/>
        </w:numPr>
      </w:pPr>
      <w:r>
        <w:rPr>
          <w:b/>
          <w:bCs/>
        </w:rPr>
        <w:t xml:space="preserve">Before he came to the heart of his intentions, Dr. Urbino Daza made several</w:t>
      </w:r>
      <w:r>
        <w:rPr>
          <w:b/>
          <w:bCs/>
        </w:rPr>
        <w:t xml:space="preserve"> </w:t>
      </w:r>
      <w:r>
        <w:rPr>
          <w:b/>
          <w:bCs/>
          <w:u w:val="single"/>
        </w:rPr>
        <w:t xml:space="preserve">digressions</w:t>
      </w:r>
      <w:r>
        <w:rPr>
          <w:b/>
          <w:bCs/>
        </w:rPr>
        <w:t xml:space="preserve"> </w:t>
      </w:r>
      <w:r>
        <w:rPr>
          <w:b/>
          <w:bCs/>
        </w:rPr>
        <w:t xml:space="preserve">on the subject of aging.</w:t>
      </w:r>
      <w:r>
        <w:br/>
      </w:r>
      <w:r>
        <w:t xml:space="preserve">    (a) fixed values or limits that establish how something should be done</w:t>
      </w:r>
      <w:r>
        <w:br/>
      </w:r>
      <w:r>
        <w:t xml:space="preserve">    (b) wanderings from the main topic</w:t>
      </w:r>
      <w:r>
        <w:br/>
      </w:r>
      <w:r>
        <w:t xml:space="preserve">    (c) instances of donating one's income to a church; or the gifts given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2026-07-31T15:42:53Z</dcterms:created>
  <dcterms:modified xsi:type="dcterms:W3CDTF">2026-07-31T15:42:53Z</dcterms:modified>
</cp:coreProperties>
</file>

<file path=docProps/custom.xml><?xml version="1.0" encoding="utf-8"?>
<Properties xmlns="http://schemas.openxmlformats.org/officeDocument/2006/custom-properties" xmlns:vt="http://schemas.openxmlformats.org/officeDocument/2006/docPropsVTypes"/>
</file>