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95fc040fbe97f8d0eeffce75aa822de23d65583"/>
    <w:p>
      <w:pPr>
        <w:pStyle w:val="Heading1"/>
      </w:pPr>
      <w:r>
        <w:rPr>
          <w:b/>
          <w:bCs/>
        </w:rPr>
        <w:t xml:space="preserve">Lost Horizon</w:t>
      </w:r>
      <w:r>
        <w:br/>
      </w:r>
      <w:r>
        <w:rPr>
          <w:i/>
          <w:iCs/>
        </w:rPr>
        <w:t xml:space="preserve">James Hilton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hope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attain</w:t>
      </w:r>
      <w:r>
        <w:rPr>
          <w:b/>
          <w:bCs/>
        </w:rPr>
        <w:t xml:space="preserve"> </w:t>
      </w:r>
      <w:r>
        <w:rPr>
          <w:b/>
          <w:bCs/>
        </w:rPr>
        <w:t xml:space="preserve">effective law and order in the region before withdrawing troops.</w:t>
      </w:r>
      <w:r>
        <w:br/>
      </w:r>
      <w:r>
        <w:t xml:space="preserve">    (a) successfully gain</w:t>
      </w:r>
      <w:r>
        <w:br/>
      </w:r>
      <w:r>
        <w:t xml:space="preserve">    (b) openly oppose</w:t>
      </w:r>
      <w:r>
        <w:br/>
      </w:r>
      <w:r>
        <w:t xml:space="preserve">    (c) carefully describe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claimed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clairvoyance</w:t>
      </w:r>
      <w:r>
        <w:rPr>
          <w:b/>
          <w:bCs/>
        </w:rPr>
        <w:t xml:space="preserve"> </w:t>
      </w:r>
      <w:r>
        <w:rPr>
          <w:b/>
          <w:bCs/>
        </w:rPr>
        <w:t xml:space="preserve">after saying she had seen the accident before it happened.</w:t>
      </w:r>
      <w:r>
        <w:br/>
      </w:r>
      <w:r>
        <w:t xml:space="preserve">    (a) careful scientific proof</w:t>
      </w:r>
      <w:r>
        <w:br/>
      </w:r>
      <w:r>
        <w:t xml:space="preserve">    (b) supposed psychic insight</w:t>
      </w:r>
      <w:r>
        <w:br/>
      </w:r>
      <w:r>
        <w:t xml:space="preserve">    (c) ordinary common sense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9-11, the US increased security 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consulates</w:t>
      </w:r>
      <w:r>
        <w:rPr>
          <w:b/>
          <w:bCs/>
        </w:rPr>
        <w:t xml:space="preserve"> </w:t>
      </w:r>
      <w:r>
        <w:rPr>
          <w:b/>
          <w:bCs/>
        </w:rPr>
        <w:t xml:space="preserve">around the world.</w:t>
      </w:r>
      <w:r>
        <w:br/>
      </w:r>
      <w:r>
        <w:t xml:space="preserve">    (a) offices of diplomats living and working in foreign countries</w:t>
      </w:r>
      <w:r>
        <w:br/>
      </w:r>
      <w:r>
        <w:t xml:space="preserve">    (b) headquarters of troops stationed in foreign countries</w:t>
      </w:r>
      <w:r>
        <w:br/>
      </w:r>
      <w:r>
        <w:t xml:space="preserve">    (c) offices of major corporations in a foreign country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philosopher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contemplated</w:t>
      </w:r>
      <w:r>
        <w:rPr>
          <w:b/>
          <w:bCs/>
        </w:rPr>
        <w:t xml:space="preserve"> </w:t>
      </w:r>
      <w:r>
        <w:rPr>
          <w:b/>
          <w:bCs/>
        </w:rPr>
        <w:t xml:space="preserve">the meaning of life, pondering the big questions of existence.</w:t>
      </w:r>
      <w:r>
        <w:br/>
      </w:r>
      <w:r>
        <w:t xml:space="preserve">    (a) thought about</w:t>
      </w:r>
      <w:r>
        <w:br/>
      </w:r>
      <w:r>
        <w:t xml:space="preserve">    (b) read about</w:t>
      </w:r>
      <w:r>
        <w:br/>
      </w:r>
      <w:r>
        <w:t xml:space="preserve">    (c) wrote about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professor greeted each student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cordially</w:t>
      </w:r>
      <w:r>
        <w:rPr>
          <w:b/>
          <w:bCs/>
        </w:rPr>
        <w:t xml:space="preserve"> </w:t>
      </w:r>
      <w:r>
        <w:rPr>
          <w:b/>
          <w:bCs/>
        </w:rPr>
        <w:t xml:space="preserve">as they entered.</w:t>
      </w:r>
      <w:r>
        <w:br/>
      </w:r>
      <w:r>
        <w:t xml:space="preserve">    (a) in a friendly manner</w:t>
      </w:r>
      <w:r>
        <w:br/>
      </w:r>
      <w:r>
        <w:t xml:space="preserve">    (b) in a hurried manner</w:t>
      </w:r>
      <w:r>
        <w:br/>
      </w:r>
      <w:r>
        <w:t xml:space="preserve">    (c) in a clumsy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made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impetuous</w:t>
      </w:r>
      <w:r>
        <w:rPr>
          <w:b/>
          <w:bCs/>
        </w:rPr>
        <w:t xml:space="preserve"> </w:t>
      </w:r>
      <w:r>
        <w:rPr>
          <w:b/>
          <w:bCs/>
        </w:rPr>
        <w:t xml:space="preserve">purchase, buying the car without test-driving it first.</w:t>
      </w:r>
      <w:r>
        <w:br/>
      </w:r>
      <w:r>
        <w:t xml:space="preserve">    (a) wealthy</w:t>
      </w:r>
      <w:r>
        <w:br/>
      </w:r>
      <w:r>
        <w:t xml:space="preserve">    (b) cautious</w:t>
      </w:r>
      <w:r>
        <w:br/>
      </w:r>
      <w:r>
        <w:t xml:space="preserve">    (c) impulsive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inhabitants</w:t>
      </w:r>
      <w:r>
        <w:rPr>
          <w:b/>
          <w:bCs/>
        </w:rPr>
        <w:t xml:space="preserve"> </w:t>
      </w:r>
      <w:r>
        <w:rPr>
          <w:b/>
          <w:bCs/>
        </w:rPr>
        <w:t xml:space="preserve">of the village were very friendly.</w:t>
      </w:r>
      <w:r>
        <w:br/>
      </w:r>
      <w:r>
        <w:t xml:space="preserve">    (a) tourists</w:t>
      </w:r>
      <w:r>
        <w:br/>
      </w:r>
      <w:r>
        <w:t xml:space="preserve">    (b) residents</w:t>
      </w:r>
      <w:r>
        <w:br/>
      </w:r>
      <w:r>
        <w:t xml:space="preserve">    (c) visitors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have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interposed</w:t>
      </w:r>
      <w:r>
        <w:rPr>
          <w:b/>
          <w:bCs/>
        </w:rPr>
        <w:t xml:space="preserve"> </w:t>
      </w:r>
      <w:r>
        <w:rPr>
          <w:b/>
          <w:bCs/>
        </w:rPr>
        <w:t xml:space="preserve">themselves on the side of our enemy.</w:t>
      </w:r>
      <w:r>
        <w:br/>
      </w:r>
      <w:r>
        <w:t xml:space="preserve">    (a) been seen</w:t>
      </w:r>
      <w:r>
        <w:br/>
      </w:r>
      <w:r>
        <w:t xml:space="preserve">    (b) hidden</w:t>
      </w:r>
      <w:r>
        <w:br/>
      </w:r>
      <w:r>
        <w:t xml:space="preserve">    (c) inserted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During her travels, she found peace and tranquility in the serene surroundings of the ancient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monastery</w:t>
      </w:r>
      <w:r>
        <w:rPr>
          <w:b/>
          <w:bCs/>
        </w:rPr>
        <w:t xml:space="preserve"> </w:t>
      </w:r>
      <w:r>
        <w:rPr>
          <w:b/>
          <w:bCs/>
        </w:rPr>
        <w:t xml:space="preserve">nestled high in the mountains.</w:t>
      </w:r>
      <w:r>
        <w:br/>
      </w:r>
      <w:r>
        <w:t xml:space="preserve">    (a) remote cabin</w:t>
      </w:r>
      <w:r>
        <w:br/>
      </w:r>
      <w:r>
        <w:t xml:space="preserve">    (b) secure castle</w:t>
      </w:r>
      <w:r>
        <w:br/>
      </w:r>
      <w:r>
        <w:t xml:space="preserve">    (c) religious residence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novel</w:t>
      </w:r>
      <w:r>
        <w:rPr>
          <w:b/>
          <w:bCs/>
        </w:rPr>
        <w:t xml:space="preserve"> </w:t>
      </w:r>
      <w:r>
        <w:rPr>
          <w:b/>
          <w:bCs/>
        </w:rPr>
        <w:t xml:space="preserve">idea and just might work.</w:t>
      </w:r>
      <w:r>
        <w:br/>
      </w:r>
      <w:r>
        <w:t xml:space="preserve">    (a) valuable</w:t>
      </w:r>
      <w:r>
        <w:br/>
      </w:r>
      <w:r>
        <w:t xml:space="preserve">    (b) original</w:t>
      </w:r>
      <w:r>
        <w:br/>
      </w:r>
      <w:r>
        <w:t xml:space="preserve">    (c) important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apology did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pacify</w:t>
      </w:r>
      <w:r>
        <w:rPr>
          <w:b/>
          <w:bCs/>
        </w:rPr>
        <w:t xml:space="preserve"> </w:t>
      </w:r>
      <w:r>
        <w:rPr>
          <w:b/>
          <w:bCs/>
        </w:rPr>
        <w:t xml:space="preserve">her.</w:t>
      </w:r>
      <w:r>
        <w:br/>
      </w:r>
      <w:r>
        <w:t xml:space="preserve">    (a) calm</w:t>
      </w:r>
      <w:r>
        <w:br/>
      </w:r>
      <w:r>
        <w:t xml:space="preserve">    (b) interest</w:t>
      </w:r>
      <w:r>
        <w:br/>
      </w:r>
      <w:r>
        <w:t xml:space="preserve">    (c) make sense to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journalist's investigation put her in great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peril</w:t>
      </w:r>
      <w:r>
        <w:rPr>
          <w:b/>
          <w:bCs/>
        </w:rPr>
        <w:t xml:space="preserve">.</w:t>
      </w:r>
      <w:r>
        <w:br/>
      </w:r>
      <w:r>
        <w:t xml:space="preserve">    (a) danger</w:t>
      </w:r>
      <w:r>
        <w:br/>
      </w:r>
      <w:r>
        <w:t xml:space="preserve">    (b) weariness</w:t>
      </w:r>
      <w:r>
        <w:br/>
      </w:r>
      <w:r>
        <w:t xml:space="preserve">    (c) fame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phenomenon</w:t>
      </w:r>
      <w:r>
        <w:rPr>
          <w:b/>
          <w:bCs/>
        </w:rPr>
        <w:t xml:space="preserve"> </w:t>
      </w:r>
      <w:r>
        <w:rPr>
          <w:b/>
          <w:bCs/>
        </w:rPr>
        <w:t xml:space="preserve">was first noticed by Marie Curie.</w:t>
      </w:r>
      <w:r>
        <w:br/>
      </w:r>
      <w:r>
        <w:t xml:space="preserve">    (a) thing that is growing</w:t>
      </w:r>
      <w:r>
        <w:br/>
      </w:r>
      <w:r>
        <w:t xml:space="preserve">    (b) thing of interest</w:t>
      </w:r>
      <w:r>
        <w:br/>
      </w:r>
      <w:r>
        <w:t xml:space="preserve">    (c) thing that is hidden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mind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preoccupied</w:t>
      </w:r>
      <w:r>
        <w:rPr>
          <w:b/>
          <w:bCs/>
        </w:rPr>
        <w:t xml:space="preserve"> </w:t>
      </w:r>
      <w:r>
        <w:rPr>
          <w:b/>
          <w:bCs/>
        </w:rPr>
        <w:t xml:space="preserve">with thoughts of the upcoming exam, making it hard for her to focus on the movie.</w:t>
      </w:r>
      <w:r>
        <w:br/>
      </w:r>
      <w:r>
        <w:t xml:space="preserve">    (a) distracted</w:t>
      </w:r>
      <w:r>
        <w:br/>
      </w:r>
      <w:r>
        <w:t xml:space="preserve">    (b) bored</w:t>
      </w:r>
      <w:r>
        <w:br/>
      </w:r>
      <w:r>
        <w:t xml:space="preserve">    (c) unconcerned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recollect</w:t>
      </w:r>
      <w:r>
        <w:rPr>
          <w:b/>
          <w:bCs/>
        </w:rPr>
        <w:t xml:space="preserve"> </w:t>
      </w:r>
      <w:r>
        <w:rPr>
          <w:b/>
          <w:bCs/>
        </w:rPr>
        <w:t xml:space="preserve">her name, but I'd recognize her.</w:t>
      </w:r>
      <w:r>
        <w:br/>
      </w:r>
      <w:r>
        <w:t xml:space="preserve">    (a) remember</w:t>
      </w:r>
      <w:r>
        <w:br/>
      </w:r>
      <w:r>
        <w:t xml:space="preserve">    (b) pronounce properly</w:t>
      </w:r>
      <w:r>
        <w:br/>
      </w:r>
      <w:r>
        <w:t xml:space="preserve">    (c) spell properly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retorted</w:t>
      </w:r>
      <w:r>
        <w:rPr>
          <w:b/>
          <w:bCs/>
        </w:rPr>
        <w:t xml:space="preserve">, "Takes one to know one."</w:t>
      </w:r>
      <w:r>
        <w:br/>
      </w:r>
      <w:r>
        <w:t xml:space="preserve">    (a) joyfully laughed</w:t>
      </w:r>
      <w:r>
        <w:br/>
      </w:r>
      <w:r>
        <w:t xml:space="preserve">    (b) insulted back</w:t>
      </w:r>
      <w:r>
        <w:br/>
      </w:r>
      <w:r>
        <w:t xml:space="preserve">    (c) quickly replied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coach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scorns</w:t>
      </w:r>
      <w:r>
        <w:rPr>
          <w:b/>
          <w:bCs/>
        </w:rPr>
        <w:t xml:space="preserve"> </w:t>
      </w:r>
      <w:r>
        <w:rPr>
          <w:b/>
          <w:bCs/>
        </w:rPr>
        <w:t xml:space="preserve">students who don't have natural ability.</w:t>
      </w:r>
      <w:r>
        <w:br/>
      </w:r>
      <w:r>
        <w:t xml:space="preserve">    (a) trains</w:t>
      </w:r>
      <w:r>
        <w:br/>
      </w:r>
      <w:r>
        <w:t xml:space="preserve">    (b) encourages</w:t>
      </w:r>
      <w:r>
        <w:br/>
      </w:r>
      <w:r>
        <w:t xml:space="preserve">    (c) disrespects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remained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serene</w:t>
      </w:r>
      <w:r>
        <w:rPr>
          <w:b/>
          <w:bCs/>
        </w:rPr>
        <w:t xml:space="preserve"> </w:t>
      </w:r>
      <w:r>
        <w:rPr>
          <w:b/>
          <w:bCs/>
        </w:rPr>
        <w:t xml:space="preserve">even when he was yelling at her.</w:t>
      </w:r>
      <w:r>
        <w:br/>
      </w:r>
      <w:r>
        <w:t xml:space="preserve">    (a) unmoved</w:t>
      </w:r>
      <w:r>
        <w:br/>
      </w:r>
      <w:r>
        <w:t xml:space="preserve">    (b) calm</w:t>
      </w:r>
      <w:r>
        <w:br/>
      </w:r>
      <w:r>
        <w:t xml:space="preserve">    (c) aggressive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the storm passed, the village returned to its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tranquil</w:t>
      </w:r>
      <w:r>
        <w:rPr>
          <w:b/>
          <w:bCs/>
        </w:rPr>
        <w:t xml:space="preserve"> </w:t>
      </w:r>
      <w:r>
        <w:rPr>
          <w:b/>
          <w:bCs/>
        </w:rPr>
        <w:t xml:space="preserve">evening routine.</w:t>
      </w:r>
      <w:r>
        <w:br/>
      </w:r>
      <w:r>
        <w:t xml:space="preserve">    (a) brightly colored</w:t>
      </w:r>
      <w:r>
        <w:br/>
      </w:r>
      <w:r>
        <w:t xml:space="preserve">    (b) loudly chaotic</w:t>
      </w:r>
      <w:r>
        <w:br/>
      </w:r>
      <w:r>
        <w:t xml:space="preserve">    (c) peacefully calm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McDonald's menu options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vary</w:t>
      </w:r>
      <w:r>
        <w:rPr>
          <w:b/>
          <w:bCs/>
        </w:rPr>
        <w:t xml:space="preserve"> </w:t>
      </w:r>
      <w:r>
        <w:rPr>
          <w:b/>
          <w:bCs/>
        </w:rPr>
        <w:t xml:space="preserve">by location.</w:t>
      </w:r>
      <w:r>
        <w:br/>
      </w:r>
      <w:r>
        <w:t xml:space="preserve">    (a) are different</w:t>
      </w:r>
      <w:r>
        <w:br/>
      </w:r>
      <w:r>
        <w:t xml:space="preserve">    (b) are consistent</w:t>
      </w:r>
      <w:r>
        <w:br/>
      </w:r>
      <w:r>
        <w:t xml:space="preserve">    (c) are known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2026-07-31T17:35:55Z</dcterms:created>
  <dcterms:modified xsi:type="dcterms:W3CDTF">2026-07-31T17:35:55Z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