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c49db6d3f8ac16e741db06b02d3afbb45fec6b"/>
    <w:p>
      <w:pPr>
        <w:pStyle w:val="Heading1"/>
      </w:pPr>
      <w:r>
        <w:rPr>
          <w:b/>
          <w:bCs/>
        </w:rPr>
        <w:t xml:space="preserve">Lost Horizon</w:t>
      </w:r>
      <w:r>
        <w:br/>
      </w:r>
      <w:r>
        <w:rPr>
          <w:i/>
          <w:iCs/>
        </w:rPr>
        <w:t xml:space="preserve">James Hilton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gave a Speech Day oration in Greek,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, and was outstandingly first-rate in school theatricals.</w:t>
      </w:r>
      <w:r>
        <w:br/>
      </w:r>
      <w:r>
        <w:t xml:space="preserve">    (a) subtract</w:t>
      </w:r>
      <w:r>
        <w:br/>
      </w:r>
      <w:r>
        <w:t xml:space="preserve">    (b) disagree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said I couldn't imagine 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, and chaffed her gently about being able to detect a refined accent in a language she didn't know.</w:t>
      </w:r>
      <w:r>
        <w:br/>
      </w:r>
      <w:r>
        <w:t xml:space="preserve">    (a) something that was once small, but is getting very large</w:t>
      </w:r>
      <w:r>
        <w:br/>
      </w:r>
      <w:r>
        <w:t xml:space="preserve">    (b) something that exists or happened -- often of special interest</w:t>
      </w:r>
      <w:r>
        <w:br/>
      </w:r>
      <w:r>
        <w:t xml:space="preserve">    (c) something important that is hard to see or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worked with him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Consulate</w:t>
      </w:r>
      <w:r>
        <w:rPr>
          <w:b/>
          <w:bCs/>
        </w:rPr>
        <w:t xml:space="preserve">.</w:t>
      </w:r>
      <w:r>
        <w:br/>
      </w:r>
      <w:r>
        <w:t xml:space="preserve">    (a) a diplomat appointed by a government to live in a foreign country and help its citizens visiting that country; or the offices of that person and assistants</w:t>
      </w:r>
      <w:r>
        <w:br/>
      </w:r>
      <w:r>
        <w:t xml:space="preserve">    (b) a math value that tells how many times a number is multiplied by itself to reach another number -- often used to describe very big or very small quantities</w:t>
      </w:r>
      <w:r>
        <w:br/>
      </w:r>
      <w:r>
        <w:t xml:space="preserve">    (c) someone who believes in the teaching of Buddha -- that aims to end suffering by ending selfish desire and following a path of wisdom, ethics, and meditation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"Good for you, sir,"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Barnard heartily.</w:t>
      </w:r>
      <w:r>
        <w:br/>
      </w:r>
      <w:r>
        <w:t xml:space="preserve">    (a) to insert between other elements; or to interrupt or stop action by others</w:t>
      </w:r>
      <w:r>
        <w:br/>
      </w:r>
      <w:r>
        <w:t xml:space="preserve">    (b) (verb) drew pictures to accompany  OR  (adjective) accompanied by pictures</w:t>
      </w:r>
      <w:r>
        <w:br/>
      </w:r>
      <w:r>
        <w:t xml:space="preserve">    (c) not justified or explained as an understandable reaction to another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know that nobody except a damn fine airman could,"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 </w:t>
      </w:r>
      <w:r>
        <w:rPr>
          <w:b/>
          <w:bCs/>
        </w:rPr>
        <w:t xml:space="preserve">Barnard.</w:t>
      </w:r>
      <w:r>
        <w:br/>
      </w:r>
      <w:r>
        <w:t xml:space="preserve">    (a) quickly replied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 was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scene, twilight fell, steeping the depths in a rich, velvet gloom that spread upwards like a dye.</w:t>
      </w:r>
      <w:r>
        <w:br/>
      </w:r>
      <w:r>
        <w:t xml:space="preserve">    (a) consider or ponder</w:t>
      </w:r>
      <w:r>
        <w:br/>
      </w:r>
      <w:r>
        <w:t xml:space="preserve">    (b) restarted (a fire)</w:t>
      </w:r>
      <w:r>
        <w:br/>
      </w:r>
      <w:r>
        <w:t xml:space="preserve">    (c) wrongly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 wind, before much time had passed, that became the central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them all—the leitmotif, as it were, of the whole mournful night.</w:t>
      </w:r>
      <w:r>
        <w:br/>
      </w:r>
      <w:r>
        <w:t xml:space="preserve">    (a) connected by blood or marriage; or a  plant or animal related by origin or grouping</w:t>
      </w:r>
      <w:r>
        <w:br/>
      </w:r>
      <w:r>
        <w:t xml:space="preserve">    (b) soccer:  an unopposed kick awarded to a team due an infraction by the opposing team</w:t>
      </w:r>
      <w:r>
        <w:br/>
      </w:r>
      <w:r>
        <w:t xml:space="preserve">    (c) busy thinking about or doing something so that other things are not noticed or 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radiant,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serenely</w:t>
      </w:r>
      <w:r>
        <w:rPr>
          <w:b/>
          <w:bCs/>
        </w:rPr>
        <w:t xml:space="preserve"> </w:t>
      </w:r>
      <w:r>
        <w:rPr>
          <w:b/>
          <w:bCs/>
        </w:rPr>
        <w:t xml:space="preserve">poised, that he wondered for a moment if it were real at all.</w:t>
      </w:r>
      <w:r>
        <w:br/>
      </w:r>
      <w:r>
        <w:t xml:space="preserve">    (a) in a manner that is calm and untroubled</w:t>
      </w:r>
      <w:r>
        <w:br/>
      </w:r>
      <w:r>
        <w:t xml:space="preserve">    (b) in a pessimistic or disagreeable manner</w:t>
      </w:r>
      <w:r>
        <w:br/>
      </w:r>
      <w:r>
        <w:t xml:space="preserve">    (c) enthusiastically or with great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to the others, who had by this time caught up and were regarding the encounter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varying</w:t>
      </w:r>
      <w:r>
        <w:rPr>
          <w:b/>
          <w:bCs/>
        </w:rPr>
        <w:t xml:space="preserve"> </w:t>
      </w:r>
      <w:r>
        <w:rPr>
          <w:b/>
          <w:bCs/>
        </w:rPr>
        <w:t xml:space="preserve">degrees of astonishment.</w:t>
      </w:r>
      <w:r>
        <w:br/>
      </w:r>
      <w:r>
        <w:t xml:space="preserve">    (a) taking on as one's own</w:t>
      </w:r>
      <w:r>
        <w:br/>
      </w:r>
      <w:r>
        <w:t xml:space="preserve">    (b) gaining advantage from</w:t>
      </w:r>
      <w:r>
        <w:br/>
      </w:r>
      <w:r>
        <w:t xml:space="preserve">    (c) differing; or changing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had to breathe consciously and deliberately, which, though disconcerting at first, induced after a time an almost ecstatic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tranquillity</w:t>
      </w:r>
      <w:r>
        <w:rPr>
          <w:b/>
          <w:bCs/>
        </w:rPr>
        <w:t xml:space="preserve"> </w:t>
      </w:r>
      <w:r>
        <w:rPr>
          <w:b/>
          <w:bCs/>
        </w:rPr>
        <w:t xml:space="preserve">of mind.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peace and quiet; or calmness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moments in life when one opened wide one's soul just as one might open wide one's purse if an evening's entertainment were proving unexpectedly costly but also unexpectedly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.</w:t>
      </w:r>
      <w:r>
        <w:br/>
      </w:r>
      <w:r>
        <w:t xml:space="preserve">    (a) important and valuable</w:t>
      </w:r>
      <w:r>
        <w:br/>
      </w:r>
      <w:r>
        <w:t xml:space="preserve">    (b) traditional (having withstood the test of time)</w:t>
      </w:r>
      <w:r>
        <w:br/>
      </w:r>
      <w:r>
        <w:t xml:space="preserve">    (c) new and original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ten years in various parts of Asia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attained</w:t>
      </w:r>
      <w:r>
        <w:rPr>
          <w:b/>
          <w:bCs/>
        </w:rPr>
        <w:t xml:space="preserve"> </w:t>
      </w:r>
      <w:r>
        <w:rPr>
          <w:b/>
          <w:bCs/>
        </w:rPr>
        <w:t xml:space="preserve">to a somewhat fastidious valuation of places and happenings; and this he was bound to admit promised unusually.</w:t>
      </w:r>
      <w:r>
        <w:br/>
      </w:r>
      <w:r>
        <w:t xml:space="preserve">    (a) examined in detail to better understand</w:t>
      </w:r>
      <w:r>
        <w:br/>
      </w:r>
      <w:r>
        <w:t xml:space="preserve">    (b) tension from opposing ideas or feelings</w:t>
      </w:r>
      <w:r>
        <w:br/>
      </w:r>
      <w:r>
        <w:t xml:space="preserve">    (c) gained or reached something with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"Please," she said, though the word was by no means submissive, "will you tell us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?"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the residence of a religious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valley which you have seen, and in which there are several thousand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living under the control of our order, we have found that the principle makes for a considerable degree of happiness.</w:t>
      </w:r>
      <w:r>
        <w:br/>
      </w:r>
      <w:r>
        <w:t xml:space="preserve">    (a) things accepted as true (without proof)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designed to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friend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, but I don't blame him, he's quite right to make things clear.</w:t>
      </w:r>
      <w:r>
        <w:br/>
      </w:r>
      <w:r>
        <w:t xml:space="preserve">    (a) impulsive (acting suddenly without much thought)</w:t>
      </w:r>
      <w:r>
        <w:br/>
      </w:r>
      <w:r>
        <w:t xml:space="preserve">    (b) most important; or person that is most important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Mallinson answered with that touch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 </w:t>
      </w:r>
      <w:r>
        <w:rPr>
          <w:b/>
          <w:bCs/>
        </w:rPr>
        <w:t xml:space="preserve">which any healthy-minded young Englishman must feel at the mention of poetry.</w:t>
      </w:r>
      <w:r>
        <w:br/>
      </w:r>
      <w:r>
        <w:t xml:space="preserve">    (a) disrespect or reject as not good enough</w:t>
      </w:r>
      <w:r>
        <w:br/>
      </w:r>
      <w:r>
        <w:t xml:space="preserve">    (b) move from more general to more specific</w:t>
      </w:r>
      <w:r>
        <w:br/>
      </w:r>
      <w:r>
        <w:t xml:space="preserve">    (c) not answer questions; or block progress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Conway responded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, and afterwards, when he and Chang were left together, commented on the vividness with which the lamas appeared to recollect their pre-Tibetan lives.</w:t>
      </w:r>
      <w:r>
        <w:br/>
      </w:r>
      <w:r>
        <w:t xml:space="preserve">    (a) in a friendly way</w:t>
      </w:r>
      <w:r>
        <w:br/>
      </w:r>
      <w:r>
        <w:t xml:space="preserve">    (b) in a pleasing way</w:t>
      </w:r>
      <w:r>
        <w:br/>
      </w:r>
      <w:r>
        <w:t xml:space="preserve">    (c) in a skillful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liked the serene world that Shangri-La offered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pacified</w:t>
      </w:r>
      <w:r>
        <w:rPr>
          <w:b/>
          <w:bCs/>
        </w:rPr>
        <w:t xml:space="preserve"> </w:t>
      </w:r>
      <w:r>
        <w:rPr>
          <w:b/>
          <w:bCs/>
        </w:rPr>
        <w:t xml:space="preserve">rather than dominated by its single tremendous idea.</w:t>
      </w:r>
      <w:r>
        <w:br/>
      </w:r>
      <w:r>
        <w:t xml:space="preserve">    (a) caused to happen or occurred as a consequence</w:t>
      </w:r>
      <w:r>
        <w:br/>
      </w:r>
      <w:r>
        <w:t xml:space="preserve">    (b) donated a portion of one's income to a church</w:t>
      </w:r>
      <w:r>
        <w:br/>
      </w:r>
      <w:r>
        <w:t xml:space="preserve">    (c) calm someone who is angry; or establish peace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do as we think fit, guided a little by the example of the past, but still more by our present wisdom, and by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clairvoyance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future.</w:t>
      </w:r>
      <w:r>
        <w:br/>
      </w:r>
      <w:r>
        <w:t xml:space="preserve">    (a) a school of philosophy whose adherents try not to be affected by pleasure, pain, or emotions</w:t>
      </w:r>
      <w:r>
        <w:br/>
      </w:r>
      <w:r>
        <w:t xml:space="preserve">    (b) to perceive things beyond the natural range of the senses -- especially foreseeing the future</w:t>
      </w:r>
      <w:r>
        <w:br/>
      </w:r>
      <w:r>
        <w:t xml:space="preserve">    (c) measles -- a highly contagious viral disease marked by distinct red spots followed by a rash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knew, too, that his mind dwelt in a world of its own, Shangri-La in microcosm, and that this world also was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allows</w:t>
      </w:r>
      <w:r>
        <w:br/>
      </w:r>
      <w:r>
        <w:t xml:space="preserve">    (b) danger</w:t>
      </w:r>
      <w:r>
        <w:br/>
      </w:r>
      <w:r>
        <w:t xml:space="preserve">    (c) useful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2026-07-31T17:35:56Z</dcterms:created>
  <dcterms:modified xsi:type="dcterms:W3CDTF">2026-07-31T17:35:56Z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