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336cdb4cc374dde26d8aa7fea984a8187cbdcd"/>
    <w:p>
      <w:pPr>
        <w:pStyle w:val="Heading1"/>
      </w:pPr>
      <w:r>
        <w:rPr>
          <w:b/>
          <w:bCs/>
        </w:rPr>
        <w:t xml:space="preserve">Lord of the Flies</w:t>
      </w:r>
      <w:r>
        <w:br/>
      </w:r>
      <w:r>
        <w:rPr>
          <w:i/>
          <w:iCs/>
        </w:rPr>
        <w:t xml:space="preserve">William Golding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book was released to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acclaim</w:t>
      </w:r>
      <w:r>
        <w:rPr>
          <w:b/>
          <w:bCs/>
        </w:rPr>
        <w:t xml:space="preserve">.</w:t>
      </w:r>
      <w:r>
        <w:br/>
      </w:r>
      <w:r>
        <w:t xml:space="preserve">    (a) criticism</w:t>
      </w:r>
      <w:r>
        <w:br/>
      </w:r>
      <w:r>
        <w:t xml:space="preserve">    (b) praise</w:t>
      </w:r>
      <w:r>
        <w:br/>
      </w:r>
      <w:r>
        <w:t xml:space="preserve">    (c) curiosity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removed the rug from my bedroom because of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asthma</w:t>
      </w:r>
      <w:r>
        <w:rPr>
          <w:b/>
          <w:bCs/>
        </w:rPr>
        <w:t xml:space="preserve">.</w:t>
      </w:r>
      <w:r>
        <w:br/>
      </w:r>
      <w:r>
        <w:t xml:space="preserve">    (a) headaches</w:t>
      </w:r>
      <w:r>
        <w:br/>
      </w:r>
      <w:r>
        <w:t xml:space="preserve">    (b) sore throat</w:t>
      </w:r>
      <w:r>
        <w:br/>
      </w:r>
      <w:r>
        <w:t xml:space="preserve">    (c) breathing trouble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so quiet; our breathing was the only thing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audible</w:t>
      </w:r>
      <w:r>
        <w:rPr>
          <w:b/>
          <w:bCs/>
        </w:rPr>
        <w:t xml:space="preserve"> </w:t>
      </w:r>
      <w:r>
        <w:rPr>
          <w:b/>
          <w:bCs/>
        </w:rPr>
        <w:t xml:space="preserve">in the room.</w:t>
      </w:r>
      <w:r>
        <w:br/>
      </w:r>
      <w:r>
        <w:t xml:space="preserve">    (a) capable of being heard</w:t>
      </w:r>
      <w:r>
        <w:br/>
      </w:r>
      <w:r>
        <w:t xml:space="preserve">    (b) making too much noise</w:t>
      </w:r>
      <w:r>
        <w:br/>
      </w:r>
      <w:r>
        <w:t xml:space="preserve">    (c) that was comforting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Noisy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clamor</w:t>
      </w:r>
      <w:r>
        <w:rPr>
          <w:b/>
          <w:bCs/>
        </w:rPr>
        <w:t xml:space="preserve"> </w:t>
      </w:r>
      <w:r>
        <w:rPr>
          <w:b/>
          <w:bCs/>
        </w:rPr>
        <w:t xml:space="preserve">gave way to reasoned dialogue.</w:t>
      </w:r>
      <w:r>
        <w:br/>
      </w:r>
      <w:r>
        <w:t xml:space="preserve">    (a) demands</w:t>
      </w:r>
      <w:r>
        <w:br/>
      </w:r>
      <w:r>
        <w:t xml:space="preserve">    (b) whining</w:t>
      </w:r>
      <w:r>
        <w:br/>
      </w:r>
      <w:r>
        <w:t xml:space="preserve">    (c) insults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Does the sentence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</w:t>
      </w:r>
      <w:r>
        <w:rPr>
          <w:b/>
          <w:bCs/>
        </w:rPr>
        <w:t xml:space="preserve"> </w:t>
      </w:r>
      <w:r>
        <w:rPr>
          <w:b/>
          <w:bCs/>
        </w:rPr>
        <w:t xml:space="preserve">what is said in the previous paragraph?</w:t>
      </w:r>
      <w:r>
        <w:br/>
      </w:r>
      <w:r>
        <w:t xml:space="preserve">    (a) reinforce</w:t>
      </w:r>
      <w:r>
        <w:br/>
      </w:r>
      <w:r>
        <w:t xml:space="preserve">    (b) disagree with</w:t>
      </w:r>
      <w:r>
        <w:br/>
      </w:r>
      <w:r>
        <w:t xml:space="preserve">    (c) expand upon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Please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my gratitude for her hospitality.</w:t>
      </w:r>
      <w:r>
        <w:br/>
      </w:r>
      <w:r>
        <w:t xml:space="preserve">    (a) express</w:t>
      </w:r>
      <w:r>
        <w:br/>
      </w:r>
      <w:r>
        <w:t xml:space="preserve">    (b) understand</w:t>
      </w:r>
      <w:r>
        <w:br/>
      </w:r>
      <w:r>
        <w:t xml:space="preserve">    (c) accept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film received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critical</w:t>
      </w:r>
      <w:r>
        <w:rPr>
          <w:b/>
          <w:bCs/>
        </w:rPr>
        <w:t xml:space="preserve"> </w:t>
      </w:r>
      <w:r>
        <w:rPr>
          <w:b/>
          <w:bCs/>
        </w:rPr>
        <w:t xml:space="preserve">and commercial success.</w:t>
      </w:r>
      <w:r>
        <w:br/>
      </w:r>
      <w:r>
        <w:t xml:space="preserve">    (a) diverse opinion</w:t>
      </w:r>
      <w:r>
        <w:br/>
      </w:r>
      <w:r>
        <w:t xml:space="preserve">    (b) expert opinion</w:t>
      </w:r>
      <w:r>
        <w:br/>
      </w:r>
      <w:r>
        <w:t xml:space="preserve">    (c) popular opinion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easy to work with. 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</w:t>
      </w:r>
      <w:r>
        <w:rPr>
          <w:b/>
          <w:bCs/>
        </w:rPr>
        <w:t xml:space="preserve"> </w:t>
      </w:r>
      <w:r>
        <w:rPr>
          <w:b/>
          <w:bCs/>
        </w:rPr>
        <w:t xml:space="preserve">in her communications and expectations.</w:t>
      </w:r>
      <w:r>
        <w:br/>
      </w:r>
      <w:r>
        <w:t xml:space="preserve">    (a) humble</w:t>
      </w:r>
      <w:r>
        <w:br/>
      </w:r>
      <w:r>
        <w:t xml:space="preserve">    (b) straightforward</w:t>
      </w:r>
      <w:r>
        <w:br/>
      </w:r>
      <w:r>
        <w:t xml:space="preserve">    (c) considerate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week, 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focusing</w:t>
      </w:r>
      <w:r>
        <w:rPr>
          <w:b/>
          <w:bCs/>
        </w:rPr>
        <w:t xml:space="preserve"> </w:t>
      </w:r>
      <w:r>
        <w:rPr>
          <w:b/>
          <w:bCs/>
        </w:rPr>
        <w:t xml:space="preserve">on finishing my research paper.</w:t>
      </w:r>
      <w:r>
        <w:br/>
      </w:r>
      <w:r>
        <w:t xml:space="preserve">    (a) depending</w:t>
      </w:r>
      <w:r>
        <w:br/>
      </w:r>
      <w:r>
        <w:t xml:space="preserve">    (b) getting help</w:t>
      </w:r>
      <w:r>
        <w:br/>
      </w:r>
      <w:r>
        <w:t xml:space="preserve">    (c) concentrating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satellite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focuses</w:t>
      </w:r>
      <w:r>
        <w:rPr>
          <w:b/>
          <w:bCs/>
        </w:rPr>
        <w:t xml:space="preserve"> </w:t>
      </w:r>
      <w:r>
        <w:rPr>
          <w:b/>
          <w:bCs/>
        </w:rPr>
        <w:t xml:space="preserve">the signal into a narrow beam.</w:t>
      </w:r>
      <w:r>
        <w:br/>
      </w:r>
      <w:r>
        <w:t xml:space="preserve">    (a) spreads</w:t>
      </w:r>
      <w:r>
        <w:br/>
      </w:r>
      <w:r>
        <w:t xml:space="preserve">    (b) pulses</w:t>
      </w:r>
      <w:r>
        <w:br/>
      </w:r>
      <w:r>
        <w:t xml:space="preserve">    (c) concentrates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couldn't hear what they were saying or see their faces, but by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gesticulations</w:t>
      </w:r>
      <w:r>
        <w:rPr>
          <w:b/>
          <w:bCs/>
        </w:rPr>
        <w:t xml:space="preserve">, I'm sure they were angry at each other.</w:t>
      </w:r>
      <w:r>
        <w:br/>
      </w:r>
      <w:r>
        <w:t xml:space="preserve">    (a) gestures</w:t>
      </w:r>
      <w:r>
        <w:br/>
      </w:r>
      <w:r>
        <w:t xml:space="preserve">    (b) tones of voice</w:t>
      </w:r>
      <w:r>
        <w:br/>
      </w:r>
      <w:r>
        <w:t xml:space="preserve">    (c) facial expressions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day after the funeral, she was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grave</w:t>
      </w:r>
      <w:r>
        <w:rPr>
          <w:b/>
          <w:bCs/>
        </w:rPr>
        <w:t xml:space="preserve"> </w:t>
      </w:r>
      <w:r>
        <w:rPr>
          <w:b/>
          <w:bCs/>
        </w:rPr>
        <w:t xml:space="preserve">mood.</w:t>
      </w:r>
      <w:r>
        <w:br/>
      </w:r>
      <w:r>
        <w:t xml:space="preserve">    (a) solemn</w:t>
      </w:r>
      <w:r>
        <w:br/>
      </w:r>
      <w:r>
        <w:t xml:space="preserve">    (b) hysterical</w:t>
      </w:r>
      <w:r>
        <w:br/>
      </w:r>
      <w:r>
        <w:t xml:space="preserve">    (c) fearful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policy has widespread legal and political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implications</w:t>
      </w:r>
      <w:r>
        <w:rPr>
          <w:b/>
          <w:bCs/>
        </w:rPr>
        <w:t xml:space="preserve">.</w:t>
      </w:r>
      <w:r>
        <w:br/>
      </w:r>
      <w:r>
        <w:t xml:space="preserve">    (a) effects</w:t>
      </w:r>
      <w:r>
        <w:br/>
      </w:r>
      <w:r>
        <w:t xml:space="preserve">    (b) advantages</w:t>
      </w:r>
      <w:r>
        <w:br/>
      </w:r>
      <w:r>
        <w:t xml:space="preserve">    (c) disadvantages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Harry Potter said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incantation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"expecto patronum"</w:t>
      </w:r>
      <w:r>
        <w:rPr>
          <w:b/>
          <w:bCs/>
        </w:rPr>
        <w:t xml:space="preserve"> </w:t>
      </w:r>
      <w:r>
        <w:rPr>
          <w:b/>
          <w:bCs/>
        </w:rPr>
        <w:t xml:space="preserve">as he focuses on a happy memory to summon protection from dark magic.</w:t>
      </w:r>
      <w:r>
        <w:br/>
      </w:r>
      <w:r>
        <w:t xml:space="preserve">    (a) magic words</w:t>
      </w:r>
      <w:r>
        <w:br/>
      </w:r>
      <w:r>
        <w:t xml:space="preserve">    (b) common saying</w:t>
      </w:r>
      <w:r>
        <w:br/>
      </w:r>
      <w:r>
        <w:t xml:space="preserve">    (c) foreign phrase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indignant</w:t>
      </w:r>
      <w:r>
        <w:rPr>
          <w:b/>
          <w:bCs/>
        </w:rPr>
        <w:t xml:space="preserve">, but she agreed to be searched when they accused her of shoplifting.</w:t>
      </w:r>
      <w:r>
        <w:br/>
      </w:r>
      <w:r>
        <w:t xml:space="preserve">    (a) surprised at the unexpected</w:t>
      </w:r>
      <w:r>
        <w:br/>
      </w:r>
      <w:r>
        <w:t xml:space="preserve">    (b) defensive about being suspected</w:t>
      </w:r>
      <w:r>
        <w:br/>
      </w:r>
      <w:r>
        <w:t xml:space="preserve">    (c) annoyed at something unjust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writer should delete the sentence because it provides background information that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irrelevant</w:t>
      </w:r>
      <w:r>
        <w:rPr>
          <w:b/>
          <w:bCs/>
        </w:rPr>
        <w:t xml:space="preserve"> </w:t>
      </w:r>
      <w:r>
        <w:rPr>
          <w:b/>
          <w:bCs/>
        </w:rPr>
        <w:t xml:space="preserve">to the paragraph.</w:t>
      </w:r>
      <w:r>
        <w:br/>
      </w:r>
      <w:r>
        <w:t xml:space="preserve">    (a) confusing</w:t>
      </w:r>
      <w:r>
        <w:br/>
      </w:r>
      <w:r>
        <w:t xml:space="preserve">    (b) too wordy</w:t>
      </w:r>
      <w:r>
        <w:br/>
      </w:r>
      <w:r>
        <w:t xml:space="preserve">    (c) unimportant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quoted him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out of context</w:t>
      </w:r>
      <w:r>
        <w:rPr>
          <w:b/>
          <w:bCs/>
        </w:rPr>
        <w:t xml:space="preserve">.</w:t>
      </w:r>
      <w:r>
        <w:br/>
      </w:r>
      <w:r>
        <w:t xml:space="preserve">    (a) in a respectful manner</w:t>
      </w:r>
      <w:r>
        <w:br/>
      </w:r>
      <w:r>
        <w:t xml:space="preserve">    (b) in a convincing manner</w:t>
      </w:r>
      <w:r>
        <w:br/>
      </w:r>
      <w:r>
        <w:t xml:space="preserve">    (c) in a misleading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</w:t>
      </w:r>
      <w:r>
        <w:rPr>
          <w:b/>
          <w:bCs/>
        </w:rPr>
        <w:t xml:space="preserve"> </w:t>
      </w:r>
      <w:r>
        <w:rPr>
          <w:b/>
          <w:bCs/>
        </w:rPr>
        <w:t xml:space="preserve">agreement.</w:t>
      </w:r>
      <w:r>
        <w:br/>
      </w:r>
      <w:r>
        <w:t xml:space="preserve">    (a) clear</w:t>
      </w:r>
      <w:r>
        <w:br/>
      </w:r>
      <w:r>
        <w:t xml:space="preserve">    (b) implied</w:t>
      </w:r>
      <w:r>
        <w:br/>
      </w:r>
      <w:r>
        <w:t xml:space="preserve">    (c) reasonable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study found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traces</w:t>
      </w:r>
      <w:r>
        <w:rPr>
          <w:b/>
          <w:bCs/>
        </w:rPr>
        <w:t xml:space="preserve"> </w:t>
      </w:r>
      <w:r>
        <w:rPr>
          <w:b/>
          <w:bCs/>
        </w:rPr>
        <w:t xml:space="preserve">of cocaine on most $20 bills used in large cities of the United States and Canada.</w:t>
      </w:r>
      <w:r>
        <w:br/>
      </w:r>
      <w:r>
        <w:t xml:space="preserve">    (a) large amounts</w:t>
      </w:r>
      <w:r>
        <w:br/>
      </w:r>
      <w:r>
        <w:t xml:space="preserve">    (b) various types of</w:t>
      </w:r>
      <w:r>
        <w:br/>
      </w:r>
      <w:r>
        <w:t xml:space="preserve">    (c) tiny quantities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traced</w:t>
      </w:r>
      <w:r>
        <w:rPr>
          <w:b/>
          <w:bCs/>
        </w:rPr>
        <w:t xml:space="preserve"> </w:t>
      </w:r>
      <w:r>
        <w:rPr>
          <w:b/>
          <w:bCs/>
        </w:rPr>
        <w:t xml:space="preserve">the illnesses back to a single restaurant.</w:t>
      </w:r>
      <w:r>
        <w:br/>
      </w:r>
      <w:r>
        <w:t xml:space="preserve">    (a) followed</w:t>
      </w:r>
      <w:r>
        <w:br/>
      </w:r>
      <w:r>
        <w:t xml:space="preserve">    (b) pushed</w:t>
      </w:r>
      <w:r>
        <w:br/>
      </w:r>
      <w:r>
        <w:t xml:space="preserve">    (c) turned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2026-07-31T14:21:33Z</dcterms:created>
  <dcterms:modified xsi:type="dcterms:W3CDTF">2026-07-31T14:21:33Z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