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783a6b47c5581215c87ff3abb13a389a49f0172"/>
    <w:p>
      <w:pPr>
        <w:pStyle w:val="Heading1"/>
      </w:pPr>
      <w:r>
        <w:rPr>
          <w:b/>
          <w:bCs/>
        </w:rPr>
        <w:t xml:space="preserve">Lord of the Flies</w:t>
      </w:r>
      <w:r>
        <w:br/>
      </w:r>
      <w:r>
        <w:rPr>
          <w:i/>
          <w:iCs/>
        </w:rPr>
        <w:t xml:space="preserve">William Golding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exact numbers are shown in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accompanying</w:t>
      </w:r>
      <w:r>
        <w:rPr>
          <w:b/>
          <w:bCs/>
        </w:rPr>
        <w:t xml:space="preserve"> </w:t>
      </w:r>
      <w:r>
        <w:rPr>
          <w:b/>
          <w:bCs/>
        </w:rPr>
        <w:t xml:space="preserve">table.</w:t>
      </w:r>
      <w:r>
        <w:br/>
      </w:r>
      <w:r>
        <w:t xml:space="preserve">    (a) provided together</w:t>
      </w:r>
      <w:r>
        <w:br/>
      </w:r>
      <w:r>
        <w:t xml:space="preserve">    (b) informative</w:t>
      </w:r>
      <w:r>
        <w:br/>
      </w:r>
      <w:r>
        <w:t xml:space="preserve">    (c) previously published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recorded the song at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apex</w:t>
      </w:r>
      <w:r>
        <w:rPr>
          <w:b/>
          <w:bCs/>
        </w:rPr>
        <w:t xml:space="preserve"> </w:t>
      </w:r>
      <w:r>
        <w:rPr>
          <w:b/>
          <w:bCs/>
        </w:rPr>
        <w:t xml:space="preserve">of her popularity.</w:t>
      </w:r>
      <w:r>
        <w:br/>
      </w:r>
      <w:r>
        <w:t xml:space="preserve">    (a) lowest point</w:t>
      </w:r>
      <w:r>
        <w:br/>
      </w:r>
      <w:r>
        <w:t xml:space="preserve">    (b) highest point</w:t>
      </w:r>
      <w:r>
        <w:br/>
      </w:r>
      <w:r>
        <w:t xml:space="preserve">    (c) beginning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These rules are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bastion</w:t>
      </w:r>
      <w:r>
        <w:rPr>
          <w:b/>
          <w:bCs/>
        </w:rPr>
        <w:t xml:space="preserve"> </w:t>
      </w:r>
      <w:r>
        <w:rPr>
          <w:b/>
          <w:bCs/>
        </w:rPr>
        <w:t xml:space="preserve">against corruption.</w:t>
      </w:r>
      <w:r>
        <w:br/>
      </w:r>
      <w:r>
        <w:t xml:space="preserve">    (a) prime example</w:t>
      </w:r>
      <w:r>
        <w:br/>
      </w:r>
      <w:r>
        <w:t xml:space="preserve">    (b) defensive fortification</w:t>
      </w:r>
      <w:r>
        <w:br/>
      </w:r>
      <w:r>
        <w:t xml:space="preserve">    (c) weak spot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burned in effigy</w:t>
      </w:r>
      <w:r>
        <w:rPr>
          <w:b/>
          <w:bCs/>
        </w:rPr>
        <w:t xml:space="preserve"> </w:t>
      </w:r>
      <w:r>
        <w:rPr>
          <w:b/>
          <w:bCs/>
        </w:rPr>
        <w:t xml:space="preserve">by the mob.</w:t>
      </w:r>
      <w:r>
        <w:br/>
      </w:r>
      <w:r>
        <w:t xml:space="preserve">    (a) burned with tar and feathered</w:t>
      </w:r>
      <w:r>
        <w:br/>
      </w:r>
      <w:r>
        <w:t xml:space="preserve">    (b) burned in a bath of hot water</w:t>
      </w:r>
      <w:r>
        <w:br/>
      </w:r>
      <w:r>
        <w:t xml:space="preserve">    (c) a likeness that represented him was burned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was impolite. She pretended not to notice except that she treated him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contempt</w:t>
      </w:r>
      <w:r>
        <w:rPr>
          <w:b/>
          <w:bCs/>
        </w:rPr>
        <w:t xml:space="preserve">.</w:t>
      </w:r>
      <w:r>
        <w:br/>
      </w:r>
      <w:r>
        <w:t xml:space="preserve">    (a) impatience</w:t>
      </w:r>
      <w:r>
        <w:br/>
      </w:r>
      <w:r>
        <w:t xml:space="preserve">    (b) great annoyance</w:t>
      </w:r>
      <w:r>
        <w:br/>
      </w:r>
      <w:r>
        <w:t xml:space="preserve">    (c) lack of respect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derided</w:t>
      </w:r>
      <w:r>
        <w:rPr>
          <w:b/>
          <w:bCs/>
        </w:rPr>
        <w:t xml:space="preserve"> </w:t>
      </w:r>
      <w:r>
        <w:rPr>
          <w:b/>
          <w:bCs/>
        </w:rPr>
        <w:t xml:space="preserve">him as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hormone-ravaged</w:t>
      </w:r>
      <w:r>
        <w:rPr>
          <w:b/>
          <w:bCs/>
        </w:rPr>
        <w:t xml:space="preserve">.</w:t>
      </w:r>
      <w:r>
        <w:br/>
      </w:r>
      <w:r>
        <w:t xml:space="preserve">    (a) made fun of</w:t>
      </w:r>
      <w:r>
        <w:br/>
      </w:r>
      <w:r>
        <w:t xml:space="preserve">    (b) sympathized with</w:t>
      </w:r>
      <w:r>
        <w:br/>
      </w:r>
      <w:r>
        <w:t xml:space="preserve">    (c) whispered about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software does a good job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differentiating</w:t>
      </w:r>
      <w:r>
        <w:rPr>
          <w:b/>
          <w:bCs/>
        </w:rPr>
        <w:t xml:space="preserve"> </w:t>
      </w:r>
      <w:r>
        <w:rPr>
          <w:b/>
          <w:bCs/>
        </w:rPr>
        <w:t xml:space="preserve">between real messages and spam.</w:t>
      </w:r>
      <w:r>
        <w:br/>
      </w:r>
      <w:r>
        <w:t xml:space="preserve">    (a) including everything</w:t>
      </w:r>
      <w:r>
        <w:br/>
      </w:r>
      <w:r>
        <w:t xml:space="preserve">    (b) recognizing difference</w:t>
      </w:r>
      <w:r>
        <w:br/>
      </w:r>
      <w:r>
        <w:t xml:space="preserve">    (c) rapidly switching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like to rest my eyes by periodically looking up from the computer and gazing out the window at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foliage</w:t>
      </w:r>
      <w:r>
        <w:rPr>
          <w:b/>
          <w:bCs/>
        </w:rPr>
        <w:t xml:space="preserve">.</w:t>
      </w:r>
      <w:r>
        <w:br/>
      </w:r>
      <w:r>
        <w:t xml:space="preserve">    (a) clouds</w:t>
      </w:r>
      <w:r>
        <w:br/>
      </w:r>
      <w:r>
        <w:t xml:space="preserve">    (b) birds</w:t>
      </w:r>
      <w:r>
        <w:br/>
      </w:r>
      <w:r>
        <w:t xml:space="preserve">    (c) plant leaves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seemed uninformed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inarticulate</w:t>
      </w:r>
      <w:r>
        <w:rPr>
          <w:b/>
          <w:bCs/>
        </w:rPr>
        <w:t xml:space="preserve"> </w:t>
      </w:r>
      <w:r>
        <w:rPr>
          <w:b/>
          <w:bCs/>
        </w:rPr>
        <w:t xml:space="preserve">compared to her opponent in the debate.</w:t>
      </w:r>
      <w:r>
        <w:br/>
      </w:r>
      <w:r>
        <w:t xml:space="preserve">    (a) biased</w:t>
      </w:r>
      <w:r>
        <w:br/>
      </w:r>
      <w:r>
        <w:t xml:space="preserve">    (b) without empathy</w:t>
      </w:r>
      <w:r>
        <w:br/>
      </w:r>
      <w:r>
        <w:t xml:space="preserve">    (c) poorly spoken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have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interposed</w:t>
      </w:r>
      <w:r>
        <w:rPr>
          <w:b/>
          <w:bCs/>
        </w:rPr>
        <w:t xml:space="preserve"> </w:t>
      </w:r>
      <w:r>
        <w:rPr>
          <w:b/>
          <w:bCs/>
        </w:rPr>
        <w:t xml:space="preserve">themselves on the side of our enemy.</w:t>
      </w:r>
      <w:r>
        <w:br/>
      </w:r>
      <w:r>
        <w:t xml:space="preserve">    (a) inserted</w:t>
      </w:r>
      <w:r>
        <w:br/>
      </w:r>
      <w:r>
        <w:t xml:space="preserve">    (b) hidden</w:t>
      </w:r>
      <w:r>
        <w:br/>
      </w:r>
      <w:r>
        <w:t xml:space="preserve">    (c) been seen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lamented</w:t>
      </w:r>
      <w:r>
        <w:rPr>
          <w:b/>
          <w:bCs/>
        </w:rPr>
        <w:t xml:space="preserve"> </w:t>
      </w:r>
      <w:r>
        <w:rPr>
          <w:b/>
          <w:bCs/>
        </w:rPr>
        <w:t xml:space="preserve">our sad circumstances.</w:t>
      </w:r>
      <w:r>
        <w:br/>
      </w:r>
      <w:r>
        <w:t xml:space="preserve">    (a) improved</w:t>
      </w:r>
      <w:r>
        <w:br/>
      </w:r>
      <w:r>
        <w:t xml:space="preserve">    (b) expressed grief about</w:t>
      </w:r>
      <w:r>
        <w:br/>
      </w:r>
      <w:r>
        <w:t xml:space="preserve">    (c) made worse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It's the funniest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parody</w:t>
      </w:r>
      <w:r>
        <w:rPr>
          <w:b/>
          <w:bCs/>
        </w:rPr>
        <w:t xml:space="preserve"> </w:t>
      </w:r>
      <w:r>
        <w:rPr>
          <w:b/>
          <w:bCs/>
        </w:rPr>
        <w:t xml:space="preserve">on YouTube.</w:t>
      </w:r>
      <w:r>
        <w:br/>
      </w:r>
      <w:r>
        <w:t xml:space="preserve">    (a) exaggeration of somebody's style</w:t>
      </w:r>
      <w:r>
        <w:br/>
      </w:r>
      <w:r>
        <w:t xml:space="preserve">    (b) jokes by a comedian</w:t>
      </w:r>
      <w:r>
        <w:br/>
      </w:r>
      <w:r>
        <w:t xml:space="preserve">    (c) skit using understatement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pinnacle</w:t>
      </w:r>
      <w:r>
        <w:rPr>
          <w:b/>
          <w:bCs/>
        </w:rPr>
        <w:t xml:space="preserve"> </w:t>
      </w:r>
      <w:r>
        <w:rPr>
          <w:b/>
          <w:bCs/>
        </w:rPr>
        <w:t xml:space="preserve">of her success, she was earning over a million dollars a year.</w:t>
      </w:r>
      <w:r>
        <w:br/>
      </w:r>
      <w:r>
        <w:t xml:space="preserve">    (a) highest point</w:t>
      </w:r>
      <w:r>
        <w:br/>
      </w:r>
      <w:r>
        <w:t xml:space="preserve">    (b) beginning</w:t>
      </w:r>
      <w:r>
        <w:br/>
      </w:r>
      <w:r>
        <w:t xml:space="preserve">    (c) end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sheer</w:t>
      </w:r>
      <w:r>
        <w:rPr>
          <w:b/>
          <w:bCs/>
        </w:rPr>
        <w:t xml:space="preserve"> </w:t>
      </w:r>
      <w:r>
        <w:rPr>
          <w:b/>
          <w:bCs/>
        </w:rPr>
        <w:t xml:space="preserve">cliff drops from the lighthouse to the sea.</w:t>
      </w:r>
      <w:r>
        <w:br/>
      </w:r>
      <w:r>
        <w:t xml:space="preserve">    (a) ragged</w:t>
      </w:r>
      <w:r>
        <w:br/>
      </w:r>
      <w:r>
        <w:t xml:space="preserve">    (b) steep</w:t>
      </w:r>
      <w:r>
        <w:br/>
      </w:r>
      <w:r>
        <w:t xml:space="preserve">    (c) rock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boat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sheered</w:t>
      </w:r>
      <w:r>
        <w:rPr>
          <w:b/>
          <w:bCs/>
        </w:rPr>
        <w:t xml:space="preserve"> </w:t>
      </w:r>
      <w:r>
        <w:rPr>
          <w:b/>
          <w:bCs/>
        </w:rPr>
        <w:t xml:space="preserve">toward the whale and silenced the engines drifting forward until it was about 100 yards away.</w:t>
      </w:r>
      <w:r>
        <w:br/>
      </w:r>
      <w:r>
        <w:t xml:space="preserve">    (a) raced</w:t>
      </w:r>
      <w:r>
        <w:br/>
      </w:r>
      <w:r>
        <w:t xml:space="preserve">    (b) turned sharply</w:t>
      </w:r>
      <w:r>
        <w:br/>
      </w:r>
      <w:r>
        <w:t xml:space="preserve">    (c) made a gentle arc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couldn't think clearly until the pain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subsided</w:t>
      </w:r>
      <w:r>
        <w:rPr>
          <w:b/>
          <w:bCs/>
        </w:rPr>
        <w:t xml:space="preserve">.</w:t>
      </w:r>
      <w:r>
        <w:br/>
      </w:r>
      <w:r>
        <w:t xml:space="preserve">    (a) decreased</w:t>
      </w:r>
      <w:r>
        <w:br/>
      </w:r>
      <w:r>
        <w:t xml:space="preserve">    (b) was treated</w:t>
      </w:r>
      <w:r>
        <w:br/>
      </w:r>
      <w:r>
        <w:t xml:space="preserve">    (c) forced focus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donation will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sustain</w:t>
      </w:r>
      <w:r>
        <w:rPr>
          <w:b/>
          <w:bCs/>
        </w:rPr>
        <w:t xml:space="preserve"> </w:t>
      </w:r>
      <w:r>
        <w:rPr>
          <w:b/>
          <w:bCs/>
        </w:rPr>
        <w:t xml:space="preserve">our efforts to help the homeless.</w:t>
      </w:r>
      <w:r>
        <w:br/>
      </w:r>
      <w:r>
        <w:t xml:space="preserve">    (a) support</w:t>
      </w:r>
      <w:r>
        <w:br/>
      </w:r>
      <w:r>
        <w:t xml:space="preserve">    (b) finalize</w:t>
      </w:r>
      <w:r>
        <w:br/>
      </w:r>
      <w:r>
        <w:t xml:space="preserve">    (c) disrupt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started the project with optimism, but she did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sustain</w:t>
      </w:r>
      <w:r>
        <w:rPr>
          <w:b/>
          <w:bCs/>
        </w:rPr>
        <w:t xml:space="preserve"> </w:t>
      </w:r>
      <w:r>
        <w:rPr>
          <w:b/>
          <w:bCs/>
        </w:rPr>
        <w:t xml:space="preserve">the effort required to complete it.</w:t>
      </w:r>
      <w:r>
        <w:br/>
      </w:r>
      <w:r>
        <w:t xml:space="preserve">    (a) increase</w:t>
      </w:r>
      <w:r>
        <w:br/>
      </w:r>
      <w:r>
        <w:t xml:space="preserve">    (b) continue</w:t>
      </w:r>
      <w:r>
        <w:br/>
      </w:r>
      <w:r>
        <w:t xml:space="preserve">    (c) suffer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company is in danger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utter</w:t>
      </w:r>
      <w:r>
        <w:rPr>
          <w:b/>
          <w:bCs/>
        </w:rPr>
        <w:t xml:space="preserve"> </w:t>
      </w:r>
      <w:r>
        <w:rPr>
          <w:b/>
          <w:bCs/>
        </w:rPr>
        <w:t xml:space="preserve">collapse.</w:t>
      </w:r>
      <w:r>
        <w:br/>
      </w:r>
      <w:r>
        <w:t xml:space="preserve">    (a) total or complete</w:t>
      </w:r>
      <w:r>
        <w:br/>
      </w:r>
      <w:r>
        <w:t xml:space="preserve">    (b) possible</w:t>
      </w:r>
      <w:r>
        <w:br/>
      </w:r>
      <w:r>
        <w:t xml:space="preserve">    (c) partial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decision was made before I could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utter</w:t>
      </w:r>
      <w:r>
        <w:rPr>
          <w:b/>
          <w:bCs/>
        </w:rPr>
        <w:t xml:space="preserve"> </w:t>
      </w:r>
      <w:r>
        <w:rPr>
          <w:b/>
          <w:bCs/>
        </w:rPr>
        <w:t xml:space="preserve">an opinion.</w:t>
      </w:r>
      <w:r>
        <w:br/>
      </w:r>
      <w:r>
        <w:t xml:space="preserve">    (a) say with the voice</w:t>
      </w:r>
      <w:r>
        <w:br/>
      </w:r>
      <w:r>
        <w:t xml:space="preserve">    (b) say forcefully</w:t>
      </w:r>
      <w:r>
        <w:br/>
      </w:r>
      <w:r>
        <w:t xml:space="preserve">    (c) write carefully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2026-07-31T14:21:34Z</dcterms:created>
  <dcterms:modified xsi:type="dcterms:W3CDTF">2026-07-31T14:21:34Z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