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a05c3f472cd7998d940bc31fda70a8caf04d58a"/>
    <w:p>
      <w:pPr>
        <w:pStyle w:val="Heading1"/>
      </w:pPr>
      <w:r>
        <w:rPr>
          <w:b/>
          <w:bCs/>
        </w:rPr>
        <w:t xml:space="preserve">Lord of the Flies</w:t>
      </w:r>
      <w:r>
        <w:br/>
      </w:r>
      <w:r>
        <w:rPr>
          <w:i/>
          <w:iCs/>
        </w:rPr>
        <w:t xml:space="preserve">William Golding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"My auntie told me not to run," he explained, "on account of 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asthma</w:t>
      </w:r>
      <w:r>
        <w:rPr>
          <w:b/>
          <w:bCs/>
        </w:rPr>
        <w:t xml:space="preserve">."</w:t>
      </w:r>
      <w:r>
        <w:br/>
      </w:r>
      <w:r>
        <w:t xml:space="preserve">    (a) weak lungs</w:t>
      </w:r>
      <w:r>
        <w:br/>
      </w:r>
      <w:r>
        <w:t xml:space="preserve">    (b) weak heart</w:t>
      </w:r>
      <w:r>
        <w:br/>
      </w:r>
      <w:r>
        <w:t xml:space="preserve">    (c) weak legs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looked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critically</w:t>
      </w:r>
      <w:r>
        <w:rPr>
          <w:b/>
          <w:bCs/>
        </w:rPr>
        <w:t xml:space="preserve"> </w:t>
      </w:r>
      <w:r>
        <w:rPr>
          <w:b/>
          <w:bCs/>
        </w:rPr>
        <w:t xml:space="preserve">at Ralph's golden body and then down at his own clothes.</w:t>
      </w:r>
      <w:r>
        <w:br/>
      </w:r>
      <w:r>
        <w:t xml:space="preserve">    (a) in a manner that evaluates</w:t>
      </w:r>
      <w:r>
        <w:br/>
      </w:r>
      <w:r>
        <w:t xml:space="preserve">    (b) in a manner that teases</w:t>
      </w:r>
      <w:r>
        <w:br/>
      </w:r>
      <w:r>
        <w:t xml:space="preserve">    (c) in a manner that regrets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shell was interesting and pretty and a worthy plaything; but the vivid phantoms of his day-dream still interposed between him and Piggy, who in this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context</w:t>
      </w:r>
      <w:r>
        <w:rPr>
          <w:b/>
          <w:bCs/>
        </w:rPr>
        <w:t xml:space="preserve"> </w:t>
      </w:r>
      <w:r>
        <w:rPr>
          <w:b/>
          <w:bCs/>
        </w:rPr>
        <w:t xml:space="preserve">was an irrelevance.</w:t>
      </w:r>
      <w:r>
        <w:br/>
      </w:r>
      <w:r>
        <w:t xml:space="preserve">    (a) nightmare</w:t>
      </w:r>
      <w:r>
        <w:br/>
      </w:r>
      <w:r>
        <w:t xml:space="preserve">    (b) situation</w:t>
      </w:r>
      <w:r>
        <w:br/>
      </w:r>
      <w:r>
        <w:t xml:space="preserve">    (c) island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Jack started to protest but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clamor</w:t>
      </w:r>
      <w:r>
        <w:rPr>
          <w:b/>
          <w:bCs/>
        </w:rPr>
        <w:t xml:space="preserve"> </w:t>
      </w:r>
      <w:r>
        <w:rPr>
          <w:b/>
          <w:bCs/>
        </w:rPr>
        <w:t xml:space="preserve">changed from the general wish for a chief to an election by acclaim of Ralph himself.</w:t>
      </w:r>
      <w:r>
        <w:br/>
      </w:r>
      <w:r>
        <w:t xml:space="preserve">    (a) noisy demands</w:t>
      </w:r>
      <w:r>
        <w:br/>
      </w:r>
      <w:r>
        <w:t xml:space="preserve">    (b) speeches</w:t>
      </w:r>
      <w:r>
        <w:br/>
      </w:r>
      <w:r>
        <w:t xml:space="preserve">    (c) thinking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Jack started to protest but the clamor changed from the general wish for a chief to an election by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acclaim</w:t>
      </w:r>
      <w:r>
        <w:rPr>
          <w:b/>
          <w:bCs/>
        </w:rPr>
        <w:t xml:space="preserve"> </w:t>
      </w:r>
      <w:r>
        <w:rPr>
          <w:b/>
          <w:bCs/>
        </w:rPr>
        <w:t xml:space="preserve">of Ralph himself.</w:t>
      </w:r>
      <w:r>
        <w:br/>
      </w:r>
      <w:r>
        <w:t xml:space="preserve">    (a) voiced praise</w:t>
      </w:r>
      <w:r>
        <w:br/>
      </w:r>
      <w:r>
        <w:t xml:space="preserve">    (b) written ballot</w:t>
      </w:r>
      <w:r>
        <w:br/>
      </w:r>
      <w:r>
        <w:t xml:space="preserve">    (c) formal vote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None of the boys could have found good reason for this; what intelligence had been shown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traceable</w:t>
      </w:r>
      <w:r>
        <w:rPr>
          <w:b/>
          <w:bCs/>
        </w:rPr>
        <w:t xml:space="preserve"> </w:t>
      </w:r>
      <w:r>
        <w:rPr>
          <w:b/>
          <w:bCs/>
        </w:rPr>
        <w:t xml:space="preserve">to Piggy while the most obvious leader was Jack.</w:t>
      </w:r>
      <w:r>
        <w:br/>
      </w:r>
      <w:r>
        <w:t xml:space="preserve">    (a) able to be given</w:t>
      </w:r>
      <w:r>
        <w:br/>
      </w:r>
      <w:r>
        <w:t xml:space="preserve">    (b) able to be sketched</w:t>
      </w:r>
      <w:r>
        <w:br/>
      </w:r>
      <w:r>
        <w:t xml:space="preserve">    (c) able to be followed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hasn't been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trace</w:t>
      </w:r>
      <w:r>
        <w:rPr>
          <w:b/>
          <w:bCs/>
        </w:rPr>
        <w:t xml:space="preserve"> </w:t>
      </w:r>
      <w:r>
        <w:rPr>
          <w:b/>
          <w:bCs/>
        </w:rPr>
        <w:t xml:space="preserve">of a ship.</w:t>
      </w:r>
      <w:r>
        <w:br/>
      </w:r>
      <w:r>
        <w:t xml:space="preserve">    (a) any sign</w:t>
      </w:r>
      <w:r>
        <w:br/>
      </w:r>
      <w:r>
        <w:t xml:space="preserve">    (b) navigation</w:t>
      </w:r>
      <w:r>
        <w:br/>
      </w:r>
      <w:r>
        <w:t xml:space="preserve">    (c) drawing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snatched his knife out of the sheath and slammed it into a tree trunk. "Next time there would be no mercy." He looked round fiercely, daring them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contradict</w:t>
      </w:r>
      <w:r>
        <w:rPr>
          <w:b/>
          <w:bCs/>
        </w:rPr>
        <w:t xml:space="preserve">.</w:t>
      </w:r>
      <w:r>
        <w:br/>
      </w:r>
      <w:r>
        <w:t xml:space="preserve">    (a) disagree</w:t>
      </w:r>
      <w:r>
        <w:br/>
      </w:r>
      <w:r>
        <w:t xml:space="preserve">    (b) agree</w:t>
      </w:r>
      <w:r>
        <w:br/>
      </w:r>
      <w:r>
        <w:t xml:space="preserve">    (c) leave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grave</w:t>
      </w:r>
      <w:r>
        <w:rPr>
          <w:b/>
          <w:bCs/>
        </w:rPr>
        <w:t xml:space="preserve"> </w:t>
      </w:r>
      <w:r>
        <w:rPr>
          <w:b/>
          <w:bCs/>
        </w:rPr>
        <w:t xml:space="preserve">nodding; they knew about nightmares.</w:t>
      </w:r>
      <w:r>
        <w:br/>
      </w:r>
      <w:r>
        <w:t xml:space="preserve">    (a) calm and untroubled</w:t>
      </w:r>
      <w:r>
        <w:br/>
      </w:r>
      <w:r>
        <w:t xml:space="preserve">    (b) exaggerated</w:t>
      </w:r>
      <w:r>
        <w:br/>
      </w:r>
      <w:r>
        <w:t xml:space="preserve">    (c) serious and solemn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Daring,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indignant</w:t>
      </w:r>
      <w:r>
        <w:rPr>
          <w:b/>
          <w:bCs/>
        </w:rPr>
        <w:t xml:space="preserve">, Piggy took the conch. "That's what I said! I said about our meetings and things and then you said shut up—"</w:t>
      </w:r>
      <w:r>
        <w:br/>
      </w:r>
      <w:r>
        <w:t xml:space="preserve">    (a) confused</w:t>
      </w:r>
      <w:r>
        <w:br/>
      </w:r>
      <w:r>
        <w:t xml:space="preserve">    (b) pleased</w:t>
      </w:r>
      <w:r>
        <w:br/>
      </w:r>
      <w:r>
        <w:t xml:space="preserve">    (c) angry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"Well, the littluns are—" 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gesticulated</w:t>
      </w:r>
      <w:r>
        <w:rPr>
          <w:b/>
          <w:bCs/>
        </w:rPr>
        <w:t xml:space="preserve">, sought for a word.</w:t>
      </w:r>
      <w:r>
        <w:br/>
      </w:r>
      <w:r>
        <w:t xml:space="preserve">    (a) made a gesture</w:t>
      </w:r>
      <w:r>
        <w:br/>
      </w:r>
      <w:r>
        <w:t xml:space="preserve">    (b) fed the fire</w:t>
      </w:r>
      <w:r>
        <w:br/>
      </w:r>
      <w:r>
        <w:t xml:space="preserve">    (c) became quiet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chant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audible</w:t>
      </w:r>
      <w:r>
        <w:rPr>
          <w:b/>
          <w:bCs/>
        </w:rPr>
        <w:t xml:space="preserve"> </w:t>
      </w:r>
      <w:r>
        <w:rPr>
          <w:b/>
          <w:bCs/>
        </w:rPr>
        <w:t xml:space="preserve">but at that distance still wordless.</w:t>
      </w:r>
      <w:r>
        <w:br/>
      </w:r>
      <w:r>
        <w:t xml:space="preserve">    (a) too noisy</w:t>
      </w:r>
      <w:r>
        <w:br/>
      </w:r>
      <w:r>
        <w:t xml:space="preserve">    (b) not able to be heard</w:t>
      </w:r>
      <w:r>
        <w:br/>
      </w:r>
      <w:r>
        <w:t xml:space="preserve">    (c) capable of being heard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"We've killed a pig." ...</w:t>
      </w:r>
      <w:r>
        <w:br/>
      </w:r>
      <w:r>
        <w:rPr>
          <w:b/>
          <w:bCs/>
        </w:rPr>
        <w:t xml:space="preserve">"You let the fire go out."</w:t>
      </w:r>
      <w:r>
        <w:br/>
      </w:r>
      <w:r>
        <w:rPr>
          <w:b/>
          <w:bCs/>
        </w:rPr>
        <w:t xml:space="preserve">Jack checked, vaguely irritated by this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irrelevance</w:t>
      </w:r>
      <w:r>
        <w:rPr>
          <w:b/>
          <w:bCs/>
        </w:rPr>
        <w:t xml:space="preserve"> </w:t>
      </w:r>
      <w:r>
        <w:rPr>
          <w:b/>
          <w:bCs/>
        </w:rPr>
        <w:t xml:space="preserve">but too happy to let it worry him.</w:t>
      </w:r>
      <w:r>
        <w:br/>
      </w:r>
      <w:r>
        <w:rPr>
          <w:b/>
          <w:bCs/>
        </w:rPr>
        <w:t xml:space="preserve">"We can light the fire again. You should have been with us, Ralph. We had a smashing time."</w:t>
      </w:r>
      <w:r>
        <w:br/>
      </w:r>
      <w:r>
        <w:t xml:space="preserve">    (a) unimportant thing</w:t>
      </w:r>
      <w:r>
        <w:br/>
      </w:r>
      <w:r>
        <w:t xml:space="preserve">    (b) important news</w:t>
      </w:r>
      <w:r>
        <w:br/>
      </w:r>
      <w:r>
        <w:t xml:space="preserve">    (c) interruption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"There was a ship."</w:t>
      </w:r>
      <w:r>
        <w:br/>
      </w:r>
      <w:r>
        <w:rPr>
          <w:b/>
          <w:bCs/>
        </w:rPr>
        <w:t xml:space="preserve">Jack, faced at once with too many awful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implications</w:t>
      </w:r>
      <w:r>
        <w:rPr>
          <w:b/>
          <w:bCs/>
        </w:rPr>
        <w:t xml:space="preserve">, ducked away from them.</w:t>
      </w:r>
      <w:r>
        <w:br/>
      </w:r>
      <w:r>
        <w:rPr>
          <w:b/>
          <w:bCs/>
        </w:rPr>
        <w:t xml:space="preserve">...</w:t>
      </w:r>
      <w:r>
        <w:br/>
      </w:r>
      <w:r>
        <w:rPr>
          <w:b/>
          <w:bCs/>
        </w:rPr>
        <w:t xml:space="preserve">"We might have gone home—"</w:t>
      </w:r>
      <w:r>
        <w:br/>
      </w:r>
      <w:r>
        <w:t xml:space="preserve">    (a) things that are confusing</w:t>
      </w:r>
      <w:r>
        <w:br/>
      </w:r>
      <w:r>
        <w:t xml:space="preserve">    (b) things that can be concluded</w:t>
      </w:r>
      <w:r>
        <w:br/>
      </w:r>
      <w:r>
        <w:t xml:space="preserve">    (c) things that were unexpected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Tacitly</w:t>
      </w:r>
      <w:r>
        <w:rPr>
          <w:b/>
          <w:bCs/>
        </w:rPr>
        <w:t xml:space="preserve"> </w:t>
      </w:r>
      <w:r>
        <w:rPr>
          <w:b/>
          <w:bCs/>
        </w:rPr>
        <w:t xml:space="preserve">admitting that he remembered the unmentionable, Ralph nodded to Piggy.</w:t>
      </w:r>
      <w:r>
        <w:br/>
      </w:r>
      <w:r>
        <w:t xml:space="preserve">    (a) indirectly</w:t>
      </w:r>
      <w:r>
        <w:br/>
      </w:r>
      <w:r>
        <w:t xml:space="preserve">    (b) sarcastically</w:t>
      </w:r>
      <w:r>
        <w:br/>
      </w:r>
      <w:r>
        <w:t xml:space="preserve">    (c) angrily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Percival Wemys Madison, of the Vicarage, Harcourt St. Anthony, lying in the long grass, was living through circumstances in which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incantation</w:t>
      </w:r>
      <w:r>
        <w:rPr>
          <w:b/>
          <w:bCs/>
        </w:rPr>
        <w:t xml:space="preserve"> </w:t>
      </w:r>
      <w:r>
        <w:rPr>
          <w:b/>
          <w:bCs/>
        </w:rPr>
        <w:t xml:space="preserve">of his address was powerless to help him.</w:t>
      </w:r>
      <w:r>
        <w:br/>
      </w:r>
      <w:r>
        <w:t xml:space="preserve">    (a) impressiveness</w:t>
      </w:r>
      <w:r>
        <w:br/>
      </w:r>
      <w:r>
        <w:t xml:space="preserve">    (b) reputation</w:t>
      </w:r>
      <w:r>
        <w:br/>
      </w:r>
      <w:r>
        <w:t xml:space="preserve">    (c) voicing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Attention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focused</w:t>
      </w:r>
      <w:r>
        <w:rPr>
          <w:b/>
          <w:bCs/>
        </w:rPr>
        <w:t xml:space="preserve"> </w:t>
      </w:r>
      <w:r>
        <w:rPr>
          <w:b/>
          <w:bCs/>
        </w:rPr>
        <w:t xml:space="preserve">on Jack.</w:t>
      </w:r>
      <w:r>
        <w:br/>
      </w:r>
      <w:r>
        <w:t xml:space="preserve">    (a) began again</w:t>
      </w:r>
      <w:r>
        <w:br/>
      </w:r>
      <w:r>
        <w:t xml:space="preserve">    (b) concentrated</w:t>
      </w:r>
      <w:r>
        <w:br/>
      </w:r>
      <w:r>
        <w:t xml:space="preserve">    (c) remembered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For the first time on the island, Piggy himself removed his one glass, knelt down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focused</w:t>
      </w:r>
      <w:r>
        <w:rPr>
          <w:b/>
          <w:bCs/>
        </w:rPr>
        <w:t xml:space="preserve"> </w:t>
      </w:r>
      <w:r>
        <w:rPr>
          <w:b/>
          <w:bCs/>
        </w:rPr>
        <w:t xml:space="preserve">the sun on tinder.</w:t>
      </w:r>
      <w:r>
        <w:br/>
      </w:r>
      <w:r>
        <w:t xml:space="preserve">    (a) shaded</w:t>
      </w:r>
      <w:r>
        <w:br/>
      </w:r>
      <w:r>
        <w:t xml:space="preserve">    (b) concentrated</w:t>
      </w:r>
      <w:r>
        <w:br/>
      </w:r>
      <w:r>
        <w:t xml:space="preserve">    (c) shined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Piggy sought in his mind for words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convey</w:t>
      </w:r>
      <w:r>
        <w:rPr>
          <w:b/>
          <w:bCs/>
        </w:rPr>
        <w:t xml:space="preserve"> </w:t>
      </w:r>
      <w:r>
        <w:rPr>
          <w:b/>
          <w:bCs/>
        </w:rPr>
        <w:t xml:space="preserve">his passionate willingness to carry the conch against all odds.</w:t>
      </w:r>
      <w:r>
        <w:br/>
      </w:r>
      <w:r>
        <w:t xml:space="preserve">    (a) bolster or strengthen</w:t>
      </w:r>
      <w:r>
        <w:br/>
      </w:r>
      <w:r>
        <w:t xml:space="preserve">    (b) overcome</w:t>
      </w:r>
      <w:r>
        <w:br/>
      </w:r>
      <w:r>
        <w:t xml:space="preserve">    (c) communicate or express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"When they find me, what are they going to do?"</w:t>
      </w:r>
      <w:r>
        <w:br/>
      </w:r>
      <w:r>
        <w:rPr>
          <w:b/>
          <w:bCs/>
        </w:rPr>
        <w:t xml:space="preserve">...</w:t>
      </w:r>
      <w:r>
        <w:br/>
      </w:r>
      <w:r>
        <w:rPr>
          <w:b/>
          <w:bCs/>
        </w:rPr>
        <w:t xml:space="preserve">The twins answered his question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indirectly</w:t>
      </w:r>
      <w:r>
        <w:rPr>
          <w:b/>
          <w:bCs/>
        </w:rPr>
        <w:t xml:space="preserve">. "You got to go now, Ralph. For your own good."</w:t>
      </w:r>
      <w:r>
        <w:br/>
      </w:r>
      <w:r>
        <w:t xml:space="preserve">    (a) in a playful manner</w:t>
      </w:r>
      <w:r>
        <w:br/>
      </w:r>
      <w:r>
        <w:t xml:space="preserve">    (b) in an evasive manner</w:t>
      </w:r>
      <w:r>
        <w:br/>
      </w:r>
      <w:r>
        <w:t xml:space="preserve">    (c) in a joyful manner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2026-07-31T14:21:33Z</dcterms:created>
  <dcterms:modified xsi:type="dcterms:W3CDTF">2026-07-31T14:21:33Z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