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3ebe8344f497213c3fc2b69481f6fc77fc68f0"/>
    <w:p>
      <w:pPr>
        <w:pStyle w:val="Heading1"/>
      </w:pPr>
      <w:r>
        <w:rPr>
          <w:b/>
          <w:bCs/>
        </w:rPr>
        <w:t xml:space="preserve">Lord of Light</w:t>
      </w:r>
      <w:r>
        <w:br/>
      </w:r>
      <w:r>
        <w:rPr>
          <w:i/>
          <w:iCs/>
        </w:rPr>
        <w:t xml:space="preserve">Roger Zelazny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tended the pray-machine, and the giant metal lotus he had set atop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monastery</w:t>
      </w:r>
      <w:r>
        <w:rPr>
          <w:b/>
          <w:bCs/>
        </w:rPr>
        <w:t xml:space="preserve"> </w:t>
      </w:r>
      <w:r>
        <w:rPr>
          <w:b/>
          <w:bCs/>
        </w:rPr>
        <w:t xml:space="preserve">roof turned and turned in its sockets.</w:t>
      </w:r>
      <w:r>
        <w:br/>
      </w:r>
      <w:r>
        <w:t xml:space="preserve">    (a) island (that is made of a coral reef)</w:t>
      </w:r>
      <w:r>
        <w:br/>
      </w:r>
      <w:r>
        <w:t xml:space="preserve">    (b) the residence of a religious community</w:t>
      </w:r>
      <w:r>
        <w:br/>
      </w:r>
      <w:r>
        <w:t xml:space="preserve">    (c) dense, rainy forest with many species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Under his breath, he called upon the more notable of the current fertility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deities</w:t>
      </w:r>
      <w:r>
        <w:rPr>
          <w:b/>
          <w:bCs/>
        </w:rPr>
        <w:t xml:space="preserve">, invoking them in terms of their most prominent Attributes.</w:t>
      </w:r>
      <w:r>
        <w:br/>
      </w:r>
      <w:r>
        <w:t xml:space="preserve">    (a) gods or goddesses</w:t>
      </w:r>
      <w:r>
        <w:br/>
      </w:r>
      <w:r>
        <w:t xml:space="preserve">    (b) after tax incomes</w:t>
      </w:r>
      <w:r>
        <w:br/>
      </w:r>
      <w:r>
        <w:t xml:space="preserve">    (c) gives or supplies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Under his breath, he called upon the more notable of the current fertility deities, invoking them in terms of their most prominent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Attributes</w:t>
      </w:r>
      <w:r>
        <w:rPr>
          <w:b/>
          <w:bCs/>
        </w:rPr>
        <w:t xml:space="preserve">.</w:t>
      </w:r>
      <w:r>
        <w:br/>
      </w:r>
      <w:r>
        <w:t xml:space="preserve">    (a) dreamlike states of altered consciousness</w:t>
      </w:r>
      <w:r>
        <w:br/>
      </w:r>
      <w:r>
        <w:t xml:space="preserve">    (b) characteristics (of something or someone)</w:t>
      </w:r>
      <w:r>
        <w:br/>
      </w:r>
      <w:r>
        <w:t xml:space="preserve">    (c) piles of wood or other burnable materials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know that he stole the fabric of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doctrine</w:t>
      </w:r>
      <w:r>
        <w:rPr>
          <w:b/>
          <w:bCs/>
        </w:rPr>
        <w:t xml:space="preserve">, path and attainment, the whole robe, from prehistorical forbidden sources.</w:t>
      </w:r>
      <w:r>
        <w:br/>
      </w:r>
      <w:r>
        <w:t xml:space="preserve">    (a) a substance that stimulates the production of antibodies to protect against a disease</w:t>
      </w:r>
      <w:r>
        <w:br/>
      </w:r>
      <w:r>
        <w:t xml:space="preserve">    (b) an economic system where most decisions are made through voluntary buying and selling</w:t>
      </w:r>
      <w:r>
        <w:br/>
      </w:r>
      <w:r>
        <w:t xml:space="preserve">    (c) a belief (or system of beliefs or principles) accepted as authoritative by some group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only fitting, therefore, that we fallen ones take umbrage within the pale of another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venerable</w:t>
      </w:r>
      <w:r>
        <w:rPr>
          <w:b/>
          <w:bCs/>
        </w:rPr>
        <w:t xml:space="preserve"> </w:t>
      </w:r>
      <w:r>
        <w:rPr>
          <w:b/>
          <w:bCs/>
        </w:rPr>
        <w:t xml:space="preserve">tradition.</w:t>
      </w:r>
      <w:r>
        <w:br/>
      </w:r>
      <w:r>
        <w:t xml:space="preserve">    (a) [of food] able to be prepared in a manner that keeps it from spoiling</w:t>
      </w:r>
      <w:r>
        <w:br/>
      </w:r>
      <w:r>
        <w:t xml:space="preserve">    (b) relating to understanding or explaining something in a particular way</w:t>
      </w:r>
      <w:r>
        <w:br/>
      </w:r>
      <w:r>
        <w:t xml:space="preserve">    (c) respected (worthy of respect) -- typically because of age or position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could not permit them to continue their attempts to possess the machines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incarnation</w:t>
      </w:r>
      <w:r>
        <w:rPr>
          <w:b/>
          <w:bCs/>
        </w:rPr>
        <w:t xml:space="preserve"> </w:t>
      </w:r>
      <w:r>
        <w:rPr>
          <w:b/>
          <w:bCs/>
        </w:rPr>
        <w:t xml:space="preserve">and the bodies of men.</w:t>
      </w:r>
      <w:r>
        <w:br/>
      </w:r>
      <w:r>
        <w:t xml:space="preserve">    (a) difference</w:t>
      </w:r>
      <w:r>
        <w:br/>
      </w:r>
      <w:r>
        <w:t xml:space="preserve">    (b) thigh bone</w:t>
      </w:r>
      <w:r>
        <w:br/>
      </w:r>
      <w:r>
        <w:t xml:space="preserve">    (c) embodiment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monk</w:t>
      </w:r>
      <w:r>
        <w:rPr>
          <w:b/>
          <w:bCs/>
        </w:rPr>
        <w:t xml:space="preserve"> </w:t>
      </w:r>
      <w:r>
        <w:rPr>
          <w:b/>
          <w:bCs/>
        </w:rPr>
        <w:t xml:space="preserve">located a priest and passed the information to him.</w:t>
      </w:r>
      <w:r>
        <w:br/>
      </w:r>
      <w:r>
        <w:t xml:space="preserve">    (a) a system of government with a ruler who has absolute power -- especially one who abuses that power</w:t>
      </w:r>
      <w:r>
        <w:br/>
      </w:r>
      <w:r>
        <w:t xml:space="preserve">    (b) gradual destruction (of something previously established) -- such as a government, rule, or belief</w:t>
      </w:r>
      <w:r>
        <w:br/>
      </w:r>
      <w:r>
        <w:t xml:space="preserve">    (c) a male member of a religious order typically living under vows of poverty, chastity, and obedience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Dust off some of your old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parables</w:t>
      </w:r>
      <w:r>
        <w:rPr>
          <w:b/>
          <w:bCs/>
        </w:rPr>
        <w:t xml:space="preserve">.</w:t>
      </w:r>
      <w:r>
        <w:br/>
      </w:r>
      <w:r>
        <w:t xml:space="preserve">    (a) short stories told to teach moral lessons</w:t>
      </w:r>
      <w:r>
        <w:br/>
      </w:r>
      <w:r>
        <w:t xml:space="preserve">    (b) characteristics (of something or someone)</w:t>
      </w:r>
      <w:r>
        <w:br/>
      </w:r>
      <w:r>
        <w:t xml:space="preserve">    (c) dreamlike states of altered consciousness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problem, therefore, is not one of good or evil, but one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esthetics</w:t>
      </w:r>
      <w:r>
        <w:rPr>
          <w:b/>
          <w:bCs/>
        </w:rPr>
        <w:t xml:space="preserve">.</w:t>
      </w:r>
      <w:r>
        <w:br/>
      </w:r>
      <w:r>
        <w:t xml:space="preserve">    (a) related to beauty or good taste; or the study of what is beautiful or tasteful</w:t>
      </w:r>
      <w:r>
        <w:br/>
      </w:r>
      <w:r>
        <w:t xml:space="preserve">    (b) defensive players who line up closest to the sideline to defend against passes</w:t>
      </w:r>
      <w:r>
        <w:br/>
      </w:r>
      <w:r>
        <w:t xml:space="preserve">    (c) powerful attacks; or sudden and enormous amount of things that must be handled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came then a flashing of lights along the lengths of the Nagas, the two holy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serpents</w:t>
      </w:r>
      <w:r>
        <w:rPr>
          <w:b/>
          <w:bCs/>
        </w:rPr>
        <w:t xml:space="preserve"> </w:t>
      </w:r>
      <w:r>
        <w:rPr>
          <w:b/>
          <w:bCs/>
        </w:rPr>
        <w:t xml:space="preserve">who twisted about the transparent face of the machine.</w:t>
      </w:r>
      <w:r>
        <w:br/>
      </w:r>
      <w:r>
        <w:t xml:space="preserve">    (a) snakes</w:t>
      </w:r>
      <w:r>
        <w:br/>
      </w:r>
      <w:r>
        <w:t xml:space="preserve">    (b) enters</w:t>
      </w:r>
      <w:r>
        <w:br/>
      </w:r>
      <w:r>
        <w:t xml:space="preserve">    (c) copies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About a dozen years ago the Council authorized the use of psych-</w:t>
      </w:r>
      <w:r>
        <w:rPr>
          <w:b/>
          <w:bCs/>
          <w:u w:val="single"/>
        </w:rPr>
        <w:t xml:space="preserve">probes</w:t>
      </w:r>
      <w:r>
        <w:rPr>
          <w:b/>
          <w:bCs/>
        </w:rPr>
        <w:t xml:space="preserve"> </w:t>
      </w:r>
      <w:r>
        <w:rPr>
          <w:b/>
          <w:bCs/>
        </w:rPr>
        <w:t xml:space="preserve">on those who were up for renewal.</w:t>
      </w:r>
      <w:r>
        <w:br/>
      </w:r>
      <w:r>
        <w:t xml:space="preserve">    (a) isn't voting "yes" or "no"; or voluntarily isn't doing something -- such as drinking alcohol</w:t>
      </w:r>
      <w:r>
        <w:br/>
      </w:r>
      <w:r>
        <w:t xml:space="preserve">    (b) officially requests, demands, or takings of things; or the forms used to make such requests</w:t>
      </w:r>
      <w:r>
        <w:br/>
      </w:r>
      <w:r>
        <w:t xml:space="preserve">    (c) investigations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Brahma entered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pavilion</w:t>
      </w:r>
      <w:r>
        <w:rPr>
          <w:b/>
          <w:bCs/>
        </w:rPr>
        <w:t xml:space="preserve"> </w:t>
      </w:r>
      <w:r>
        <w:rPr>
          <w:b/>
          <w:bCs/>
        </w:rPr>
        <w:t xml:space="preserve">and crossed to the screen of crystal, about which a bronze Naga twisted, tail in teeth.</w:t>
      </w:r>
      <w:r>
        <w:br/>
      </w:r>
      <w:r>
        <w:t xml:space="preserve">    (a) a small group of people who plot in secret and exercise power</w:t>
      </w:r>
      <w:r>
        <w:br/>
      </w:r>
      <w:r>
        <w:t xml:space="preserve">    (b) make something more attractive or interesting by adding to it</w:t>
      </w:r>
      <w:r>
        <w:br/>
      </w:r>
      <w:r>
        <w:t xml:space="preserve">    (c) a large structure separate from a main structure or temporary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Twice,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parried</w:t>
      </w:r>
      <w:r>
        <w:rPr>
          <w:b/>
          <w:bCs/>
        </w:rPr>
        <w:t xml:space="preserve"> </w:t>
      </w:r>
      <w:r>
        <w:rPr>
          <w:b/>
          <w:bCs/>
        </w:rPr>
        <w:t xml:space="preserve">the staff.</w:t>
      </w:r>
      <w:r>
        <w:br/>
      </w:r>
      <w:r>
        <w:t xml:space="preserve">    (a) changed</w:t>
      </w:r>
      <w:r>
        <w:br/>
      </w:r>
      <w:r>
        <w:t xml:space="preserve">    (b) delayed</w:t>
      </w:r>
      <w:r>
        <w:br/>
      </w:r>
      <w:r>
        <w:t xml:space="preserve">    (c) avoided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Eight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pyres</w:t>
      </w:r>
      <w:r>
        <w:rPr>
          <w:b/>
          <w:bCs/>
        </w:rPr>
        <w:t xml:space="preserve"> </w:t>
      </w:r>
      <w:r>
        <w:rPr>
          <w:b/>
          <w:bCs/>
        </w:rPr>
        <w:t xml:space="preserve">blazed against the predawn sky.</w:t>
      </w:r>
      <w:r>
        <w:br/>
      </w:r>
      <w:r>
        <w:t xml:space="preserve">    (a) works of fiction depicting a bleak future</w:t>
      </w:r>
      <w:r>
        <w:br/>
      </w:r>
      <w:r>
        <w:t xml:space="preserve">    (b) dreamlike states of altered consciousness</w:t>
      </w:r>
      <w:r>
        <w:br/>
      </w:r>
      <w:r>
        <w:t xml:space="preserve">    (c) piles of wood or other burnable materials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you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detracted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glory of a goddess, whose supremacy here has always been undisputed.</w:t>
      </w:r>
      <w:r>
        <w:br/>
      </w:r>
      <w:r>
        <w:t xml:space="preserve">    (a) diminished (reduced the value of something)</w:t>
      </w:r>
      <w:r>
        <w:br/>
      </w:r>
      <w:r>
        <w:t xml:space="preserve">    (b) concentrated, look at, or paid attention to</w:t>
      </w:r>
      <w:r>
        <w:br/>
      </w:r>
      <w:r>
        <w:t xml:space="preserve">    (c) began speaking with someone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Why do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Regents</w:t>
      </w:r>
      <w:r>
        <w:rPr>
          <w:b/>
          <w:bCs/>
        </w:rPr>
        <w:t xml:space="preserve"> </w:t>
      </w:r>
      <w:r>
        <w:rPr>
          <w:b/>
          <w:bCs/>
        </w:rPr>
        <w:t xml:space="preserve">of the world approach?</w:t>
      </w:r>
      <w:r>
        <w:br/>
      </w:r>
      <w:r>
        <w:t xml:space="preserve">    (a) organisms in the early stages of growth prior to birth, hatching, or sprouting; in humans organisms during the first eight weeks of development (prior to the fetal stage)</w:t>
      </w:r>
      <w:r>
        <w:br/>
      </w:r>
      <w:r>
        <w:t xml:space="preserve">    (b) used historically or possibly in relation to a very poor country:  people of low income, education, and social standing -- especially those who raise crops or livestock</w:t>
      </w:r>
      <w:r>
        <w:br/>
      </w:r>
      <w:r>
        <w:t xml:space="preserve">    (c) someone appointed to a position of temporary or delegated authority -- such as a temporarily while the king or queen is too young, too sick, or away; or a member of a governing board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I shall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wrest</w:t>
      </w:r>
      <w:r>
        <w:rPr>
          <w:b/>
          <w:bCs/>
        </w:rPr>
        <w:t xml:space="preserve"> </w:t>
      </w:r>
      <w:r>
        <w:rPr>
          <w:b/>
          <w:bCs/>
        </w:rPr>
        <w:t xml:space="preserve">it from him and turn it against him.</w:t>
      </w:r>
      <w:r>
        <w:br/>
      </w:r>
      <w:r>
        <w:t xml:space="preserve">    (a) obtain with difficult effort or force</w:t>
      </w:r>
      <w:r>
        <w:br/>
      </w:r>
      <w:r>
        <w:t xml:space="preserve">    (b) a quick look or partial understanding</w:t>
      </w:r>
      <w:r>
        <w:br/>
      </w:r>
      <w:r>
        <w:t xml:space="preserve">    (c) protect something or keep it as it is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horde of demons had tried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descend</w:t>
      </w:r>
      <w:r>
        <w:rPr>
          <w:b/>
          <w:bCs/>
        </w:rPr>
        <w:t xml:space="preserve"> </w:t>
      </w:r>
      <w:r>
        <w:rPr>
          <w:b/>
          <w:bCs/>
        </w:rPr>
        <w:t xml:space="preserve">upon the City at that moment, but the power of the weird held them back.</w:t>
      </w:r>
      <w:r>
        <w:br/>
      </w:r>
      <w:r>
        <w:t xml:space="preserve">    (a) lie or mislead</w:t>
      </w:r>
      <w:r>
        <w:br/>
      </w:r>
      <w:r>
        <w:t xml:space="preserve">    (b) come or arrive</w:t>
      </w:r>
      <w:r>
        <w:br/>
      </w:r>
      <w:r>
        <w:t xml:space="preserve">    (c) begin fighting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Sam raised his lance and a jagged line of light ran up into the heavens, provoking a dozen more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descend</w:t>
      </w:r>
      <w:r>
        <w:rPr>
          <w:b/>
          <w:bCs/>
        </w:rPr>
        <w:t xml:space="preserve"> </w:t>
      </w:r>
      <w:r>
        <w:rPr>
          <w:b/>
          <w:bCs/>
        </w:rPr>
        <w:t xml:space="preserve">upon the field.</w:t>
      </w:r>
      <w:r>
        <w:br/>
      </w:r>
      <w:r>
        <w:t xml:space="preserve">    (a) mirror back (an image)</w:t>
      </w:r>
      <w:r>
        <w:br/>
      </w:r>
      <w:r>
        <w:t xml:space="preserve">    (b) create dramatic change</w:t>
      </w:r>
      <w:r>
        <w:br/>
      </w:r>
      <w:r>
        <w:t xml:space="preserve">    (c) come down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another party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assails</w:t>
      </w:r>
      <w:r>
        <w:rPr>
          <w:b/>
          <w:bCs/>
        </w:rPr>
        <w:t xml:space="preserve"> </w:t>
      </w:r>
      <w:r>
        <w:rPr>
          <w:b/>
          <w:bCs/>
        </w:rPr>
        <w:t xml:space="preserve">the gates of the city!</w:t>
      </w:r>
      <w:r>
        <w:br/>
      </w:r>
      <w:r>
        <w:t xml:space="preserve">    (a) is attractive or desirable</w:t>
      </w:r>
      <w:r>
        <w:br/>
      </w:r>
      <w:r>
        <w:t xml:space="preserve">    (b) struggles or disagreements</w:t>
      </w:r>
      <w:r>
        <w:br/>
      </w:r>
      <w:r>
        <w:t xml:space="preserve">    (c) to attack or cause trouble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2026-07-31T16:31:45Z</dcterms:created>
  <dcterms:modified xsi:type="dcterms:W3CDTF">2026-07-31T16:31:45Z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