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ebfdc49ced6b352bef32f01a5e494452fdc68f"/>
    <w:p>
      <w:pPr>
        <w:pStyle w:val="Heading1"/>
      </w:pPr>
      <w:r>
        <w:rPr>
          <w:b/>
          <w:bCs/>
        </w:rPr>
        <w:t xml:space="preserve">Lord Jim</w:t>
      </w:r>
      <w:r>
        <w:br/>
      </w:r>
      <w:r>
        <w:rPr>
          <w:i/>
          <w:iCs/>
        </w:rPr>
        <w:t xml:space="preserve">Joseph Conrad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grew up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abject</w:t>
      </w:r>
      <w:r>
        <w:rPr>
          <w:b/>
          <w:bCs/>
        </w:rPr>
        <w:t xml:space="preserve"> </w:t>
      </w:r>
      <w:r>
        <w:rPr>
          <w:b/>
          <w:bCs/>
        </w:rPr>
        <w:t xml:space="preserve">poverty; though she didn't know it.</w:t>
      </w:r>
      <w:r>
        <w:br/>
      </w:r>
      <w:r>
        <w:t xml:space="preserve">    (a) beneficial</w:t>
      </w:r>
      <w:r>
        <w:br/>
      </w:r>
      <w:r>
        <w:t xml:space="preserve">    (b) extreme</w:t>
      </w:r>
      <w:r>
        <w:br/>
      </w:r>
      <w:r>
        <w:t xml:space="preserve">    (c) moderate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was before she was trained, when her work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abominable</w:t>
      </w:r>
      <w:r>
        <w:rPr>
          <w:b/>
          <w:bCs/>
        </w:rPr>
        <w:t xml:space="preserve">.</w:t>
      </w:r>
      <w:r>
        <w:br/>
      </w:r>
      <w:r>
        <w:t xml:space="preserve">    (a) exceptionally bad</w:t>
      </w:r>
      <w:r>
        <w:br/>
      </w:r>
      <w:r>
        <w:t xml:space="preserve">    (b) showing early promise</w:t>
      </w:r>
      <w:r>
        <w:br/>
      </w:r>
      <w:r>
        <w:t xml:space="preserve">    (c) incomplete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didn't mention any names, but everyone knew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alluding</w:t>
      </w:r>
      <w:r>
        <w:rPr>
          <w:b/>
          <w:bCs/>
        </w:rPr>
        <w:t xml:space="preserve"> </w:t>
      </w:r>
      <w:r>
        <w:rPr>
          <w:b/>
          <w:bCs/>
        </w:rPr>
        <w:t xml:space="preserve">to the President.</w:t>
      </w:r>
      <w:r>
        <w:br/>
      </w:r>
      <w:r>
        <w:t xml:space="preserve">    (a) not talking</w:t>
      </w:r>
      <w:r>
        <w:br/>
      </w:r>
      <w:r>
        <w:t xml:space="preserve">    (b) indirectly referring</w:t>
      </w:r>
      <w:r>
        <w:br/>
      </w:r>
      <w:r>
        <w:t xml:space="preserve">    (c) being discouraging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scheduled a news conference to respond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appalling</w:t>
      </w:r>
      <w:r>
        <w:rPr>
          <w:b/>
          <w:bCs/>
        </w:rPr>
        <w:t xml:space="preserve"> </w:t>
      </w:r>
      <w:r>
        <w:rPr>
          <w:b/>
          <w:bCs/>
        </w:rPr>
        <w:t xml:space="preserve">accusations.</w:t>
      </w:r>
      <w:r>
        <w:br/>
      </w:r>
      <w:r>
        <w:t xml:space="preserve">    (a) horrible</w:t>
      </w:r>
      <w:r>
        <w:br/>
      </w:r>
      <w:r>
        <w:t xml:space="preserve">    (b) foolish</w:t>
      </w:r>
      <w:r>
        <w:br/>
      </w:r>
      <w:r>
        <w:t xml:space="preserve">    (c) false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grow more nervous as the test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approaches</w:t>
      </w:r>
      <w:r>
        <w:rPr>
          <w:b/>
          <w:bCs/>
        </w:rPr>
        <w:t xml:space="preserve">.</w:t>
      </w:r>
      <w:r>
        <w:br/>
      </w:r>
      <w:r>
        <w:t xml:space="preserve">    (a) continues</w:t>
      </w:r>
      <w:r>
        <w:br/>
      </w:r>
      <w:r>
        <w:t xml:space="preserve">    (b) is remembered</w:t>
      </w:r>
      <w:r>
        <w:br/>
      </w:r>
      <w:r>
        <w:t xml:space="preserve">    (c) gets nearer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need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this problem in a new way.</w:t>
      </w:r>
      <w:r>
        <w:br/>
      </w:r>
      <w:r>
        <w:t xml:space="preserve">    (a) avoid</w:t>
      </w:r>
      <w:r>
        <w:br/>
      </w:r>
      <w:r>
        <w:t xml:space="preserve">    (b) think about</w:t>
      </w:r>
      <w:r>
        <w:br/>
      </w:r>
      <w:r>
        <w:t xml:space="preserve">    (c) assign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 </w:t>
      </w:r>
      <w:r>
        <w:rPr>
          <w:b/>
          <w:bCs/>
        </w:rPr>
        <w:t xml:space="preserve">for the notion that common people can regulate their own lives better than she can.</w:t>
      </w:r>
      <w:r>
        <w:br/>
      </w:r>
      <w:r>
        <w:t xml:space="preserve">    (a) intense anger</w:t>
      </w:r>
      <w:r>
        <w:br/>
      </w:r>
      <w:r>
        <w:t xml:space="preserve">    (b) lack of respect</w:t>
      </w:r>
      <w:r>
        <w:br/>
      </w:r>
      <w:r>
        <w:t xml:space="preserve">    (c) humility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infernal</w:t>
      </w:r>
      <w:r>
        <w:rPr>
          <w:b/>
          <w:bCs/>
        </w:rPr>
        <w:t xml:space="preserve"> </w:t>
      </w:r>
      <w:r>
        <w:rPr>
          <w:b/>
          <w:bCs/>
        </w:rPr>
        <w:t xml:space="preserve">alarm clock kept going off every five minutes.</w:t>
      </w:r>
      <w:r>
        <w:br/>
      </w:r>
      <w:r>
        <w:t xml:space="preserve">    (a) annoying</w:t>
      </w:r>
      <w:r>
        <w:br/>
      </w:r>
      <w:r>
        <w:t xml:space="preserve">    (b) antique</w:t>
      </w:r>
      <w:r>
        <w:br/>
      </w:r>
      <w:r>
        <w:t xml:space="preserve">    (c) expensive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Things have changed, but she remains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inflexible</w:t>
      </w:r>
      <w:r>
        <w:rPr>
          <w:b/>
          <w:bCs/>
        </w:rPr>
        <w:t xml:space="preserve">.</w:t>
      </w:r>
      <w:r>
        <w:br/>
      </w:r>
      <w:r>
        <w:t xml:space="preserve">    (a) unbending (not able to adjust well to different conditions)</w:t>
      </w:r>
      <w:r>
        <w:br/>
      </w:r>
      <w:r>
        <w:t xml:space="preserve">    (b) unimportant</w:t>
      </w:r>
      <w:r>
        <w:br/>
      </w:r>
      <w:r>
        <w:t xml:space="preserve">    (c) not skilled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official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inquiry</w:t>
      </w:r>
      <w:r>
        <w:rPr>
          <w:b/>
          <w:bCs/>
        </w:rPr>
        <w:t xml:space="preserve"> </w:t>
      </w:r>
      <w:r>
        <w:rPr>
          <w:b/>
          <w:bCs/>
        </w:rPr>
        <w:t xml:space="preserve">has ended, but the press continues to ask questions.</w:t>
      </w:r>
      <w:r>
        <w:br/>
      </w:r>
      <w:r>
        <w:t xml:space="preserve">    (a) story</w:t>
      </w:r>
      <w:r>
        <w:br/>
      </w:r>
      <w:r>
        <w:t xml:space="preserve">    (b) statement</w:t>
      </w:r>
      <w:r>
        <w:br/>
      </w:r>
      <w:r>
        <w:t xml:space="preserve">    (c)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magistrate</w:t>
      </w:r>
      <w:r>
        <w:rPr>
          <w:b/>
          <w:bCs/>
        </w:rPr>
        <w:t xml:space="preserve"> </w:t>
      </w:r>
      <w:r>
        <w:rPr>
          <w:b/>
          <w:bCs/>
        </w:rPr>
        <w:t xml:space="preserve">set bail at $10,000.</w:t>
      </w:r>
      <w:r>
        <w:br/>
      </w:r>
      <w:r>
        <w:t xml:space="preserve">    (a) queen or king</w:t>
      </w:r>
      <w:r>
        <w:br/>
      </w:r>
      <w:r>
        <w:t xml:space="preserve">    (b) attorney</w:t>
      </w:r>
      <w:r>
        <w:br/>
      </w:r>
      <w:r>
        <w:t xml:space="preserve">    (c) judge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Years of broken promises taught the team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mistrust</w:t>
      </w:r>
      <w:r>
        <w:rPr>
          <w:b/>
          <w:bCs/>
        </w:rPr>
        <w:t xml:space="preserve"> </w:t>
      </w:r>
      <w:r>
        <w:rPr>
          <w:b/>
          <w:bCs/>
        </w:rPr>
        <w:t xml:space="preserve">anything he said.</w:t>
      </w:r>
      <w:r>
        <w:br/>
      </w:r>
      <w:r>
        <w:t xml:space="preserve">    (a) not trust</w:t>
      </w:r>
      <w:r>
        <w:br/>
      </w:r>
      <w:r>
        <w:t xml:space="preserve">    (b) not question</w:t>
      </w:r>
      <w:r>
        <w:br/>
      </w:r>
      <w:r>
        <w:t xml:space="preserve">    (c) not remember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her name, but I'd recognize her.</w:t>
      </w:r>
      <w:r>
        <w:br/>
      </w:r>
      <w:r>
        <w:t xml:space="preserve">    (a) spell properly</w:t>
      </w:r>
      <w:r>
        <w:br/>
      </w:r>
      <w:r>
        <w:t xml:space="preserve">    (b) pronounce properly</w:t>
      </w:r>
      <w:r>
        <w:br/>
      </w:r>
      <w:r>
        <w:t xml:space="preserve">    (c) remember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scorns</w:t>
      </w:r>
      <w:r>
        <w:rPr>
          <w:b/>
          <w:bCs/>
        </w:rPr>
        <w:t xml:space="preserve"> </w:t>
      </w:r>
      <w:r>
        <w:rPr>
          <w:b/>
          <w:bCs/>
        </w:rPr>
        <w:t xml:space="preserve">students who don't have natural ability.</w:t>
      </w:r>
      <w:r>
        <w:br/>
      </w:r>
      <w:r>
        <w:t xml:space="preserve">    (a) disrespects</w:t>
      </w:r>
      <w:r>
        <w:br/>
      </w:r>
      <w:r>
        <w:t xml:space="preserve">    (b) encourages</w:t>
      </w:r>
      <w:r>
        <w:br/>
      </w:r>
      <w:r>
        <w:t xml:space="preserve">    (c) trains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always tries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shirk</w:t>
      </w:r>
      <w:r>
        <w:rPr>
          <w:b/>
          <w:bCs/>
        </w:rPr>
        <w:t xml:space="preserve"> </w:t>
      </w:r>
      <w:r>
        <w:rPr>
          <w:b/>
          <w:bCs/>
        </w:rPr>
        <w:t xml:space="preserve">his responsibilities at work.</w:t>
      </w:r>
      <w:r>
        <w:br/>
      </w:r>
      <w:r>
        <w:t xml:space="preserve">    (a) speed through</w:t>
      </w:r>
      <w:r>
        <w:br/>
      </w:r>
      <w:r>
        <w:t xml:space="preserve">    (b) argue about</w:t>
      </w:r>
      <w:r>
        <w:br/>
      </w:r>
      <w:r>
        <w:t xml:space="preserve">    (c) get out of doing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exhibited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somber</w:t>
      </w:r>
      <w:r>
        <w:rPr>
          <w:b/>
          <w:bCs/>
        </w:rPr>
        <w:t xml:space="preserve"> </w:t>
      </w:r>
      <w:r>
        <w:rPr>
          <w:b/>
          <w:bCs/>
        </w:rPr>
        <w:t xml:space="preserve">mood.</w:t>
      </w:r>
      <w:r>
        <w:br/>
      </w:r>
      <w:r>
        <w:t xml:space="preserve">    (a) happy</w:t>
      </w:r>
      <w:r>
        <w:br/>
      </w:r>
      <w:r>
        <w:t xml:space="preserve">    (b) cheerless</w:t>
      </w:r>
      <w:r>
        <w:br/>
      </w:r>
      <w:r>
        <w:t xml:space="preserve">    (c) curious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losing everything, he lived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vagabond</w:t>
      </w:r>
      <w:r>
        <w:rPr>
          <w:b/>
          <w:bCs/>
        </w:rPr>
        <w:t xml:space="preserve"> </w:t>
      </w:r>
      <w:r>
        <w:rPr>
          <w:b/>
          <w:bCs/>
        </w:rPr>
        <w:t xml:space="preserve">for nearly five years.</w:t>
      </w:r>
      <w:r>
        <w:br/>
      </w:r>
      <w:r>
        <w:t xml:space="preserve">    (a) settled farmer</w:t>
      </w:r>
      <w:r>
        <w:br/>
      </w:r>
      <w:r>
        <w:t xml:space="preserve">    (b) wandering drifter</w:t>
      </w:r>
      <w:r>
        <w:br/>
      </w:r>
      <w:r>
        <w:t xml:space="preserve">    (c) wealthy landowner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evolutionary benefit theory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vengeance</w:t>
      </w:r>
      <w:r>
        <w:rPr>
          <w:b/>
          <w:bCs/>
        </w:rPr>
        <w:t xml:space="preserve"> </w:t>
      </w:r>
      <w:r>
        <w:rPr>
          <w:b/>
          <w:bCs/>
        </w:rPr>
        <w:t xml:space="preserve">is supported by studies showing that a person's desire for revenge increases when others see their mistreatment.</w:t>
      </w:r>
      <w:r>
        <w:br/>
      </w:r>
      <w:r>
        <w:t xml:space="preserve">    (a) status</w:t>
      </w:r>
      <w:r>
        <w:br/>
      </w:r>
      <w:r>
        <w:t xml:space="preserve">    (b) fairness</w:t>
      </w:r>
      <w:r>
        <w:br/>
      </w:r>
      <w:r>
        <w:t xml:space="preserve">    (c) revenge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threw herself into work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 a vengeance</w:t>
      </w:r>
      <w:r>
        <w:rPr>
          <w:b/>
          <w:bCs/>
        </w:rPr>
        <w:t xml:space="preserve">.</w:t>
      </w:r>
      <w:r>
        <w:br/>
      </w:r>
      <w:r>
        <w:t xml:space="preserve">    (a) with reluctance</w:t>
      </w:r>
      <w:r>
        <w:br/>
      </w:r>
      <w:r>
        <w:t xml:space="preserve">    (b) with careful thought</w:t>
      </w:r>
      <w:r>
        <w:br/>
      </w:r>
      <w:r>
        <w:t xml:space="preserve">    (c) with intensity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photograph showed poor people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 </w:t>
      </w:r>
      <w:r>
        <w:rPr>
          <w:b/>
          <w:bCs/>
        </w:rPr>
        <w:t xml:space="preserve">village in East Africa.</w:t>
      </w:r>
      <w:r>
        <w:br/>
      </w:r>
      <w:r>
        <w:t xml:space="preserve">    (a) foolish or thoughtless</w:t>
      </w:r>
      <w:r>
        <w:br/>
      </w:r>
      <w:r>
        <w:t xml:space="preserve">    (b) in terrible condition</w:t>
      </w:r>
      <w:r>
        <w:br/>
      </w:r>
      <w:r>
        <w:t xml:space="preserve">    (c) irresponsible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2026-07-31T15:41:54Z</dcterms:created>
  <dcterms:modified xsi:type="dcterms:W3CDTF">2026-07-31T15:41:54Z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