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82bdd03606b66678148856a9d6ef4f2b055d3e"/>
    <w:p>
      <w:pPr>
        <w:pStyle w:val="Heading1"/>
      </w:pPr>
      <w:r>
        <w:rPr>
          <w:b/>
          <w:bCs/>
        </w:rPr>
        <w:t xml:space="preserve">Lord Jim</w:t>
      </w:r>
      <w:r>
        <w:br/>
      </w:r>
      <w:r>
        <w:rPr>
          <w:i/>
          <w:iCs/>
        </w:rPr>
        <w:t xml:space="preserve">Joseph Conrad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we disagree, I think we can reach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amicable</w:t>
      </w:r>
      <w:r>
        <w:rPr>
          <w:b/>
          <w:bCs/>
        </w:rPr>
        <w:t xml:space="preserve"> </w:t>
      </w:r>
      <w:r>
        <w:rPr>
          <w:b/>
          <w:bCs/>
        </w:rPr>
        <w:t xml:space="preserve">compromise.</w:t>
      </w:r>
      <w:r>
        <w:br/>
      </w:r>
      <w:r>
        <w:t xml:space="preserve">    (a) quick</w:t>
      </w:r>
      <w:r>
        <w:br/>
      </w:r>
      <w:r>
        <w:t xml:space="preserve">    (b) temporary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presence of a horse-drawn carriage on the city streets, amidst modern cars and buses, was a charming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anachronism</w:t>
      </w:r>
      <w:r>
        <w:rPr>
          <w:b/>
          <w:bCs/>
        </w:rPr>
        <w:t xml:space="preserve">.</w:t>
      </w:r>
      <w:r>
        <w:br/>
      </w:r>
      <w:r>
        <w:t xml:space="preserve">    (a) something out of place for it's time</w:t>
      </w:r>
      <w:r>
        <w:br/>
      </w:r>
      <w:r>
        <w:t xml:space="preserve">    (b) something that is a timeless tradition</w:t>
      </w:r>
      <w:r>
        <w:br/>
      </w:r>
      <w:r>
        <w:t xml:space="preserve">    (c) something that is an unexpected surprise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partner</w:t>
      </w:r>
      <w:r>
        <w:br/>
      </w:r>
      <w:r>
        <w:t xml:space="preserve">    (b) enemy</w:t>
      </w:r>
      <w:r>
        <w:br/>
      </w:r>
      <w:r>
        <w:t xml:space="preserve">    (c) friend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harsh and bitter</w:t>
      </w:r>
      <w:r>
        <w:br/>
      </w:r>
      <w:r>
        <w:t xml:space="preserve">    (b) quirky and funny</w:t>
      </w:r>
      <w:r>
        <w:br/>
      </w:r>
      <w:r>
        <w:t xml:space="preserve">    (c) dull and serious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her usual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felicity</w:t>
      </w:r>
      <w:r>
        <w:rPr>
          <w:b/>
          <w:bCs/>
        </w:rPr>
        <w:t xml:space="preserve"> </w:t>
      </w:r>
      <w:r>
        <w:rPr>
          <w:b/>
          <w:bCs/>
        </w:rPr>
        <w:t xml:space="preserve">of phrase, she said...</w:t>
      </w:r>
      <w:r>
        <w:br/>
      </w:r>
      <w:r>
        <w:t xml:space="preserve">    (a) limited vocabulary</w:t>
      </w:r>
      <w:r>
        <w:br/>
      </w:r>
      <w:r>
        <w:t xml:space="preserve">    (b) understatement</w:t>
      </w:r>
      <w:r>
        <w:br/>
      </w:r>
      <w:r>
        <w:t xml:space="preserve">    (c) pleasing and appropriate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cautious</w:t>
      </w:r>
      <w:r>
        <w:br/>
      </w:r>
      <w:r>
        <w:t xml:space="preserve">    (c) wealthy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 </w:t>
      </w:r>
      <w:r>
        <w:rPr>
          <w:b/>
          <w:bCs/>
        </w:rPr>
        <w:t xml:space="preserve">reply to the manager shocked everyone in the meeting.</w:t>
      </w:r>
      <w:r>
        <w:br/>
      </w:r>
      <w:r>
        <w:t xml:space="preserve">    (a) extremely quiet</w:t>
      </w:r>
      <w:r>
        <w:br/>
      </w:r>
      <w:r>
        <w:t xml:space="preserve">    (b) disrespectfully bold</w:t>
      </w:r>
      <w:r>
        <w:br/>
      </w:r>
      <w:r>
        <w:t xml:space="preserve">    (c) thoughtfully kind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remembered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indomitable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unyielding resolve and spirit</w:t>
      </w:r>
      <w:r>
        <w:br/>
      </w:r>
      <w:r>
        <w:t xml:space="preserve">    (b) uncertain hope and nervous energy</w:t>
      </w:r>
      <w:r>
        <w:br/>
      </w:r>
      <w:r>
        <w:t xml:space="preserve">    (c) cheerful optimism and flexibility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legal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jargon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contract was so complex that the client had to hire a lawyer to interpret it.</w:t>
      </w:r>
      <w:r>
        <w:br/>
      </w:r>
      <w:r>
        <w:t xml:space="preserve">    (a) special vocabulary</w:t>
      </w:r>
      <w:r>
        <w:br/>
      </w:r>
      <w:r>
        <w:t xml:space="preserve">    (b) complex ideas</w:t>
      </w:r>
      <w:r>
        <w:br/>
      </w:r>
      <w:r>
        <w:t xml:space="preserve">    (c) underlying philosophy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harmful and hidden</w:t>
      </w:r>
      <w:r>
        <w:br/>
      </w:r>
      <w:r>
        <w:t xml:space="preserve">    (b) extremely devious</w:t>
      </w:r>
      <w:r>
        <w:br/>
      </w:r>
      <w:r>
        <w:t xml:space="preserve">    (c) extremely dislikable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opined</w:t>
      </w:r>
      <w:r>
        <w:rPr>
          <w:b/>
          <w:bCs/>
        </w:rPr>
        <w:t xml:space="preserve"> </w:t>
      </w:r>
      <w:r>
        <w:rPr>
          <w:b/>
          <w:bCs/>
        </w:rPr>
        <w:t xml:space="preserve">that popular sentiment will change when people learn more about the issue.</w:t>
      </w:r>
      <w:r>
        <w:br/>
      </w:r>
      <w:r>
        <w:t xml:space="preserve">    (a) expressed an opinion</w:t>
      </w:r>
      <w:r>
        <w:br/>
      </w:r>
      <w:r>
        <w:t xml:space="preserve">    (b) challenged the opinion</w:t>
      </w:r>
      <w:r>
        <w:br/>
      </w:r>
      <w:r>
        <w:t xml:space="preserve">    (c) surveyed people in the room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repeated, "The wicked will suffer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perdition</w:t>
      </w:r>
      <w:r>
        <w:rPr>
          <w:b/>
          <w:bCs/>
        </w:rPr>
        <w:t xml:space="preserve"> </w:t>
      </w:r>
      <w:r>
        <w:rPr>
          <w:b/>
          <w:bCs/>
        </w:rPr>
        <w:t xml:space="preserve">for their sins."</w:t>
      </w:r>
      <w:r>
        <w:br/>
      </w:r>
      <w:r>
        <w:t xml:space="preserve">    (a) long</w:t>
      </w:r>
      <w:r>
        <w:br/>
      </w:r>
      <w:r>
        <w:t xml:space="preserve">    (b) immediately</w:t>
      </w:r>
      <w:r>
        <w:br/>
      </w:r>
      <w:r>
        <w:t xml:space="preserve">    (c) hell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long</w:t>
      </w:r>
      <w:r>
        <w:br/>
      </w:r>
      <w:r>
        <w:t xml:space="preserve">    (b) arousing deep emotion</w:t>
      </w:r>
      <w:r>
        <w:br/>
      </w:r>
      <w:r>
        <w:t xml:space="preserve">    (c) logically compelling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hearing all the rumors, the real explanation turned out to be surprisingly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prosaic</w:t>
      </w:r>
      <w:r>
        <w:rPr>
          <w:b/>
          <w:bCs/>
        </w:rPr>
        <w:t xml:space="preserve">.</w:t>
      </w:r>
      <w:r>
        <w:br/>
      </w:r>
      <w:r>
        <w:t xml:space="preserve">    (a) able to make clear with example, diagram, photo, etc.</w:t>
      </w:r>
      <w:r>
        <w:br/>
      </w:r>
      <w:r>
        <w:t xml:space="preserve">    (b) ordinary and uninteresting</w:t>
      </w:r>
      <w:r>
        <w:br/>
      </w:r>
      <w:r>
        <w:t xml:space="preserve">    (c) not concerned with what others might think of oneself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lawyers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that we're starting without a written agreement, but we trust each other.</w:t>
      </w:r>
      <w:r>
        <w:br/>
      </w:r>
      <w:r>
        <w:t xml:space="preserve">    (a) explain</w:t>
      </w:r>
      <w:r>
        <w:br/>
      </w:r>
      <w:r>
        <w:t xml:space="preserve">    (b) promise</w:t>
      </w:r>
      <w:r>
        <w:br/>
      </w:r>
      <w:r>
        <w:t xml:space="preserve">    (c) protest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reputable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believes that.</w:t>
      </w:r>
      <w:r>
        <w:br/>
      </w:r>
      <w:r>
        <w:t xml:space="preserve">    (a) thoughtful</w:t>
      </w:r>
      <w:r>
        <w:br/>
      </w:r>
      <w:r>
        <w:t xml:space="preserve">    (b) trusted and respected</w:t>
      </w:r>
      <w:r>
        <w:br/>
      </w:r>
      <w:r>
        <w:t xml:space="preserve">    (c) under the age of 30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been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sagacious</w:t>
      </w:r>
      <w:r>
        <w:rPr>
          <w:b/>
          <w:bCs/>
        </w:rPr>
        <w:t xml:space="preserve"> </w:t>
      </w:r>
      <w:r>
        <w:rPr>
          <w:b/>
          <w:bCs/>
        </w:rPr>
        <w:t xml:space="preserve">business decisions for more than 30 years.</w:t>
      </w:r>
      <w:r>
        <w:br/>
      </w:r>
      <w:r>
        <w:t xml:space="preserve">    (a) impatient</w:t>
      </w:r>
      <w:r>
        <w:br/>
      </w:r>
      <w:r>
        <w:t xml:space="preserve">    (b) wise</w:t>
      </w:r>
      <w:r>
        <w:br/>
      </w:r>
      <w:r>
        <w:t xml:space="preserve">    (c) careless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spurious</w:t>
      </w:r>
      <w:r>
        <w:rPr>
          <w:b/>
          <w:bCs/>
        </w:rPr>
        <w:t xml:space="preserve"> </w:t>
      </w:r>
      <w:r>
        <w:rPr>
          <w:b/>
          <w:bCs/>
        </w:rPr>
        <w:t xml:space="preserve">claim has already been dismissed by the court.</w:t>
      </w:r>
      <w:r>
        <w:br/>
      </w:r>
      <w:r>
        <w:t xml:space="preserve">    (a) the quality of behaving in an instinctive, uninhibited, and unplanned manner</w:t>
      </w:r>
      <w:r>
        <w:br/>
      </w:r>
      <w:r>
        <w:t xml:space="preserve">    (b) false</w:t>
      </w:r>
      <w:r>
        <w:br/>
      </w:r>
      <w:r>
        <w:t xml:space="preserve">    (c) the state or degree of having the ability to change for different situations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confused</w:t>
      </w:r>
      <w:r>
        <w:br/>
      </w:r>
      <w:r>
        <w:t xml:space="preserve">    (b) emotionless</w:t>
      </w:r>
      <w:r>
        <w:br/>
      </w:r>
      <w:r>
        <w:t xml:space="preserve">    (c)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outgoing</w:t>
      </w:r>
      <w:r>
        <w:br/>
      </w:r>
      <w:r>
        <w:t xml:space="preserve">    (b) reserved</w:t>
      </w:r>
      <w:r>
        <w:br/>
      </w:r>
      <w:r>
        <w:t xml:space="preserve">    (c) low-energy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2026-07-31T15:41:55Z</dcterms:created>
  <dcterms:modified xsi:type="dcterms:W3CDTF">2026-07-31T15:41:55Z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