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3c952531fcd2a471940f1e7c0971111741b668"/>
    <w:p>
      <w:pPr>
        <w:pStyle w:val="Heading1"/>
      </w:pPr>
      <w:r>
        <w:rPr>
          <w:b/>
          <w:bCs/>
        </w:rPr>
        <w:t xml:space="preserve">Lord Jim</w:t>
      </w:r>
      <w:r>
        <w:br/>
      </w:r>
      <w:r>
        <w:rPr>
          <w:i/>
          <w:iCs/>
        </w:rPr>
        <w:t xml:space="preserve">Joseph Conrad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gale had ministered to a heroism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spurious</w:t>
      </w:r>
      <w:r>
        <w:rPr>
          <w:b/>
          <w:bCs/>
        </w:rPr>
        <w:t xml:space="preserve"> </w:t>
      </w:r>
      <w:r>
        <w:rPr>
          <w:b/>
          <w:bCs/>
        </w:rPr>
        <w:t xml:space="preserve">as its own pretence of terror.</w:t>
      </w:r>
      <w:r>
        <w:br/>
      </w:r>
      <w:r>
        <w:t xml:space="preserve">    (a) false, or not genuine -- often seeming plausible, or intentionally deceptive</w:t>
      </w:r>
      <w:r>
        <w:br/>
      </w:r>
      <w:r>
        <w:t xml:space="preserve">    (b) the state or degree of having the ability to change for different situations</w:t>
      </w:r>
      <w:r>
        <w:br/>
      </w:r>
      <w:r>
        <w:t xml:space="preserve">    (c) the quality of behaving in an instinctive, uninhibited, and unplanned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knew the magic monotony of existence between sky and water: he had to bear the criticism of men, the exactions of the sea,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 </w:t>
      </w:r>
      <w:r>
        <w:rPr>
          <w:b/>
          <w:bCs/>
        </w:rPr>
        <w:t xml:space="preserve">severity of the daily task that gives bread—but whose only reward is in the perfect love of the work.</w:t>
      </w:r>
      <w:r>
        <w:br/>
      </w:r>
      <w:r>
        <w:t xml:space="preserve">    (a) able to make clear with example, diagram, photo, etc.</w:t>
      </w:r>
      <w:r>
        <w:br/>
      </w:r>
      <w:r>
        <w:t xml:space="preserve">    (b) not concerned with what others might think of oneself</w:t>
      </w:r>
      <w:r>
        <w:br/>
      </w:r>
      <w:r>
        <w:t xml:space="preserve">    (c) lacking anything unusual, interesting, or challenging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That's how he looked, and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.</w:t>
      </w:r>
      <w:r>
        <w:br/>
      </w:r>
      <w:r>
        <w:t xml:space="preserve">    (a) extremely unpleasant, disgusting, dislikable, or worthy of hate</w:t>
      </w:r>
      <w:r>
        <w:br/>
      </w:r>
      <w:r>
        <w:t xml:space="preserve">    (b) not trustworthy, or improper, or attracting unwelcome attention</w:t>
      </w:r>
      <w:r>
        <w:br/>
      </w:r>
      <w:r>
        <w:t xml:space="preserve">    (c) the degree to which something is able to change or is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tugs, smoking like the pit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perdition</w:t>
      </w:r>
      <w:r>
        <w:rPr>
          <w:b/>
          <w:bCs/>
        </w:rPr>
        <w:t xml:space="preserve">, get hold and churn the old river into fury; the gentleman ashore is dusting his knees—the benevolent steward has shied his umbrella after him.</w:t>
      </w:r>
      <w:r>
        <w:br/>
      </w:r>
      <w:r>
        <w:t xml:space="preserve">    (a) Nathaniel Hawthorne's famous novel of hidden guilt and societal condemnation (1850)</w:t>
      </w:r>
      <w:r>
        <w:br/>
      </w:r>
      <w:r>
        <w:t xml:space="preserve">    (b) Rome from the founding of the city until the formation of the Republic (753-509 BC)</w:t>
      </w:r>
      <w:r>
        <w:br/>
      </w:r>
      <w:r>
        <w:t xml:space="preserve">    (c) hell (in Christianity: where Satan resides and non-saved suffer eternal punishment)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Brierly was not bored—he was exasperated; and if so, then Jim might not have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.</w:t>
      </w:r>
      <w:r>
        <w:br/>
      </w:r>
      <w:r>
        <w:t xml:space="preserve">    (a) working against psychosis (any severe mental disorder in which contact with reality is lost or highly distorted)</w:t>
      </w:r>
      <w:r>
        <w:br/>
      </w:r>
      <w:r>
        <w:t xml:space="preserve">    (b) improperly bold or disrespectful -- especially toward someone who is older or considered to be of higher status</w:t>
      </w:r>
      <w:r>
        <w:br/>
      </w:r>
      <w:r>
        <w:t xml:space="preserve">    (c) alternative medicine using extremely diluted doses of a substance to treat the same symptoms larger doses cause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This, though never stated, was implied with an anxiety that there should be no mistake about it, which was really very true and charming, but added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sense of lives far off to the other elements of the story.</w:t>
      </w:r>
      <w:r>
        <w:br/>
      </w:r>
      <w:r>
        <w:t xml:space="preserve">    (a) sharp or intense</w:t>
      </w:r>
      <w:r>
        <w:br/>
      </w:r>
      <w:r>
        <w:t xml:space="preserve">    (b) able to be found</w:t>
      </w:r>
      <w:r>
        <w:br/>
      </w:r>
      <w:r>
        <w:t xml:space="preserve">    (c) likely to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not speaking to me, he was only speaking before me, in a dispute with an invisible personality,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antagonistic</w:t>
      </w:r>
      <w:r>
        <w:rPr>
          <w:b/>
          <w:bCs/>
        </w:rPr>
        <w:t xml:space="preserve"> </w:t>
      </w:r>
      <w:r>
        <w:rPr>
          <w:b/>
          <w:bCs/>
        </w:rPr>
        <w:t xml:space="preserve">and inseparable partner of his existence—another possessor of his soul.</w:t>
      </w:r>
      <w:r>
        <w:br/>
      </w:r>
      <w:r>
        <w:t xml:space="preserve">    (a) not good at making decisions</w:t>
      </w:r>
      <w:r>
        <w:br/>
      </w:r>
      <w:r>
        <w:t xml:space="preserve">    (b) without boundaries or limits</w:t>
      </w:r>
      <w:r>
        <w:br/>
      </w:r>
      <w:r>
        <w:t xml:space="preserve">    (c) with opposition or hostility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deep sense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sagacity</w:t>
      </w:r>
      <w:r>
        <w:rPr>
          <w:b/>
          <w:bCs/>
        </w:rPr>
        <w:t xml:space="preserve"> </w:t>
      </w:r>
      <w:r>
        <w:rPr>
          <w:b/>
          <w:bCs/>
        </w:rPr>
        <w:t xml:space="preserve">crowning every day of his inner life.</w:t>
      </w:r>
      <w:r>
        <w:br/>
      </w:r>
      <w:r>
        <w:t xml:space="preserve">    (a) wisdom</w:t>
      </w:r>
      <w:r>
        <w:br/>
      </w:r>
      <w:r>
        <w:t xml:space="preserve">    (b) memory</w:t>
      </w:r>
      <w:r>
        <w:br/>
      </w:r>
      <w:r>
        <w:t xml:space="preserve">    (c)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no mind to laugh, and lest I should smile I made for myself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face.</w:t>
      </w:r>
      <w:r>
        <w:br/>
      </w:r>
      <w:r>
        <w:t xml:space="preserve">    (a) the degree to which a performance of or to someone else's work lends itself to the expression of personal artistic ideas or feelings by the performer</w:t>
      </w:r>
      <w:r>
        <w:br/>
      </w:r>
      <w:r>
        <w:t xml:space="preserve">    (b) the quality or degree of being straightforward or clear (sometimes indicating that truth is not worded carefully to spare feelings or gain advantage)</w:t>
      </w:r>
      <w:r>
        <w:br/>
      </w:r>
      <w:r>
        <w:t xml:space="preserve">    (c) having or revealing little emotion -- sometimes indicating qualities of not changing or being dependable</w:t>
      </w:r>
      <w:r>
        <w:br/>
      </w:r>
      <w:r>
        <w:br/>
      </w:r>
      <w:r>
        <w:t xml:space="preserve">or (much more rarely):</w:t>
      </w:r>
      <w:r>
        <w:br/>
      </w:r>
      <w:r>
        <w:br/>
      </w:r>
      <w:r>
        <w:t xml:space="preserve">of an object:  not interesting -- often large and unmoving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'"You mustn't laugh like this, with all these people about,"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remonstrated</w:t>
      </w:r>
      <w:r>
        <w:rPr>
          <w:b/>
          <w:bCs/>
        </w:rPr>
        <w:t xml:space="preserve">.</w:t>
      </w:r>
      <w:r>
        <w:br/>
      </w:r>
      <w:r>
        <w:t xml:space="preserve">    (a) argued in protest or opposition</w:t>
      </w:r>
      <w:r>
        <w:br/>
      </w:r>
      <w:r>
        <w:t xml:space="preserve">    (b) took up or received into heaven</w:t>
      </w:r>
      <w:r>
        <w:br/>
      </w:r>
      <w:r>
        <w:t xml:space="preserve">    (c) selected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in the tenebrous immensity a livid arch appears; a swell or two like undulations of the very darkness run past, and suddenly, wind and rain strike together with a peculiar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impetuosity</w:t>
      </w:r>
      <w:r>
        <w:rPr>
          <w:b/>
          <w:bCs/>
        </w:rPr>
        <w:t xml:space="preserve"> </w:t>
      </w:r>
      <w:r>
        <w:rPr>
          <w:b/>
          <w:bCs/>
        </w:rPr>
        <w:t xml:space="preserve">as if they had burst through something solid.</w:t>
      </w:r>
      <w:r>
        <w:br/>
      </w:r>
      <w:r>
        <w:t xml:space="preserve">    (a) a person (often a writer or artist) living an unconventional life</w:t>
      </w:r>
      <w:r>
        <w:br/>
      </w:r>
      <w:r>
        <w:t xml:space="preserve">    (b) impulsiveness (the trait of acting suddenly without much thought)</w:t>
      </w:r>
      <w:r>
        <w:br/>
      </w:r>
      <w:r>
        <w:t xml:space="preserve">    (c) a ceiling designed to affect noise -- typically to decrease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, isn't it?</w:t>
      </w:r>
      <w:r>
        <w:br/>
      </w:r>
      <w:r>
        <w:t xml:space="preserve">    (a) not tending to find fault</w:t>
      </w:r>
      <w:r>
        <w:br/>
      </w:r>
      <w:r>
        <w:t xml:space="preserve">    (b) comical in an unusual way</w:t>
      </w:r>
      <w:r>
        <w:br/>
      </w:r>
      <w:r>
        <w:t xml:space="preserve">    (c) able to be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 would bay from the stern through the rain—couldn't see him—couldn't make it out—some of his filthy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.</w:t>
      </w:r>
      <w:r>
        <w:br/>
      </w:r>
      <w:r>
        <w:t xml:space="preserve">    (a) mirror back (an image)</w:t>
      </w:r>
      <w:r>
        <w:br/>
      </w:r>
      <w:r>
        <w:t xml:space="preserve">    (b) create dramatic change</w:t>
      </w:r>
      <w:r>
        <w:br/>
      </w:r>
      <w:r>
        <w:t xml:space="preserve">    (c) specialized vocabulary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...This was what he required a steamer for, and I knew he was just then negotiating enthusiastically with a Parsee firm for an old, brig-rigged, sea-</w:t>
      </w:r>
      <w:r>
        <w:rPr>
          <w:b/>
          <w:bCs/>
          <w:u w:val="single"/>
        </w:rPr>
        <w:t xml:space="preserve">anachronism</w:t>
      </w:r>
      <w:r>
        <w:rPr>
          <w:b/>
          <w:bCs/>
        </w:rPr>
        <w:t xml:space="preserve"> </w:t>
      </w:r>
      <w:r>
        <w:rPr>
          <w:b/>
          <w:bCs/>
        </w:rPr>
        <w:t xml:space="preserve">of ninety horse-power.</w:t>
      </w:r>
      <w:r>
        <w:br/>
      </w:r>
      <w:r>
        <w:t xml:space="preserve">    (a) a Muslim religious teacher or leader</w:t>
      </w:r>
      <w:r>
        <w:br/>
      </w:r>
      <w:r>
        <w:t xml:space="preserve">    (b) something out of place for it's time</w:t>
      </w:r>
      <w:r>
        <w:br/>
      </w:r>
      <w:r>
        <w:t xml:space="preserve">    (c) lacking experience or sophistication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"Then he's no good,"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opined</w:t>
      </w:r>
      <w:r>
        <w:rPr>
          <w:b/>
          <w:bCs/>
        </w:rPr>
        <w:t xml:space="preserve">.</w:t>
      </w:r>
      <w:r>
        <w:br/>
      </w:r>
      <w:r>
        <w:t xml:space="preserve">    (a) differed; or changed</w:t>
      </w:r>
      <w:r>
        <w:br/>
      </w:r>
      <w:r>
        <w:t xml:space="preserve">    (b) took on as one's own</w:t>
      </w:r>
      <w:r>
        <w:br/>
      </w:r>
      <w:r>
        <w:t xml:space="preserve">    (c) expressed an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resolution came and went upon his face like a vain and passing shadow.</w:t>
      </w:r>
      <w:r>
        <w:br/>
      </w:r>
      <w:r>
        <w:t xml:space="preserve">    (a) impossible to defeat or discourage; or showing unshakable strength, determination, or spirit</w:t>
      </w:r>
      <w:r>
        <w:br/>
      </w:r>
      <w:r>
        <w:t xml:space="preserve">    (b) of something temporarily treated as true to advance a discussion or to further investigation</w:t>
      </w:r>
      <w:r>
        <w:br/>
      </w:r>
      <w:r>
        <w:t xml:space="preserve">    (c) relating to the threadlike structures in the cell nucleus that carry genes in a linear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manner was very sober and set; his bearing was that of a naturally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man possessed by an idea.</w:t>
      </w:r>
      <w:r>
        <w:br/>
      </w:r>
      <w:r>
        <w:t xml:space="preserve">    (a) mental activity of which one is not self-aware</w:t>
      </w:r>
      <w:r>
        <w:br/>
      </w:r>
      <w:r>
        <w:t xml:space="preserve">    (b) with a tendency to be reserved and not to talk</w:t>
      </w:r>
      <w:r>
        <w:br/>
      </w:r>
      <w:r>
        <w:t xml:space="preserve">    (c) the state or degree of being greater than zero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Its voice was not the trumpeting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disreputable</w:t>
      </w:r>
      <w:r>
        <w:rPr>
          <w:b/>
          <w:bCs/>
        </w:rPr>
        <w:t xml:space="preserve"> </w:t>
      </w:r>
      <w:r>
        <w:rPr>
          <w:b/>
          <w:bCs/>
        </w:rPr>
        <w:t xml:space="preserve">goddess we all know—not blatant—not brazen.</w:t>
      </w:r>
      <w:r>
        <w:br/>
      </w:r>
      <w:r>
        <w:t xml:space="preserve">    (a) the state of being a concept or idea not associated with any specific instance</w:t>
      </w:r>
      <w:r>
        <w:br/>
      </w:r>
      <w:r>
        <w:t xml:space="preserve">    (b) acceptance of what happens without trying to take control or reacting strongly</w:t>
      </w:r>
      <w:r>
        <w:br/>
      </w:r>
      <w:r>
        <w:t xml:space="preserve">    (c) not trusted or respected -- especially thought to engage in illegal activities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muttered allusions, which followed, to dogs and the smell of roast-meat, struck me as singularly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felicitous</w:t>
      </w:r>
      <w:r>
        <w:rPr>
          <w:b/>
          <w:bCs/>
        </w:rPr>
        <w:t xml:space="preserve">.</w:t>
      </w:r>
      <w:r>
        <w:br/>
      </w:r>
      <w:r>
        <w:t xml:space="preserve">    (a) fortunate or causing happiness</w:t>
      </w:r>
      <w:r>
        <w:br/>
      </w:r>
      <w:r>
        <w:t xml:space="preserve">    (b) not sensible or careful</w:t>
      </w:r>
      <w:r>
        <w:br/>
      </w:r>
      <w:r>
        <w:t xml:space="preserve">    (c) unable to get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Jim told me he had been received at first with an abject display of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amicable</w:t>
      </w:r>
      <w:r>
        <w:rPr>
          <w:b/>
          <w:bCs/>
        </w:rPr>
        <w:t xml:space="preserve"> </w:t>
      </w:r>
      <w:r>
        <w:rPr>
          <w:b/>
          <w:bCs/>
        </w:rPr>
        <w:t xml:space="preserve">sentiments.</w:t>
      </w:r>
      <w:r>
        <w:br/>
      </w:r>
      <w:r>
        <w:t xml:space="preserve">    (a) without boundaries or limits</w:t>
      </w:r>
      <w:r>
        <w:br/>
      </w:r>
      <w:r>
        <w:t xml:space="preserve">    (b) not good at making decisions</w:t>
      </w:r>
      <w:r>
        <w:br/>
      </w:r>
      <w:r>
        <w:t xml:space="preserve">    (c) friendly or showing goodwill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2026-07-31T15:41:55Z</dcterms:created>
  <dcterms:modified xsi:type="dcterms:W3CDTF">2026-07-31T15:41:55Z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