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d25a322763b0b335fb9289d36e33427a0a8014"/>
    <w:p>
      <w:pPr>
        <w:pStyle w:val="Heading1"/>
      </w:pPr>
      <w:r>
        <w:rPr>
          <w:b/>
          <w:bCs/>
        </w:rPr>
        <w:t xml:space="preserve">Looking for Alaska</w:t>
      </w:r>
      <w:r>
        <w:br/>
      </w:r>
      <w:r>
        <w:rPr>
          <w:i/>
          <w:iCs/>
        </w:rPr>
        <w:t xml:space="preserve">John Green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library filled her bookshelves and then overflowed into waist-high stacks of books everywhere, piled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haphazardly</w:t>
      </w:r>
      <w:r>
        <w:rPr>
          <w:b/>
          <w:bCs/>
        </w:rPr>
        <w:t xml:space="preserve"> </w:t>
      </w:r>
      <w:r>
        <w:rPr>
          <w:b/>
          <w:bCs/>
        </w:rPr>
        <w:t xml:space="preserve">against the walls.</w:t>
      </w:r>
      <w:r>
        <w:br/>
      </w:r>
      <w:r>
        <w:t xml:space="preserve">    (a) in a manner that challenges</w:t>
      </w:r>
      <w:r>
        <w:br/>
      </w:r>
      <w:r>
        <w:t xml:space="preserve">    (b) in a strongly biased manner</w:t>
      </w:r>
      <w:r>
        <w:br/>
      </w:r>
      <w:r>
        <w:t xml:space="preserve">    (c) without pattern or planning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made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obligatory</w:t>
      </w:r>
      <w:r>
        <w:rPr>
          <w:b/>
          <w:bCs/>
        </w:rPr>
        <w:t xml:space="preserve"> </w:t>
      </w:r>
      <w:r>
        <w:rPr>
          <w:b/>
          <w:bCs/>
        </w:rPr>
        <w:t xml:space="preserve">joke: "Don't grab my boob."</w:t>
      </w:r>
      <w:r>
        <w:br/>
      </w:r>
      <w:r>
        <w:t xml:space="preserve">    (a) absolute</w:t>
      </w:r>
      <w:r>
        <w:br/>
      </w:r>
      <w:r>
        <w:t xml:space="preserve">    (b) required</w:t>
      </w:r>
      <w:r>
        <w:br/>
      </w:r>
      <w:r>
        <w:t xml:space="preserve">    (c)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"Yeah, but he doesn't really go into blitzkrieg mode until classes start," Chip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nonchalantly</w:t>
      </w:r>
      <w:r>
        <w:rPr>
          <w:b/>
          <w:bCs/>
        </w:rPr>
        <w:t xml:space="preserve">.</w:t>
      </w:r>
      <w:r>
        <w:br/>
      </w:r>
      <w:r>
        <w:t xml:space="preserve">    (a) calmly (appearing unconcerned)</w:t>
      </w:r>
      <w:r>
        <w:br/>
      </w:r>
      <w:r>
        <w:t xml:space="preserve">    (b) in a manner that does not stop</w:t>
      </w:r>
      <w:r>
        <w:br/>
      </w:r>
      <w:r>
        <w:t xml:space="preserve">    (c) in a good or beneficial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the kind of eyes that predisposed you to supporting her every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</w:t>
      </w:r>
      <w:r>
        <w:rPr>
          <w:b/>
          <w:bCs/>
        </w:rPr>
        <w:t xml:space="preserve">.</w:t>
      </w:r>
      <w:r>
        <w:br/>
      </w:r>
      <w:r>
        <w:t xml:space="preserve">    (a) to attempt; or a project or activity attempted</w:t>
      </w:r>
      <w:r>
        <w:br/>
      </w:r>
      <w:r>
        <w:t xml:space="preserve">    (b) a slight amount; or to contain a slight amount</w:t>
      </w:r>
      <w:r>
        <w:br/>
      </w:r>
      <w:r>
        <w:t xml:space="preserve">    (c) to write or exchange written letters or emails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 he stared at me in a manner that was either serious or seriously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</w:t>
      </w:r>
      <w:r>
        <w:rPr>
          <w:b/>
          <w:bCs/>
        </w:rPr>
        <w:t xml:space="preserve">.</w:t>
      </w:r>
      <w:r>
        <w:br/>
      </w:r>
      <w:r>
        <w:t xml:space="preserve">    (a) exceedingly important, serious, or dangerous</w:t>
      </w:r>
      <w:r>
        <w:br/>
      </w:r>
      <w:r>
        <w:t xml:space="preserve">    (b) designed to be useful; or capable of working</w:t>
      </w:r>
      <w:r>
        <w:br/>
      </w:r>
      <w:r>
        <w:t xml:space="preserve">    (c) the intention or desire to see others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sat still, my pen resting in my hand, my notebook open, my face flushed and my jaw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jutting out</w:t>
      </w:r>
      <w:r>
        <w:rPr>
          <w:b/>
          <w:bCs/>
        </w:rPr>
        <w:t xml:space="preserve"> </w:t>
      </w:r>
      <w:r>
        <w:rPr>
          <w:b/>
          <w:bCs/>
        </w:rPr>
        <w:t xml:space="preserve">into an underbite, an old trick I had to keep from looking sad or scared.</w:t>
      </w:r>
      <w:r>
        <w:br/>
      </w:r>
      <w:r>
        <w:t xml:space="preserve">    (a) bending down</w:t>
      </w:r>
      <w:r>
        <w:br/>
      </w:r>
      <w:r>
        <w:t xml:space="preserve">    (b) concentrates</w:t>
      </w:r>
      <w:r>
        <w:br/>
      </w:r>
      <w:r>
        <w:t xml:space="preserve">    (c) sticking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 has no right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condescend</w:t>
      </w:r>
      <w:r>
        <w:rPr>
          <w:b/>
          <w:bCs/>
        </w:rPr>
        <w:t xml:space="preserve"> </w:t>
      </w:r>
      <w:r>
        <w:rPr>
          <w:b/>
          <w:bCs/>
        </w:rPr>
        <w:t xml:space="preserve">to us is all I'm saying," Alaska said, continuing her conversation with the Colonel.</w:t>
      </w:r>
      <w:r>
        <w:br/>
      </w:r>
      <w:r>
        <w:t xml:space="preserve">    (a) utter obscenities or profanities; or to speak disrespectfully of something considered sacred</w:t>
      </w:r>
      <w:r>
        <w:br/>
      </w:r>
      <w:r>
        <w:t xml:space="preserve">    (b) to treat others as inferior; or to do something considered beneath one's position or dignity</w:t>
      </w:r>
      <w:r>
        <w:br/>
      </w:r>
      <w:r>
        <w:t xml:space="preserve">    (c) have a sense that something bad will happen; or act as a sign that something bad will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stupid; she got caught; she got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expelled</w:t>
      </w:r>
      <w:r>
        <w:rPr>
          <w:b/>
          <w:bCs/>
        </w:rPr>
        <w:t xml:space="preserve">; it's over.</w:t>
      </w:r>
      <w:r>
        <w:br/>
      </w:r>
      <w:r>
        <w:t xml:space="preserve">    (a) subtracted</w:t>
      </w:r>
      <w:r>
        <w:br/>
      </w:r>
      <w:r>
        <w:t xml:space="preserve">    (b) translated</w:t>
      </w:r>
      <w:r>
        <w:br/>
      </w:r>
      <w:r>
        <w:t xml:space="preserve">    (c) forced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 </w:t>
      </w:r>
      <w:r>
        <w:rPr>
          <w:b/>
          <w:bCs/>
        </w:rPr>
        <w:t xml:space="preserve">because I towered over the rest of the players, I nearly made it onto the T-ball all-star team that year.</w:t>
      </w:r>
      <w:r>
        <w:br/>
      </w:r>
      <w:r>
        <w:t xml:space="preserve">    (a) really</w:t>
      </w:r>
      <w:r>
        <w:br/>
      </w:r>
      <w:r>
        <w:t xml:space="preserve">    (b) mainly</w:t>
      </w:r>
      <w:r>
        <w:br/>
      </w:r>
      <w:r>
        <w:t xml:space="preserve">    (c) wisely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know whether it was the general anxiety of being on a date (</w:t>
      </w:r>
      <w:r>
        <w:rPr>
          <w:b/>
          <w:bCs/>
          <w:u w:val="single"/>
        </w:rPr>
        <w:t xml:space="preserve">albeit</w:t>
      </w:r>
      <w:r>
        <w:rPr>
          <w:b/>
          <w:bCs/>
        </w:rPr>
        <w:t xml:space="preserve"> </w:t>
      </w:r>
      <w:r>
        <w:rPr>
          <w:b/>
          <w:bCs/>
        </w:rPr>
        <w:t xml:space="preserve">one with my would-be date sitting five people away from me) or the specific anxiety of having the Beast stare in my direction, but for some reason, I took off running after Takumi.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although (used to introduce a phrase that reduces or modifies the effect of what preceded it)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 vaguely remember Lara smiling at me from the doorway, the glittering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ambiguity</w:t>
      </w:r>
      <w:r>
        <w:rPr>
          <w:b/>
          <w:bCs/>
        </w:rPr>
        <w:t xml:space="preserve"> </w:t>
      </w:r>
      <w:r>
        <w:rPr>
          <w:b/>
          <w:bCs/>
        </w:rPr>
        <w:t xml:space="preserve">of a girl's smile, which seems to promise an answer to the question but never gives it.</w:t>
      </w:r>
      <w:r>
        <w:br/>
      </w:r>
      <w:r>
        <w:t xml:space="preserve">    (a) a psychologist concerned with the treatment of abnormal thinking and behavior</w:t>
      </w:r>
      <w:r>
        <w:br/>
      </w:r>
      <w:r>
        <w:t xml:space="preserve">    (b) a government, country, or ruling family of a country ruled by a king of queen</w:t>
      </w:r>
      <w:r>
        <w:br/>
      </w:r>
      <w:r>
        <w:t xml:space="preserve">    (c) lack of clarity -- unclear because there could be two or more interpretations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 third day, I abandoned my umbrella entirely and walked around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perpetual</w:t>
      </w:r>
      <w:r>
        <w:rPr>
          <w:b/>
          <w:bCs/>
        </w:rPr>
        <w:t xml:space="preserve"> </w:t>
      </w:r>
      <w:r>
        <w:rPr>
          <w:b/>
          <w:bCs/>
        </w:rPr>
        <w:t xml:space="preserve">state of wetness.</w:t>
      </w:r>
      <w:r>
        <w:br/>
      </w:r>
      <w:r>
        <w:t xml:space="preserve">    (a) about things beyond the physical world, such as existence, reality, or the soul</w:t>
      </w:r>
      <w:r>
        <w:br/>
      </w:r>
      <w:r>
        <w:t xml:space="preserve">    (b)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(c) continuing forever without change; or occurring so frequently it seems constant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epiphany</w:t>
      </w:r>
      <w:r>
        <w:rPr>
          <w:b/>
          <w:bCs/>
        </w:rPr>
        <w:t xml:space="preserve">.</w:t>
      </w:r>
      <w:r>
        <w:br/>
      </w:r>
      <w:r>
        <w:t xml:space="preserve">    (a) easily set on fire</w:t>
      </w:r>
      <w:r>
        <w:br/>
      </w:r>
      <w:r>
        <w:t xml:space="preserve">    (b) untied or released</w:t>
      </w:r>
      <w:r>
        <w:br/>
      </w:r>
      <w:r>
        <w:t xml:space="preserve">    (c) sudden realization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hurt, and that is not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euphemism</w:t>
      </w:r>
      <w:r>
        <w:rPr>
          <w:b/>
          <w:bCs/>
        </w:rPr>
        <w:t xml:space="preserve">.</w:t>
      </w:r>
      <w:r>
        <w:br/>
      </w:r>
      <w:r>
        <w:t xml:space="preserve">    (a) physics:  a single particle of light or other electromagnetic radiation measured a single quantum</w:t>
      </w:r>
      <w:r>
        <w:br/>
      </w:r>
      <w:r>
        <w:t xml:space="preserve">    (b) a word or phrase that serves as a less harsh or less offensive way of saying something unpleasant</w:t>
      </w:r>
      <w:r>
        <w:br/>
      </w:r>
      <w:r>
        <w:t xml:space="preserve">    (c) any of the Scandinavian people who raided the coasts of Europe from the 8th to the 11th centuries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first time, the Colonel's theory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plausible</w:t>
      </w:r>
      <w:r>
        <w:rPr>
          <w:b/>
          <w:bCs/>
        </w:rPr>
        <w:t xml:space="preserve">.</w:t>
      </w:r>
      <w:r>
        <w:br/>
      </w:r>
      <w:r>
        <w:t xml:space="preserve">    (a) in a manner that takes on or adopts</w:t>
      </w:r>
      <w:r>
        <w:br/>
      </w:r>
      <w:r>
        <w:t xml:space="preserve">    (b) apparently reasonable, but unproven</w:t>
      </w:r>
      <w:r>
        <w:br/>
      </w:r>
      <w:r>
        <w:t xml:space="preserve">    (c) full of strong desire for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stared at him for a moment, and then said, "I kissed her that night, and I've got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monopoly</w:t>
      </w:r>
      <w:r>
        <w:rPr>
          <w:b/>
          <w:bCs/>
        </w:rPr>
        <w:t xml:space="preserve"> </w:t>
      </w:r>
      <w:r>
        <w:rPr>
          <w:b/>
          <w:bCs/>
        </w:rPr>
        <w:t xml:space="preserve">on that."</w:t>
      </w:r>
      <w:r>
        <w:br/>
      </w:r>
      <w:r>
        <w:t xml:space="preserve">    (a) in the manner of someone who consumes more than they should -- especially eating and drinking too much</w:t>
      </w:r>
      <w:r>
        <w:br/>
      </w:r>
      <w:r>
        <w:t xml:space="preserve">    (b) in a manner that tries to obtain a result through gentle and careful effort -- often gently persuading</w:t>
      </w:r>
      <w:r>
        <w:br/>
      </w:r>
      <w:r>
        <w:t xml:space="preserve">    (c) complete control over a product, service, or resource -- usually by a single person, company, or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Buddha said that suffering was caused by desire, we'd learned, and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cessation</w:t>
      </w:r>
      <w:r>
        <w:rPr>
          <w:b/>
          <w:bCs/>
        </w:rPr>
        <w:t xml:space="preserve"> </w:t>
      </w:r>
      <w:r>
        <w:rPr>
          <w:b/>
          <w:bCs/>
        </w:rPr>
        <w:t xml:space="preserve">of desire meant the cessation of suffering.</w:t>
      </w:r>
      <w:r>
        <w:br/>
      </w:r>
      <w:r>
        <w:t xml:space="preserve">    (a) thigh bone</w:t>
      </w:r>
      <w:r>
        <w:br/>
      </w:r>
      <w:r>
        <w:t xml:space="preserve">    (b) difference</w:t>
      </w:r>
      <w:r>
        <w:br/>
      </w:r>
      <w:r>
        <w:t xml:space="preserve">    (c) a stopping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veritable</w:t>
      </w:r>
      <w:r>
        <w:rPr>
          <w:b/>
          <w:bCs/>
        </w:rPr>
        <w:t xml:space="preserve"> </w:t>
      </w:r>
      <w:r>
        <w:rPr>
          <w:b/>
          <w:bCs/>
        </w:rPr>
        <w:t xml:space="preserve">existential identity crisis, a male stripper with more aliases than a covert CIA agent.</w:t>
      </w:r>
      <w:r>
        <w:br/>
      </w:r>
      <w:r>
        <w:t xml:space="preserve">    (a) deserving no respect (worthless or of bad quality)</w:t>
      </w:r>
      <w:r>
        <w:br/>
      </w:r>
      <w:r>
        <w:t xml:space="preserve">    (b) the quality or degree of not being straightforward</w:t>
      </w:r>
      <w:r>
        <w:br/>
      </w:r>
      <w:r>
        <w:t xml:space="preserve">    (c) used for emphasis to introduce a dramatic metaphor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it is certainly important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subvert</w:t>
      </w:r>
      <w:r>
        <w:rPr>
          <w:b/>
          <w:bCs/>
        </w:rPr>
        <w:t xml:space="preserve"> </w:t>
      </w:r>
      <w:r>
        <w:rPr>
          <w:b/>
          <w:bCs/>
        </w:rPr>
        <w:t xml:space="preserve">the patriarchal paradigm, and I suppose this is a way.</w:t>
      </w:r>
      <w:r>
        <w:br/>
      </w:r>
      <w:r>
        <w:t xml:space="preserve">    (a) a beam, bracket, or other structure supported only on one side; or to support something in that manner</w:t>
      </w:r>
      <w:r>
        <w:br/>
      </w:r>
      <w:r>
        <w:t xml:space="preserve">    (b) to gradually destroy or change the purpose of something -- such as a government, institution, or rule</w:t>
      </w:r>
      <w:r>
        <w:br/>
      </w:r>
      <w:r>
        <w:t xml:space="preserve">    (c) express personal artistic ideas or feelings while performing (or performing to) someone else's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it is certainly important to subvert the patriarchal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paradigm</w:t>
      </w:r>
      <w:r>
        <w:rPr>
          <w:b/>
          <w:bCs/>
        </w:rPr>
        <w:t xml:space="preserve">, and I suppose this is a way.</w:t>
      </w:r>
      <w:r>
        <w:br/>
      </w:r>
      <w:r>
        <w:t xml:space="preserve">    (a) easily set on fire</w:t>
      </w:r>
      <w:r>
        <w:br/>
      </w:r>
      <w:r>
        <w:t xml:space="preserve">    (b) untied or released</w:t>
      </w:r>
      <w:r>
        <w:br/>
      </w:r>
      <w:r>
        <w:t xml:space="preserve">    (c) way of looking at things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2026-05-20T13:51:40Z</dcterms:created>
  <dcterms:modified xsi:type="dcterms:W3CDTF">2026-05-20T13:51:40Z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