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396b71fd9536b49e1d125a62480a4670030204"/>
    <w:p>
      <w:pPr>
        <w:pStyle w:val="Heading1"/>
      </w:pPr>
      <w:r>
        <w:rPr>
          <w:b/>
          <w:bCs/>
        </w:rPr>
        <w:t xml:space="preserve">Look Homeward, Angel</w:t>
      </w:r>
      <w:r>
        <w:br/>
      </w:r>
      <w:r>
        <w:rPr>
          <w:i/>
          <w:iCs/>
        </w:rPr>
        <w:t xml:space="preserve">Thomas Wolfe</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There was a droning</w:t>
      </w:r>
      <w:r>
        <w:rPr>
          <w:b/>
          <w:bCs/>
        </w:rPr>
        <w:t xml:space="preserve"> </w:t>
      </w:r>
      <w:r>
        <w:rPr>
          <w:b/>
          <w:bCs/>
          <w:u w:val="single"/>
        </w:rPr>
        <w:t xml:space="preserve">interminable</w:t>
      </w:r>
      <w:r>
        <w:rPr>
          <w:b/>
          <w:bCs/>
        </w:rPr>
        <w:t xml:space="preserve"> </w:t>
      </w:r>
      <w:r>
        <w:rPr>
          <w:b/>
          <w:bCs/>
        </w:rPr>
        <w:t xml:space="preserve">wait at a junction-town near the foot-hills.</w:t>
      </w:r>
      <w:r>
        <w:br/>
      </w:r>
      <w:r>
        <w:t xml:space="preserve">    (a) relating to expert judgement of what is good and bad about something</w:t>
      </w:r>
      <w:r>
        <w:br/>
      </w:r>
      <w:r>
        <w:t xml:space="preserve">    (b) seemingly endless; or long and unpleasant (often boring or annoying)</w:t>
      </w:r>
      <w:r>
        <w:br/>
      </w:r>
      <w:r>
        <w:t xml:space="preserve">    (c) full of anger or unhappiness at having to accept something not liked</w:t>
      </w:r>
    </w:p>
    <w:p>
      <w:pPr>
        <w:pStyle w:val="Compact"/>
        <w:numPr>
          <w:ilvl w:val="0"/>
          <w:numId w:val="1001"/>
        </w:numPr>
      </w:pPr>
      <w:r>
        <w:rPr>
          <w:b/>
          <w:bCs/>
        </w:rPr>
        <w:t xml:space="preserve">And that voice, flat, drawling,</w:t>
      </w:r>
      <w:r>
        <w:rPr>
          <w:b/>
          <w:bCs/>
        </w:rPr>
        <w:t xml:space="preserve"> </w:t>
      </w:r>
      <w:r>
        <w:rPr>
          <w:b/>
          <w:bCs/>
          <w:u w:val="single"/>
        </w:rPr>
        <w:t xml:space="preserve">complacent</w:t>
      </w:r>
      <w:r>
        <w:rPr>
          <w:b/>
          <w:bCs/>
        </w:rPr>
        <w:t xml:space="preserve">, touched with sudden light a picture that had lain dead in him for twenty years.</w:t>
      </w:r>
      <w:r>
        <w:br/>
      </w:r>
      <w:r>
        <w:t xml:space="preserve">    (a) unworried and satisfied</w:t>
      </w:r>
      <w:r>
        <w:br/>
      </w:r>
      <w:r>
        <w:t xml:space="preserve">    (b) unable to get closer to</w:t>
      </w:r>
      <w:r>
        <w:br/>
      </w:r>
      <w:r>
        <w:t xml:space="preserve">    (c) not sensible or careful</w:t>
      </w:r>
    </w:p>
    <w:p>
      <w:pPr>
        <w:pStyle w:val="Compact"/>
        <w:numPr>
          <w:ilvl w:val="0"/>
          <w:numId w:val="1001"/>
        </w:numPr>
      </w:pPr>
      <w:r>
        <w:rPr>
          <w:b/>
          <w:bCs/>
        </w:rPr>
        <w:t xml:space="preserve">He thought of the</w:t>
      </w:r>
      <w:r>
        <w:rPr>
          <w:b/>
          <w:bCs/>
        </w:rPr>
        <w:t xml:space="preserve"> </w:t>
      </w:r>
      <w:r>
        <w:rPr>
          <w:b/>
          <w:bCs/>
          <w:u w:val="single"/>
        </w:rPr>
        <w:t xml:space="preserve">loamy</w:t>
      </w:r>
      <w:r>
        <w:rPr>
          <w:b/>
          <w:bCs/>
        </w:rPr>
        <w:t xml:space="preserve"> </w:t>
      </w:r>
      <w:r>
        <w:rPr>
          <w:b/>
          <w:bCs/>
        </w:rPr>
        <w:t xml:space="preserve">black earth with its sudden young light of flowers, of the beaded chill of beer, and of the plumtree's dropping blossoms.</w:t>
      </w:r>
      <w:r>
        <w:br/>
      </w:r>
      <w:r>
        <w:t xml:space="preserve">    (a) real</w:t>
      </w:r>
      <w:r>
        <w:br/>
      </w:r>
      <w:r>
        <w:t xml:space="preserve">    (b) rich</w:t>
      </w:r>
      <w:r>
        <w:br/>
      </w:r>
      <w:r>
        <w:t xml:space="preserve">    (c) city</w:t>
      </w:r>
    </w:p>
    <w:p>
      <w:pPr>
        <w:pStyle w:val="Compact"/>
        <w:numPr>
          <w:ilvl w:val="0"/>
          <w:numId w:val="1001"/>
        </w:numPr>
      </w:pPr>
      <w:r>
        <w:rPr>
          <w:b/>
          <w:bCs/>
        </w:rPr>
        <w:t xml:space="preserve">And he thought</w:t>
      </w:r>
      <w:r>
        <w:rPr>
          <w:b/>
          <w:bCs/>
        </w:rPr>
        <w:t xml:space="preserve"> </w:t>
      </w:r>
      <w:r>
        <w:rPr>
          <w:b/>
          <w:bCs/>
          <w:u w:val="single"/>
        </w:rPr>
        <w:t xml:space="preserve">lusciously</w:t>
      </w:r>
      <w:r>
        <w:rPr>
          <w:b/>
          <w:bCs/>
        </w:rPr>
        <w:t xml:space="preserve"> </w:t>
      </w:r>
      <w:r>
        <w:rPr>
          <w:b/>
          <w:bCs/>
        </w:rPr>
        <w:t xml:space="preserve">of mysterious and succulent food.</w:t>
      </w:r>
      <w:r>
        <w:br/>
      </w:r>
      <w:r>
        <w:t xml:space="preserve">    (a) richly appealing to the senses -- especially taste, smell, or appearance -- often used for delicious food, attractive appearance, or sensuous beauty</w:t>
      </w:r>
      <w:r>
        <w:br/>
      </w:r>
      <w:r>
        <w:t xml:space="preserve">    (b) in a manner related to a mental illness most commonly associated with undeveloped social abilities, language, and other communication skills</w:t>
      </w:r>
      <w:r>
        <w:br/>
      </w:r>
      <w:r>
        <w:t xml:space="preserve">    (c) calculated by the collection and interpretation of numerical data -- especially regarding life expectancy and other statistics use to calculate insurance premiums</w:t>
      </w:r>
    </w:p>
    <w:p>
      <w:pPr>
        <w:pStyle w:val="Compact"/>
        <w:numPr>
          <w:ilvl w:val="0"/>
          <w:numId w:val="1001"/>
        </w:numPr>
      </w:pPr>
      <w:r>
        <w:rPr>
          <w:b/>
          <w:bCs/>
        </w:rPr>
        <w:t xml:space="preserve">Since his childhood he had been the witness of his father's wildest</w:t>
      </w:r>
      <w:r>
        <w:rPr>
          <w:b/>
          <w:bCs/>
        </w:rPr>
        <w:t xml:space="preserve"> </w:t>
      </w:r>
      <w:r>
        <w:rPr>
          <w:b/>
          <w:bCs/>
          <w:u w:val="single"/>
        </w:rPr>
        <w:t xml:space="preserve">debauches</w:t>
      </w:r>
      <w:r>
        <w:rPr>
          <w:b/>
          <w:bCs/>
        </w:rPr>
        <w:t xml:space="preserve">.</w:t>
      </w:r>
      <w:r>
        <w:br/>
      </w:r>
      <w:r>
        <w:t xml:space="preserve">    (a) a means of control -- most commonly the straps attached to a bit in a horse's mouth that are used to control it  OR  restrains or controls</w:t>
      </w:r>
      <w:r>
        <w:br/>
      </w:r>
      <w:r>
        <w:t xml:space="preserve">    (b) injures the ligaments of a joint by stretching them too far (ligaments are the tough, fibrous bands that connect bones across joints)</w:t>
      </w:r>
      <w:r>
        <w:br/>
      </w:r>
      <w:r>
        <w:t xml:space="preserve">    (c) extreme indulgence in pleasures -- especially those considered immoral or harmful, such as drinking, partying, or other reckless behavior</w:t>
      </w:r>
    </w:p>
    <w:p>
      <w:pPr>
        <w:pStyle w:val="Compact"/>
        <w:numPr>
          <w:ilvl w:val="0"/>
          <w:numId w:val="1001"/>
        </w:numPr>
      </w:pPr>
      <w:r>
        <w:rPr>
          <w:b/>
          <w:bCs/>
        </w:rPr>
        <w:t xml:space="preserve">Two little boys, twins, with straight very blond heads, and thin, mean faces, raced up and down the sidewalk before the house</w:t>
      </w:r>
      <w:r>
        <w:rPr>
          <w:b/>
          <w:bCs/>
        </w:rPr>
        <w:t xml:space="preserve"> </w:t>
      </w:r>
      <w:r>
        <w:rPr>
          <w:b/>
          <w:bCs/>
          <w:u w:val="single"/>
        </w:rPr>
        <w:t xml:space="preserve">incessantly</w:t>
      </w:r>
      <w:r>
        <w:rPr>
          <w:b/>
          <w:bCs/>
        </w:rPr>
        <w:t xml:space="preserve"> </w:t>
      </w:r>
      <w:r>
        <w:rPr>
          <w:b/>
          <w:bCs/>
        </w:rPr>
        <w:t xml:space="preserve">on tricycles.</w:t>
      </w:r>
      <w:r>
        <w:br/>
      </w:r>
      <w:r>
        <w:t xml:space="preserve">    (a) continuously</w:t>
      </w:r>
      <w:r>
        <w:br/>
      </w:r>
      <w:r>
        <w:t xml:space="preserve">    (b) with anxiety</w:t>
      </w:r>
      <w:r>
        <w:br/>
      </w:r>
      <w:r>
        <w:t xml:space="preserve">    (c) thoughtfully</w:t>
      </w:r>
    </w:p>
    <w:p>
      <w:pPr>
        <w:pStyle w:val="Compact"/>
        <w:numPr>
          <w:ilvl w:val="0"/>
          <w:numId w:val="1001"/>
        </w:numPr>
      </w:pPr>
      <w:r>
        <w:rPr>
          <w:b/>
          <w:bCs/>
        </w:rPr>
        <w:t xml:space="preserve">Steve hummed a monotonous, suggestive tune, and writhed</w:t>
      </w:r>
      <w:r>
        <w:rPr>
          <w:b/>
          <w:bCs/>
        </w:rPr>
        <w:t xml:space="preserve"> </w:t>
      </w:r>
      <w:r>
        <w:rPr>
          <w:b/>
          <w:bCs/>
          <w:u w:val="single"/>
        </w:rPr>
        <w:t xml:space="preserve">sensually</w:t>
      </w:r>
      <w:r>
        <w:rPr>
          <w:b/>
          <w:bCs/>
        </w:rPr>
        <w:t xml:space="preserve">.</w:t>
      </w:r>
      <w:r>
        <w:br/>
      </w:r>
      <w:r>
        <w:t xml:space="preserve">    (a) relating to pleasing the body's senses (in contrast to the intellect)</w:t>
      </w:r>
      <w:r>
        <w:br/>
      </w:r>
      <w:r>
        <w:t xml:space="preserve">    (b) in a manner that is not sexually attractive, or persuasively tempting</w:t>
      </w:r>
      <w:r>
        <w:br/>
      </w:r>
      <w:r>
        <w:t xml:space="preserve">    (c) in a manner that is appropriate or related in size, amount, or degree</w:t>
      </w:r>
    </w:p>
    <w:p>
      <w:pPr>
        <w:pStyle w:val="Compact"/>
        <w:numPr>
          <w:ilvl w:val="0"/>
          <w:numId w:val="1001"/>
        </w:numPr>
      </w:pPr>
      <w:r>
        <w:rPr>
          <w:b/>
          <w:bCs/>
        </w:rPr>
        <w:t xml:space="preserve">He had a Dutch love of</w:t>
      </w:r>
      <w:r>
        <w:rPr>
          <w:b/>
          <w:bCs/>
        </w:rPr>
        <w:t xml:space="preserve"> </w:t>
      </w:r>
      <w:r>
        <w:rPr>
          <w:b/>
          <w:bCs/>
          <w:u w:val="single"/>
        </w:rPr>
        <w:t xml:space="preserve">abundance</w:t>
      </w:r>
      <w:r>
        <w:rPr>
          <w:b/>
          <w:bCs/>
        </w:rPr>
        <w:t xml:space="preserve">: again and again he described the great stored barns, the groaning plenty of the Pennsylvanians.</w:t>
      </w:r>
      <w:r>
        <w:br/>
      </w:r>
      <w:r>
        <w:t xml:space="preserve">    (a) large amount or quantity</w:t>
      </w:r>
      <w:r>
        <w:br/>
      </w:r>
      <w:r>
        <w:t xml:space="preserve">    (b) conflict or disagreement</w:t>
      </w:r>
      <w:r>
        <w:br/>
      </w:r>
      <w:r>
        <w:t xml:space="preserve">    (c) sharpness or intenseness</w:t>
      </w:r>
    </w:p>
    <w:p>
      <w:pPr>
        <w:pStyle w:val="Compact"/>
        <w:numPr>
          <w:ilvl w:val="0"/>
          <w:numId w:val="1001"/>
        </w:numPr>
      </w:pPr>
      <w:r>
        <w:rPr>
          <w:b/>
          <w:bCs/>
        </w:rPr>
        <w:t xml:space="preserve">And in this pillage of the loaded shelves, he found himself wedged firmly into the grotesque pattern of Protestant fiction which</w:t>
      </w:r>
      <w:r>
        <w:rPr>
          <w:b/>
          <w:bCs/>
        </w:rPr>
        <w:t xml:space="preserve"> </w:t>
      </w:r>
      <w:r>
        <w:rPr>
          <w:b/>
          <w:bCs/>
          <w:u w:val="single"/>
        </w:rPr>
        <w:t xml:space="preserve">yields</w:t>
      </w:r>
      <w:r>
        <w:rPr>
          <w:b/>
          <w:bCs/>
        </w:rPr>
        <w:t xml:space="preserve"> </w:t>
      </w:r>
      <w:r>
        <w:rPr>
          <w:b/>
          <w:bCs/>
        </w:rPr>
        <w:t xml:space="preserve">the rewards of Dionysus to the loyal disciples of John Calvin, panting and praying in a breath, guarding the plumtree with the altar fires, outdoing the pagan harlot with the sanctified hussy.</w:t>
      </w:r>
      <w:r>
        <w:br/>
      </w:r>
      <w:r>
        <w:t xml:space="preserve">    (a) gives or produces</w:t>
      </w:r>
      <w:r>
        <w:br/>
      </w:r>
      <w:r>
        <w:t xml:space="preserve">    (b) formally gives up power, as of monarchs and emperors</w:t>
      </w:r>
      <w:r>
        <w:br/>
      </w:r>
      <w:r>
        <w:t xml:space="preserve">    (c) complains or verbally attacks in a loud, excited way</w:t>
      </w:r>
    </w:p>
    <w:p>
      <w:pPr>
        <w:pStyle w:val="Compact"/>
        <w:numPr>
          <w:ilvl w:val="0"/>
          <w:numId w:val="1001"/>
        </w:numPr>
      </w:pPr>
      <w:r>
        <w:rPr>
          <w:b/>
          <w:bCs/>
        </w:rPr>
        <w:t xml:space="preserve">She was as lithe and</w:t>
      </w:r>
      <w:r>
        <w:rPr>
          <w:b/>
          <w:bCs/>
        </w:rPr>
        <w:t xml:space="preserve"> </w:t>
      </w:r>
      <w:r>
        <w:rPr>
          <w:b/>
          <w:bCs/>
          <w:u w:val="single"/>
        </w:rPr>
        <w:t xml:space="preserve">yielding</w:t>
      </w:r>
      <w:r>
        <w:rPr>
          <w:b/>
          <w:bCs/>
        </w:rPr>
        <w:t xml:space="preserve"> </w:t>
      </w:r>
      <w:r>
        <w:rPr>
          <w:b/>
          <w:bCs/>
        </w:rPr>
        <w:t xml:space="preserve">to his sustaining hand as a willow rod—she was bird-swift, more elusive in repose than the dancing water-motes upon her face.</w:t>
      </w:r>
      <w:r>
        <w:br/>
      </w:r>
      <w:r>
        <w:t xml:space="preserve">    (a) giving in, giving up, or giving way (easily moved or soft)</w:t>
      </w:r>
      <w:r>
        <w:br/>
      </w:r>
      <w:r>
        <w:t xml:space="preserve">    (b) placing trust (in someone) by talking about private things</w:t>
      </w:r>
      <w:r>
        <w:br/>
      </w:r>
      <w:r>
        <w:t xml:space="preserve">    (c) showing, demonstrating, determining, or causing acceptance</w:t>
      </w:r>
    </w:p>
    <w:p>
      <w:pPr>
        <w:pStyle w:val="Compact"/>
        <w:numPr>
          <w:ilvl w:val="0"/>
          <w:numId w:val="1001"/>
        </w:numPr>
      </w:pPr>
      <w:r>
        <w:rPr>
          <w:b/>
          <w:bCs/>
        </w:rPr>
        <w:t xml:space="preserve">There were two beds; he</w:t>
      </w:r>
      <w:r>
        <w:rPr>
          <w:b/>
          <w:bCs/>
        </w:rPr>
        <w:t xml:space="preserve"> </w:t>
      </w:r>
      <w:r>
        <w:rPr>
          <w:b/>
          <w:bCs/>
          <w:u w:val="single"/>
        </w:rPr>
        <w:t xml:space="preserve">exulted</w:t>
      </w:r>
      <w:r>
        <w:rPr>
          <w:b/>
          <w:bCs/>
        </w:rPr>
        <w:t xml:space="preserve"> </w:t>
      </w:r>
      <w:r>
        <w:rPr>
          <w:b/>
          <w:bCs/>
        </w:rPr>
        <w:t xml:space="preserve">in his unaccustomed occupancy of an entire mattress, dreaming of the day of manlike privacy.</w:t>
      </w:r>
      <w:r>
        <w:br/>
      </w:r>
      <w:r>
        <w:t xml:space="preserve">    (a) felt or expressed extreme happiness or elation</w:t>
      </w:r>
      <w:r>
        <w:br/>
      </w:r>
      <w:r>
        <w:t xml:space="preserve">    (b) held together (connected or united) or wrapped</w:t>
      </w:r>
      <w:r>
        <w:br/>
      </w:r>
      <w:r>
        <w:t xml:space="preserve">    (c) considered (for affect on a result or outcome)</w:t>
      </w:r>
    </w:p>
    <w:p>
      <w:pPr>
        <w:pStyle w:val="Compact"/>
        <w:numPr>
          <w:ilvl w:val="0"/>
          <w:numId w:val="1001"/>
        </w:numPr>
      </w:pPr>
      <w:r>
        <w:rPr>
          <w:b/>
          <w:bCs/>
        </w:rPr>
        <w:t xml:space="preserve">But, in spite of this</w:t>
      </w:r>
      <w:r>
        <w:rPr>
          <w:b/>
          <w:bCs/>
        </w:rPr>
        <w:t xml:space="preserve"> </w:t>
      </w:r>
      <w:r>
        <w:rPr>
          <w:b/>
          <w:bCs/>
          <w:u w:val="single"/>
        </w:rPr>
        <w:t xml:space="preserve">gauntness</w:t>
      </w:r>
      <w:r>
        <w:rPr>
          <w:b/>
          <w:bCs/>
        </w:rPr>
        <w:t xml:space="preserve">, she did not look hard-featured or raw-boned.</w:t>
      </w:r>
      <w:r>
        <w:br/>
      </w:r>
      <w:r>
        <w:t xml:space="preserve">    (a) able to qualify for regular payments that permit having an income without working</w:t>
      </w:r>
      <w:r>
        <w:br/>
      </w:r>
      <w:r>
        <w:t xml:space="preserve">    (b) not having the characteristic of or relating to bouncing back light/heat/sound...</w:t>
      </w:r>
      <w:r>
        <w:br/>
      </w:r>
      <w:r>
        <w:t xml:space="preserve">    (c) very thin and bony -- often from hunger or as though having been worn to the bone</w:t>
      </w:r>
    </w:p>
    <w:p>
      <w:pPr>
        <w:pStyle w:val="Compact"/>
        <w:numPr>
          <w:ilvl w:val="0"/>
          <w:numId w:val="1001"/>
        </w:numPr>
      </w:pPr>
      <w:r>
        <w:rPr>
          <w:b/>
          <w:bCs/>
        </w:rPr>
        <w:t xml:space="preserve">This starched and well brushed world of Sunday morning Presbyterianism, with its sober decency, its sense of restraint, its suggestion of quiet wealth, solid position, ordered ritual, seclusive establishment, moved him deeply with its</w:t>
      </w:r>
      <w:r>
        <w:rPr>
          <w:b/>
          <w:bCs/>
        </w:rPr>
        <w:t xml:space="preserve"> </w:t>
      </w:r>
      <w:r>
        <w:rPr>
          <w:b/>
          <w:bCs/>
          <w:u w:val="single"/>
        </w:rPr>
        <w:t xml:space="preserve">tranquillity</w:t>
      </w:r>
      <w:r>
        <w:rPr>
          <w:b/>
          <w:bCs/>
        </w:rPr>
        <w:t xml:space="preserve">.</w:t>
      </w:r>
      <w:r>
        <w:br/>
      </w:r>
      <w:r>
        <w:t xml:space="preserve">    (a) reason (for doing something)</w:t>
      </w:r>
      <w:r>
        <w:br/>
      </w:r>
      <w:r>
        <w:t xml:space="preserve">    (b) peace and quiet; or calmness</w:t>
      </w:r>
      <w:r>
        <w:br/>
      </w:r>
      <w:r>
        <w:t xml:space="preserve">    (c) small quantity or indication</w:t>
      </w:r>
    </w:p>
    <w:p>
      <w:pPr>
        <w:pStyle w:val="Compact"/>
        <w:numPr>
          <w:ilvl w:val="0"/>
          <w:numId w:val="1001"/>
        </w:numPr>
      </w:pPr>
      <w:r>
        <w:rPr>
          <w:b/>
          <w:bCs/>
        </w:rPr>
        <w:t xml:space="preserve">He hated the</w:t>
      </w:r>
      <w:r>
        <w:rPr>
          <w:b/>
          <w:bCs/>
        </w:rPr>
        <w:t xml:space="preserve"> </w:t>
      </w:r>
      <w:r>
        <w:rPr>
          <w:b/>
          <w:bCs/>
          <w:u w:val="single"/>
        </w:rPr>
        <w:t xml:space="preserve">jargon</w:t>
      </w:r>
      <w:r>
        <w:rPr>
          <w:b/>
          <w:bCs/>
        </w:rPr>
        <w:t xml:space="preserve"> </w:t>
      </w:r>
      <w:r>
        <w:rPr>
          <w:b/>
          <w:bCs/>
        </w:rPr>
        <w:t xml:space="preserve">of the profession, which she had picked up somewhere long before, and which she used constantly with such satisfaction—smacking her lips as she spoke of "transients," or of "drumming up trade."</w:t>
      </w:r>
      <w:r>
        <w:br/>
      </w:r>
      <w:r>
        <w:t xml:space="preserve">    (a) mirror back (an image)</w:t>
      </w:r>
      <w:r>
        <w:br/>
      </w:r>
      <w:r>
        <w:t xml:space="preserve">    (b) create dramatic change</w:t>
      </w:r>
      <w:r>
        <w:br/>
      </w:r>
      <w:r>
        <w:t xml:space="preserve">    (c) specialized vocabulary</w:t>
      </w:r>
    </w:p>
    <w:p>
      <w:pPr>
        <w:pStyle w:val="Compact"/>
        <w:numPr>
          <w:ilvl w:val="0"/>
          <w:numId w:val="1001"/>
        </w:numPr>
      </w:pPr>
      <w:r>
        <w:rPr>
          <w:b/>
          <w:bCs/>
        </w:rPr>
        <w:t xml:space="preserve">"Doctor," said Harry Tugman with</w:t>
      </w:r>
      <w:r>
        <w:rPr>
          <w:b/>
          <w:bCs/>
        </w:rPr>
        <w:t xml:space="preserve"> </w:t>
      </w:r>
      <w:r>
        <w:rPr>
          <w:b/>
          <w:bCs/>
          <w:u w:val="single"/>
        </w:rPr>
        <w:t xml:space="preserve">servile</w:t>
      </w:r>
      <w:r>
        <w:rPr>
          <w:b/>
          <w:bCs/>
        </w:rPr>
        <w:t xml:space="preserve"> </w:t>
      </w:r>
      <w:r>
        <w:rPr>
          <w:b/>
          <w:bCs/>
        </w:rPr>
        <w:t xml:space="preserve">medicine-man respect, "what do you charge to operate?"</w:t>
      </w:r>
      <w:r>
        <w:br/>
      </w:r>
      <w:r>
        <w:t xml:space="preserve">    (a) relating to practice or belief that is long-established or was previously long-established  OR  relating to stories passed down through generations</w:t>
      </w:r>
      <w:r>
        <w:br/>
      </w:r>
      <w:r>
        <w:t xml:space="preserve">    (b) too eager to serve or obey others -- often in a way that seems overly submissive, weak, or lacking self-respect</w:t>
      </w:r>
      <w:r>
        <w:br/>
      </w:r>
      <w:r>
        <w:br/>
      </w:r>
      <w:r>
        <w:t xml:space="preserve">or:</w:t>
      </w:r>
      <w:r>
        <w:br/>
      </w:r>
      <w:r>
        <w:br/>
      </w:r>
      <w:r>
        <w:t xml:space="preserve">related to low-status tasks</w:t>
      </w:r>
      <w:r>
        <w:br/>
      </w:r>
      <w:r>
        <w:br/>
      </w:r>
      <w:r>
        <w:t xml:space="preserve">    (c) related to an economic system based on government ownership or control of all important companies -- with the ideal of equal benefits to all people</w:t>
      </w:r>
    </w:p>
    <w:p>
      <w:pPr>
        <w:pStyle w:val="Compact"/>
        <w:numPr>
          <w:ilvl w:val="0"/>
          <w:numId w:val="1001"/>
        </w:numPr>
      </w:pPr>
      <w:r>
        <w:rPr>
          <w:b/>
          <w:bCs/>
        </w:rPr>
        <w:t xml:space="preserve">"Would you like some cold pork, son?" said Coker, with his yellow</w:t>
      </w:r>
      <w:r>
        <w:rPr>
          <w:b/>
          <w:bCs/>
        </w:rPr>
        <w:t xml:space="preserve"> </w:t>
      </w:r>
      <w:r>
        <w:rPr>
          <w:b/>
          <w:bCs/>
          <w:u w:val="single"/>
        </w:rPr>
        <w:t xml:space="preserve">malicious</w:t>
      </w:r>
      <w:r>
        <w:rPr>
          <w:b/>
          <w:bCs/>
        </w:rPr>
        <w:t xml:space="preserve"> </w:t>
      </w:r>
      <w:r>
        <w:rPr>
          <w:b/>
          <w:bCs/>
        </w:rPr>
        <w:t xml:space="preserve">grin.</w:t>
      </w:r>
      <w:r>
        <w:br/>
      </w:r>
      <w:r>
        <w:t xml:space="preserve">    (a) exceedingly important, serious, or dangerous</w:t>
      </w:r>
      <w:r>
        <w:br/>
      </w:r>
      <w:r>
        <w:t xml:space="preserve">    (b) the intention or desire to see others suffer</w:t>
      </w:r>
      <w:r>
        <w:br/>
      </w:r>
      <w:r>
        <w:t xml:space="preserve">    (c) designed to be useful; or capable of working</w:t>
      </w:r>
    </w:p>
    <w:p>
      <w:pPr>
        <w:pStyle w:val="Compact"/>
        <w:numPr>
          <w:ilvl w:val="0"/>
          <w:numId w:val="1001"/>
        </w:numPr>
      </w:pPr>
      <w:r>
        <w:rPr>
          <w:b/>
          <w:bCs/>
        </w:rPr>
        <w:t xml:space="preserve">At this moment Gant strode in out of the dusk, carrying a mottled package of pork chops, and muttering</w:t>
      </w:r>
      <w:r>
        <w:rPr>
          <w:b/>
          <w:bCs/>
        </w:rPr>
        <w:t xml:space="preserve"> </w:t>
      </w:r>
      <w:r>
        <w:rPr>
          <w:b/>
          <w:bCs/>
          <w:u w:val="single"/>
        </w:rPr>
        <w:t xml:space="preserve">rhetorically</w:t>
      </w:r>
      <w:r>
        <w:rPr>
          <w:b/>
          <w:bCs/>
        </w:rPr>
        <w:t xml:space="preserve"> </w:t>
      </w:r>
      <w:r>
        <w:rPr>
          <w:b/>
          <w:bCs/>
        </w:rPr>
        <w:t xml:space="preserve">to himself.</w:t>
      </w:r>
      <w:r>
        <w:br/>
      </w:r>
      <w:r>
        <w:t xml:space="preserve">    (a) in a manner that stops or hinders something</w:t>
      </w:r>
      <w:r>
        <w:br/>
      </w:r>
      <w:r>
        <w:t xml:space="preserve">    (b) in a manner involving only one part or side</w:t>
      </w:r>
      <w:r>
        <w:br/>
      </w:r>
      <w:r>
        <w:t xml:space="preserve">    (c) in a manner that uses words to make a point</w:t>
      </w:r>
    </w:p>
    <w:p>
      <w:pPr>
        <w:pStyle w:val="Compact"/>
        <w:numPr>
          <w:ilvl w:val="0"/>
          <w:numId w:val="1001"/>
        </w:numPr>
      </w:pPr>
      <w:r>
        <w:rPr>
          <w:b/>
          <w:bCs/>
        </w:rPr>
        <w:t xml:space="preserve">She had very thick black hair, straight and oily, and very black eyes, giving a heavy</w:t>
      </w:r>
      <w:r>
        <w:rPr>
          <w:b/>
          <w:bCs/>
        </w:rPr>
        <w:t xml:space="preserve"> </w:t>
      </w:r>
      <w:r>
        <w:rPr>
          <w:b/>
          <w:bCs/>
          <w:u w:val="single"/>
        </w:rPr>
        <w:t xml:space="preserve">sensuousness</w:t>
      </w:r>
      <w:r>
        <w:rPr>
          <w:b/>
          <w:bCs/>
        </w:rPr>
        <w:t xml:space="preserve"> </w:t>
      </w:r>
      <w:r>
        <w:rPr>
          <w:b/>
          <w:bCs/>
        </w:rPr>
        <w:t xml:space="preserve">to her face.</w:t>
      </w:r>
      <w:r>
        <w:br/>
      </w:r>
      <w:r>
        <w:t xml:space="preserve">    (a) most extreme as in final, best, worst, most important, or most fundamental</w:t>
      </w:r>
      <w:r>
        <w:br/>
      </w:r>
      <w:r>
        <w:t xml:space="preserve">    (b) the state or degree of having found a condition or substance to be present</w:t>
      </w:r>
      <w:r>
        <w:br/>
      </w:r>
      <w:r>
        <w:t xml:space="preserve">    (c) relating to pleasure from the body's senses rather than from the intellect</w:t>
      </w:r>
    </w:p>
    <w:p>
      <w:pPr>
        <w:pStyle w:val="Compact"/>
        <w:numPr>
          <w:ilvl w:val="0"/>
          <w:numId w:val="1001"/>
        </w:numPr>
      </w:pPr>
      <w:r>
        <w:rPr>
          <w:b/>
          <w:bCs/>
        </w:rPr>
        <w:t xml:space="preserve">Eliza waved to him and smiled</w:t>
      </w:r>
      <w:r>
        <w:rPr>
          <w:b/>
          <w:bCs/>
        </w:rPr>
        <w:t xml:space="preserve"> </w:t>
      </w:r>
      <w:r>
        <w:rPr>
          <w:b/>
          <w:bCs/>
          <w:u w:val="single"/>
        </w:rPr>
        <w:t xml:space="preserve">tremulously</w:t>
      </w:r>
      <w:r>
        <w:rPr>
          <w:b/>
          <w:bCs/>
        </w:rPr>
        <w:t xml:space="preserve">; she turned back into the house sniffling, with wet eyes.</w:t>
      </w:r>
      <w:r>
        <w:br/>
      </w:r>
      <w:r>
        <w:t xml:space="preserve">    (a) with quivering (shakiness)</w:t>
      </w:r>
      <w:r>
        <w:br/>
      </w:r>
      <w:r>
        <w:t xml:space="preserve">    (b) in a bad or harmful manner</w:t>
      </w:r>
      <w:r>
        <w:br/>
      </w:r>
      <w:r>
        <w:t xml:space="preserve">    (c) not capable of being found</w:t>
      </w:r>
    </w:p>
    <w:p>
      <w:pPr>
        <w:pStyle w:val="Compact"/>
        <w:numPr>
          <w:ilvl w:val="0"/>
          <w:numId w:val="1001"/>
        </w:numPr>
      </w:pPr>
      <w:r>
        <w:rPr>
          <w:b/>
          <w:bCs/>
        </w:rPr>
        <w:t xml:space="preserve">All his</w:t>
      </w:r>
      <w:r>
        <w:rPr>
          <w:b/>
          <w:bCs/>
        </w:rPr>
        <w:t xml:space="preserve"> </w:t>
      </w:r>
      <w:r>
        <w:rPr>
          <w:b/>
          <w:bCs/>
          <w:u w:val="single"/>
        </w:rPr>
        <w:t xml:space="preserve">convictions</w:t>
      </w:r>
      <w:r>
        <w:rPr>
          <w:b/>
          <w:bCs/>
        </w:rPr>
        <w:t xml:space="preserve"> </w:t>
      </w:r>
      <w:r>
        <w:rPr>
          <w:b/>
          <w:bCs/>
        </w:rPr>
        <w:t xml:space="preserve">in family affairs had been previously signed with her approval.</w:t>
      </w:r>
      <w:r>
        <w:br/>
      </w:r>
      <w:r>
        <w:t xml:space="preserve">    (a) not working or not operating</w:t>
      </w:r>
      <w:r>
        <w:br/>
      </w:r>
      <w:r>
        <w:t xml:space="preserve">    (b) a strong, firmly held belief</w:t>
      </w:r>
      <w:r>
        <w:br/>
      </w:r>
      <w:r>
        <w:t xml:space="preserve">    (c) calculates or judges too low</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2026-07-31T17:34:13Z</dcterms:created>
  <dcterms:modified xsi:type="dcterms:W3CDTF">2026-07-31T17:34:13Z</dcterms:modified>
</cp:coreProperties>
</file>

<file path=docProps/custom.xml><?xml version="1.0" encoding="utf-8"?>
<Properties xmlns="http://schemas.openxmlformats.org/officeDocument/2006/custom-properties" xmlns:vt="http://schemas.openxmlformats.org/officeDocument/2006/docPropsVTypes"/>
</file>