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adf8cf9e484326e61bba07954ccd2e4285fe8e"/>
    <w:p>
      <w:pPr>
        <w:pStyle w:val="Heading1"/>
      </w:pPr>
      <w:r>
        <w:rPr>
          <w:b/>
          <w:bCs/>
        </w:rPr>
        <w:t xml:space="preserve">Look Homeward, Angel</w:t>
      </w:r>
      <w:r>
        <w:br/>
      </w:r>
      <w:r>
        <w:rPr>
          <w:i/>
          <w:iCs/>
        </w:rPr>
        <w:t xml:space="preserve">Thomas Wolfe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"My name," she said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portentously</w:t>
      </w:r>
      <w:r>
        <w:rPr>
          <w:b/>
          <w:bCs/>
        </w:rPr>
        <w:t xml:space="preserve">, with slow emphasis, "is Eliza Pentland, and I represent the Larkin Publishing Company."</w:t>
      </w:r>
      <w:r>
        <w:br/>
      </w:r>
      <w:r>
        <w:t xml:space="preserve">    (a) in a manner like a virus (often used to indicate that something spread quickly from person-to-person in a natural, unplanned manner)</w:t>
      </w:r>
      <w:r>
        <w:br/>
      </w:r>
      <w:r>
        <w:t xml:space="preserve">    (b) in a manner related to a mental illness most commonly associated with undeveloped social abilities, language, and other communication skills</w:t>
      </w:r>
      <w:r>
        <w:br/>
      </w:r>
      <w:r>
        <w:t xml:space="preserve">    (c) very important; or indicating something important in the future -- often something that is threatening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acting overly important or serious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</w:t>
      </w:r>
      <w:r>
        <w:rPr>
          <w:b/>
          <w:bCs/>
          <w:u w:val="single"/>
        </w:rPr>
        <w:t xml:space="preserve">Ingratitude</w:t>
      </w:r>
      <w:r>
        <w:rPr>
          <w:b/>
          <w:bCs/>
        </w:rPr>
        <w:t xml:space="preserve">, more fierce than brutish beasts," Gant resumed, getting off on another track, fruitful with mixed and mangled quotation.</w:t>
      </w:r>
      <w:r>
        <w:br/>
      </w:r>
      <w:r>
        <w:t xml:space="preserve">    (a) lack of gratefulness -- typically inappropriately so</w:t>
      </w:r>
      <w:r>
        <w:br/>
      </w:r>
      <w:r>
        <w:t xml:space="preserve">    (b) the process of excessive encouragement or excitement</w:t>
      </w:r>
      <w:r>
        <w:br/>
      </w:r>
      <w:r>
        <w:t xml:space="preserve">    (c) the ability to take or adopt power or responsibility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saw himself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inarticulate</w:t>
      </w:r>
      <w:r>
        <w:rPr>
          <w:b/>
          <w:bCs/>
        </w:rPr>
        <w:t xml:space="preserve"> </w:t>
      </w:r>
      <w:r>
        <w:rPr>
          <w:b/>
          <w:bCs/>
        </w:rPr>
        <w:t xml:space="preserve">stranger, an amusing little clown, to be dandled and nursed by these enormous and remote figures.</w:t>
      </w:r>
      <w:r>
        <w:br/>
      </w:r>
      <w:r>
        <w:t xml:space="preserve">    (a) the degree or quality of being exactly vertical or straight</w:t>
      </w:r>
      <w:r>
        <w:br/>
      </w:r>
      <w:r>
        <w:t xml:space="preserve">    (b) tendency to be direct in a disagreeable, insensitive manner</w:t>
      </w:r>
      <w:r>
        <w:br/>
      </w:r>
      <w:r>
        <w:t xml:space="preserve">    (c) unable to express oneself clearly; or not expressed clearly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Very early, as his truancy mounted, and after he had been expelled, and as his life hardened rapidly in a defiant viciousness,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antagonism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boy and Gant grew open and bitter.</w:t>
      </w:r>
      <w:r>
        <w:br/>
      </w:r>
      <w:r>
        <w:t xml:space="preserve">    (a) positive attitude</w:t>
      </w:r>
      <w:r>
        <w:br/>
      </w:r>
      <w:r>
        <w:t xml:space="preserve">    (b) kindness</w:t>
      </w:r>
      <w:r>
        <w:br/>
      </w:r>
      <w:r>
        <w:t xml:space="preserve">    (c) hostility or opposition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he was never after able to see them touch each other with affection, without the same inchoate and choking humiliation: they were so used to the curse, the clamor, and the roughness, that any variation into tenderness came as a cruel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affectation</w:t>
      </w:r>
      <w:r>
        <w:rPr>
          <w:b/>
          <w:bCs/>
        </w:rPr>
        <w:t xml:space="preserve">.</w:t>
      </w:r>
      <w:r>
        <w:br/>
      </w:r>
      <w:r>
        <w:t xml:space="preserve">    (a) collection of star systems held together by gravity</w:t>
      </w:r>
      <w:r>
        <w:br/>
      </w:r>
      <w:r>
        <w:t xml:space="preserve">    (b) a particular way of seeing or thinking about things</w:t>
      </w:r>
      <w:r>
        <w:br/>
      </w:r>
      <w:r>
        <w:t xml:space="preserve">    (c) behaving in an artificial way to make an impression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travesty</w:t>
      </w:r>
      <w:r>
        <w:rPr>
          <w:b/>
          <w:bCs/>
        </w:rPr>
        <w:t xml:space="preserve">!</w:t>
      </w:r>
      <w:r>
        <w:br/>
      </w:r>
      <w:r>
        <w:t xml:space="preserve">    (a) treating thoughtlessly or without respect</w:t>
      </w:r>
      <w:r>
        <w:br/>
      </w:r>
      <w:r>
        <w:t xml:space="preserve">    (b) an offensive distortion of what should be</w:t>
      </w:r>
      <w:r>
        <w:br/>
      </w:r>
      <w:r>
        <w:t xml:space="preserve">    (c) stop interacting; or stop having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 you think old J. T. Mullins would let his daughter marry Bruce Glendenning, international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vagabond</w:t>
      </w:r>
      <w:r>
        <w:rPr>
          <w:b/>
          <w:bCs/>
        </w:rPr>
        <w:t xml:space="preserve">, jack of all trades, and good at none of them?</w:t>
      </w:r>
      <w:r>
        <w:br/>
      </w:r>
      <w:r>
        <w:t xml:space="preserve">    (a) feel angry or unhappy about having to accept something not liked</w:t>
      </w:r>
      <w:r>
        <w:br/>
      </w:r>
      <w:r>
        <w:t xml:space="preserve">    (b) a person who wanders from town to town with no fixed home or job</w:t>
      </w:r>
      <w:r>
        <w:br/>
      </w:r>
      <w:r>
        <w:t xml:space="preserve">    (c) accept something undesired as unavoidable or the lesser of evils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and the Old Man like to make out you're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paupers</w:t>
      </w:r>
      <w:r>
        <w:rPr>
          <w:b/>
          <w:bCs/>
        </w:rPr>
        <w:t xml:space="preserve">, but you've a sock full of money.</w:t>
      </w:r>
      <w:r>
        <w:br/>
      </w:r>
      <w:r>
        <w:t xml:space="preserve">    (a) things that don't change</w:t>
      </w:r>
      <w:r>
        <w:br/>
      </w:r>
      <w:r>
        <w:t xml:space="preserve">    (b) rejections or criticisms</w:t>
      </w:r>
      <w:r>
        <w:br/>
      </w:r>
      <w:r>
        <w:t xml:space="preserve">    (c) people who are very poor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ignominy</w:t>
      </w:r>
      <w:r>
        <w:rPr>
          <w:b/>
          <w:bCs/>
        </w:rPr>
        <w:t xml:space="preserve"> </w:t>
      </w:r>
      <w:r>
        <w:rPr>
          <w:b/>
          <w:bCs/>
        </w:rPr>
        <w:t xml:space="preserve">to which you will not stoop if you think it will put a nickel in your pocket.</w:t>
      </w:r>
      <w:r>
        <w:br/>
      </w:r>
      <w:r>
        <w:t xml:space="preserve">    (a) circular movement</w:t>
      </w:r>
      <w:r>
        <w:br/>
      </w:r>
      <w:r>
        <w:t xml:space="preserve">    (b) size or dimension</w:t>
      </w:r>
      <w:r>
        <w:br/>
      </w:r>
      <w:r>
        <w:t xml:space="preserve">    (c) shame or disgrace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Sometimes her sweltering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inchoate</w:t>
      </w:r>
      <w:r>
        <w:rPr>
          <w:b/>
          <w:bCs/>
        </w:rPr>
        <w:t xml:space="preserve"> </w:t>
      </w:r>
      <w:r>
        <w:rPr>
          <w:b/>
          <w:bCs/>
        </w:rPr>
        <w:t xml:space="preserve">fury was so great that she threw him on the floor and stamped on him.</w:t>
      </w:r>
      <w:r>
        <w:br/>
      </w:r>
      <w:r>
        <w:t xml:space="preserve">    (a) suffering from too few red blood cells</w:t>
      </w:r>
      <w:r>
        <w:br/>
      </w:r>
      <w:r>
        <w:br/>
      </w:r>
      <w:r>
        <w:t xml:space="preserve">or (less commonly):  lacking vitality</w:t>
      </w:r>
      <w:r>
        <w:br/>
      </w:r>
      <w:r>
        <w:t xml:space="preserve">    (b) having the characteristic of or relating to bouncing back light/heat/sound...</w:t>
      </w:r>
      <w:r>
        <w:br/>
      </w:r>
      <w:r>
        <w:t xml:space="preserve">    (c) just beginning to develop or exist; not yet fully formed or clearly organized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he had to depart at this moment on a delivery, he put it down in the sawdust at the end of the bench and spat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copiously</w:t>
      </w:r>
      <w:r>
        <w:rPr>
          <w:b/>
          <w:bCs/>
        </w:rPr>
        <w:t xml:space="preserve"> </w:t>
      </w:r>
      <w:r>
        <w:rPr>
          <w:b/>
          <w:bCs/>
        </w:rPr>
        <w:t xml:space="preserve">upon it in order to protect it from his scavenging comrades.</w:t>
      </w:r>
      <w:r>
        <w:br/>
      </w:r>
      <w:r>
        <w:t xml:space="preserve">    (a) abundant (large in quantity or number)</w:t>
      </w:r>
      <w:r>
        <w:br/>
      </w:r>
      <w:r>
        <w:t xml:space="preserve">    (b) in a disrespectful or rejecting manner</w:t>
      </w:r>
      <w:r>
        <w:br/>
      </w:r>
      <w:r>
        <w:t xml:space="preserve">    (c) in a manner that is not easily noticed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Jay's golden voice neared its triumph, breaking with delicate restraint, on the last note, into a high sweet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falsetto</w:t>
      </w:r>
      <w:r>
        <w:rPr>
          <w:b/>
          <w:bCs/>
        </w:rPr>
        <w:t xml:space="preserve"> </w:t>
      </w:r>
      <w:r>
        <w:rPr>
          <w:b/>
          <w:bCs/>
        </w:rPr>
        <w:t xml:space="preserve">which he maintained for more than twenty seconds.</w:t>
      </w:r>
      <w:r>
        <w:br/>
      </w:r>
      <w:r>
        <w:t xml:space="preserve">    (a) a male voice that is artificially high -- usually while singing</w:t>
      </w:r>
      <w:r>
        <w:br/>
      </w:r>
      <w:r>
        <w:t xml:space="preserve">    (b) a measure of north/south (relative to the equator) on the earth</w:t>
      </w:r>
      <w:r>
        <w:br/>
      </w:r>
      <w:r>
        <w:t xml:space="preserve">    (c) a period of time or a stage during the development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were of various sizes and ages, but they were all stamped with the print of haggling determination and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pugnacious</w:t>
      </w:r>
      <w:r>
        <w:rPr>
          <w:b/>
          <w:bCs/>
        </w:rPr>
        <w:t xml:space="preserve"> </w:t>
      </w:r>
      <w:r>
        <w:rPr>
          <w:b/>
          <w:bCs/>
        </w:rPr>
        <w:t xml:space="preserve">closure of the mouth.</w:t>
      </w:r>
      <w:r>
        <w:br/>
      </w:r>
      <w:r>
        <w:t xml:space="preserve">    (a) ineffective or bad</w:t>
      </w:r>
      <w:r>
        <w:br/>
      </w:r>
      <w:r>
        <w:t xml:space="preserve">    (b) effective or good</w:t>
      </w:r>
      <w:r>
        <w:br/>
      </w:r>
      <w:r>
        <w:t xml:space="preserve">    (c) quick to fight or argue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heard the ghostly ticking of his life; his powerful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clairvoyance</w:t>
      </w:r>
      <w:r>
        <w:rPr>
          <w:b/>
          <w:bCs/>
        </w:rPr>
        <w:t xml:space="preserve">, the wild Scotch gift of Eliza, burned inward back across the phantom years, plucking out of the ghostly shadows a million gleams of light—a little station by the rails at dawn, the road cleft through the pineland seen at twilight, a smoky cabin-light below the trestles, a boy who ran among the bounding calves, a wisp-haired slattern, with snuff-sticked mouth, framed in a door, floury negroes unloading sacks from freight-cars on a shed, the man who drove the Fair Grounds bus at Saint Louis, a cool-lipped lake at dawn.</w:t>
      </w:r>
      <w:r>
        <w:br/>
      </w:r>
      <w:r>
        <w:t xml:space="preserve">    (a) measles -- a highly contagious viral disease marked by distinct red spots followed by a rash</w:t>
      </w:r>
      <w:r>
        <w:br/>
      </w:r>
      <w:r>
        <w:t xml:space="preserve">    (b) to perceive things beyond the natural range of the senses -- especially foreseeing the future</w:t>
      </w:r>
      <w:r>
        <w:br/>
      </w:r>
      <w:r>
        <w:t xml:space="preserve">    (c) a school of philosophy whose adherents try not to be affected by pleasure, pain, or emotions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Thus, the entire landscape, the whole physical background of his life, was now dappled by powerful prejudices of liking and distaste formed, God knows how, or by what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intangible</w:t>
      </w:r>
      <w:r>
        <w:rPr>
          <w:b/>
          <w:bCs/>
        </w:rPr>
        <w:t xml:space="preserve"> </w:t>
      </w:r>
      <w:r>
        <w:rPr>
          <w:b/>
          <w:bCs/>
        </w:rPr>
        <w:t xml:space="preserve">affinities of thought, feeling and connotation.</w:t>
      </w:r>
      <w:r>
        <w:br/>
      </w:r>
      <w:r>
        <w:t xml:space="preserve">    (a) someone who abandoned their religion or separated from others with whom they used to share firmly held beliefs</w:t>
      </w:r>
      <w:r>
        <w:br/>
      </w:r>
      <w:r>
        <w:t xml:space="preserve">    (b) an artists performance of another artist's work that expresses the performer's feelings or ideas about the work</w:t>
      </w:r>
      <w:r>
        <w:br/>
      </w:r>
      <w:r>
        <w:t xml:space="preserve">    (c) unable to be physically touched (existing but not material or concrete); or something that is hard to identify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Jennings Ware turned his red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satirical</w:t>
      </w:r>
      <w:r>
        <w:rPr>
          <w:b/>
          <w:bCs/>
        </w:rPr>
        <w:t xml:space="preserve"> </w:t>
      </w:r>
      <w:r>
        <w:rPr>
          <w:b/>
          <w:bCs/>
        </w:rPr>
        <w:t xml:space="preserve">face on him.</w:t>
      </w:r>
      <w:r>
        <w:br/>
      </w:r>
      <w:r>
        <w:t xml:space="preserve">    (a) relating to expert judgement of what is good and bad about something</w:t>
      </w:r>
      <w:r>
        <w:br/>
      </w:r>
      <w:r>
        <w:t xml:space="preserve">    (b) a way of making fun of people or ideas -- often through exaggeration</w:t>
      </w:r>
      <w:r>
        <w:br/>
      </w:r>
      <w:r>
        <w:t xml:space="preserve">    (c) full of anger or unhappiness at having to accept something not liked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were—are, perhaps, still— part of the glib jargon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pedants</w:t>
      </w:r>
      <w:r>
        <w:rPr>
          <w:b/>
          <w:bCs/>
        </w:rPr>
        <w:t xml:space="preserve">.</w:t>
      </w:r>
      <w:r>
        <w:br/>
      </w:r>
      <w:r>
        <w:t xml:space="preserve">    (a) constrains in some way -- such as ties up, requires, or obligates</w:t>
      </w:r>
      <w:r>
        <w:br/>
      </w:r>
      <w:r>
        <w:t xml:space="preserve">    (b) people, organizations, lifeforms, or things that exist separately</w:t>
      </w:r>
      <w:r>
        <w:br/>
      </w:r>
      <w:r>
        <w:t xml:space="preserve">    (c) people too concerned with formal rules, details, or book learning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devoured each other with young wet kisses,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insatiate</w:t>
      </w:r>
      <w:r>
        <w:rPr>
          <w:b/>
          <w:bCs/>
        </w:rPr>
        <w:t xml:space="preserve">, unhappy, trying to grow together in their embrace, draw out the last distillation of desire in a single kiss.</w:t>
      </w:r>
      <w:r>
        <w:br/>
      </w:r>
      <w:r>
        <w:t xml:space="preserve">    (a) gradually add or remove</w:t>
      </w:r>
      <w:r>
        <w:br/>
      </w:r>
      <w:r>
        <w:t xml:space="preserve">    (b) not possible to satisfy</w:t>
      </w:r>
      <w:r>
        <w:br/>
      </w:r>
      <w:r>
        <w:t xml:space="preserve">    (c) feel sadness and regret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Bard</w:t>
      </w:r>
      <w:r>
        <w:rPr>
          <w:b/>
          <w:bCs/>
        </w:rPr>
        <w:t xml:space="preserve">'s profile murkily indented.</w:t>
      </w:r>
      <w:r>
        <w:br/>
      </w:r>
      <w:r>
        <w:t xml:space="preserve">    (a) someone who composes and recites or sings poems about important events and people; or (as a proper noun) Shakespeare</w:t>
      </w:r>
      <w:r>
        <w:br/>
      </w:r>
      <w:r>
        <w:t xml:space="preserve">    (b) of the American Indian civilization of Yucatan and Belize and Guatemala that reached its peak between AD 300 and 900</w:t>
      </w:r>
      <w:r>
        <w:br/>
      </w:r>
      <w:r>
        <w:t xml:space="preserve">    (c) a hole or dropoff so deep the bottom cannot be seen -- often used figuratively to imply a frightening bottomless pit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one of his few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Utopias</w:t>
      </w:r>
      <w:r>
        <w:rPr>
          <w:b/>
          <w:bCs/>
        </w:rPr>
        <w:t xml:space="preserve">.</w:t>
      </w:r>
      <w:r>
        <w:br/>
      </w:r>
      <w:r>
        <w:t xml:space="preserve">    (a) light seen after bouncing off a surface to another</w:t>
      </w:r>
      <w:r>
        <w:br/>
      </w:r>
      <w:r>
        <w:t xml:space="preserve">    (b) inexperience, innocence, or lack of sophistication</w:t>
      </w:r>
      <w:r>
        <w:br/>
      </w:r>
      <w:r>
        <w:t xml:space="preserve">    (c) imaginary places considered to be perfect or ideal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2026-07-31T17:34:14Z</dcterms:created>
  <dcterms:modified xsi:type="dcterms:W3CDTF">2026-07-31T17:34:14Z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