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2902322715d76eeecffb9d834ed3c5a6d59a095"/>
    <w:p>
      <w:pPr>
        <w:pStyle w:val="Heading1"/>
      </w:pPr>
      <w:r>
        <w:rPr>
          <w:b/>
          <w:bCs/>
        </w:rPr>
        <w:t xml:space="preserve">Long Walk to Freedom</w:t>
      </w:r>
      <w:r>
        <w:br/>
      </w:r>
      <w:r>
        <w:rPr>
          <w:i/>
          <w:iCs/>
        </w:rPr>
        <w:t xml:space="preserve">Nelson Mandela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One did not defy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magistrates</w:t>
      </w:r>
      <w:r>
        <w:rPr>
          <w:b/>
          <w:bCs/>
        </w:rPr>
        <w:t xml:space="preserve"> </w:t>
      </w:r>
      <w:r>
        <w:rPr>
          <w:b/>
          <w:bCs/>
        </w:rPr>
        <w:t xml:space="preserve">in those days.</w:t>
      </w:r>
      <w:r>
        <w:br/>
      </w:r>
      <w:r>
        <w:t xml:space="preserve">    (a) general feelings of not being as good as others</w:t>
      </w:r>
      <w:r>
        <w:br/>
      </w:r>
      <w:r>
        <w:t xml:space="preserve">    (b) acts of interacting or getting interested again</w:t>
      </w:r>
      <w:r>
        <w:br/>
      </w:r>
      <w:r>
        <w:t xml:space="preserve">    (c) judges or civil authorities who conduct a court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My father did not subscribe to local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prejudice</w:t>
      </w:r>
      <w:r>
        <w:rPr>
          <w:b/>
          <w:bCs/>
        </w:rPr>
        <w:t xml:space="preserve"> </w:t>
      </w:r>
      <w:r>
        <w:rPr>
          <w:b/>
          <w:bCs/>
        </w:rPr>
        <w:t xml:space="preserve">toward amaMfengu and befriended two amaMfengu brothers, George and Ben Mbekela.</w:t>
      </w:r>
      <w:r>
        <w:br/>
      </w:r>
      <w:r>
        <w:t xml:space="preserve">    (a) bias that prevents objective consideration -- especially an unreasonable belief that is unfair to members of a race, religion, or other group</w:t>
      </w:r>
      <w:r>
        <w:br/>
      </w:r>
      <w:r>
        <w:t xml:space="preserve">    (b) to expression feelings or thoughts enthusiastically  OR  to squirt or give off (typically under pressure such as blood or leaking gas)</w:t>
      </w:r>
      <w:r>
        <w:br/>
      </w:r>
      <w:r>
        <w:t xml:space="preserve">    (c) fear, or anticipate with worry (commonly only seen in the forms "apprehensive" and "apprehension," but seen in this form in classic literature)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This was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regent</w:t>
      </w:r>
      <w:r>
        <w:rPr>
          <w:b/>
          <w:bCs/>
        </w:rPr>
        <w:t xml:space="preserve"> </w:t>
      </w:r>
      <w:r>
        <w:rPr>
          <w:b/>
          <w:bCs/>
        </w:rPr>
        <w:t xml:space="preserve">who was to become my guardian and benefactor for the next decade.</w:t>
      </w:r>
      <w:r>
        <w:br/>
      </w:r>
      <w:r>
        <w:t xml:space="preserve">    (a) someone who walks slowly without definite direction  OR  someone who writes or talks without definite direction (changing subjects or rambling rather than in a purposeful direct way)</w:t>
      </w:r>
      <w:r>
        <w:br/>
      </w:r>
      <w:r>
        <w:t xml:space="preserve">    (b) relating to an artistic movement pioneered by Pablo Picasso and Georges Braque that featured surfaces of geometrical planes to depict three-dimensional organic forms</w:t>
      </w:r>
      <w:r>
        <w:br/>
      </w:r>
      <w:r>
        <w:t xml:space="preserve">    (c) someone appointed to a position of temporary or delegated authority -- such as a temporarily while the king or queen is too young, too sick, or away; or a member of a governing board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On these occasions, the regent was surrounded by his amaphakathi, a group of councilors of high rank who functioned as the regent's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parliament</w:t>
      </w:r>
      <w:r>
        <w:rPr>
          <w:b/>
          <w:bCs/>
        </w:rPr>
        <w:t xml:space="preserve"> </w:t>
      </w:r>
      <w:r>
        <w:rPr>
          <w:b/>
          <w:bCs/>
        </w:rPr>
        <w:t xml:space="preserve">and judiciary.</w:t>
      </w:r>
      <w:r>
        <w:br/>
      </w:r>
      <w:r>
        <w:t xml:space="preserve">    (a) someone who believes that all knowledge is derived from experience</w:t>
      </w:r>
      <w:r>
        <w:br/>
      </w:r>
      <w:r>
        <w:t xml:space="preserve">    (b) legislative assembly that passes laws (existing in some countries)</w:t>
      </w:r>
      <w:r>
        <w:br/>
      </w:r>
      <w:r>
        <w:t xml:space="preserve">    (c) a place where conditions are kept as they were to protect wildlife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Shortly before the election, a meeting of all students was held to discuss problemsand voice our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grievances</w:t>
      </w:r>
      <w:r>
        <w:rPr>
          <w:b/>
          <w:bCs/>
        </w:rPr>
        <w:t xml:space="preserve">.</w:t>
      </w:r>
      <w:r>
        <w:br/>
      </w:r>
      <w:r>
        <w:t xml:space="preserve">    (a) sympathies</w:t>
      </w:r>
      <w:r>
        <w:br/>
      </w:r>
      <w:r>
        <w:t xml:space="preserve">    (b) complaints</w:t>
      </w:r>
      <w:r>
        <w:br/>
      </w:r>
      <w:r>
        <w:t xml:space="preserve">    (c) main roads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Malan's platform was known 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apartheid</w:t>
      </w:r>
      <w:r>
        <w:rPr>
          <w:b/>
          <w:bCs/>
        </w:rPr>
        <w:t xml:space="preserve">.</w:t>
      </w:r>
      <w:r>
        <w:br/>
      </w:r>
      <w:r>
        <w:t xml:space="preserve">    (a) a legal system that give equal rights to all citizens</w:t>
      </w:r>
      <w:r>
        <w:br/>
      </w:r>
      <w:r>
        <w:t xml:space="preserve">    (b) a tradition that celebrates cultural differences</w:t>
      </w:r>
      <w:r>
        <w:br/>
      </w:r>
      <w:r>
        <w:t xml:space="preserve">    (c) a system that unfairly treats people of a different race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spirit of mass action surged, but I remained skeptical of any action undertaken with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Communists</w:t>
      </w:r>
      <w:r>
        <w:rPr>
          <w:b/>
          <w:bCs/>
        </w:rPr>
        <w:t xml:space="preserve"> </w:t>
      </w:r>
      <w:r>
        <w:rPr>
          <w:b/>
          <w:bCs/>
        </w:rPr>
        <w:t xml:space="preserve">and Indians.</w:t>
      </w:r>
      <w:r>
        <w:br/>
      </w:r>
      <w:r>
        <w:t xml:space="preserve">    (a) subatomic particles with negative charge that are found in all atoms and that act as the primary carrier of electricity</w:t>
      </w:r>
      <w:r>
        <w:br/>
      </w:r>
      <w:r>
        <w:t xml:space="preserve">    (b) people who support an economic system that abolishes private ownership of property with the goal of a classless society</w:t>
      </w:r>
      <w:r>
        <w:br/>
      </w:r>
      <w:r>
        <w:t xml:space="preserve">    (c) people who suffer from psychosis (any severe mental disorder in which contact with reality is lost or highly distorted)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materialistic</w:t>
      </w:r>
      <w:r>
        <w:rPr>
          <w:b/>
          <w:bCs/>
        </w:rPr>
        <w:t xml:space="preserve"> </w:t>
      </w:r>
      <w:r>
        <w:rPr>
          <w:b/>
          <w:bCs/>
        </w:rPr>
        <w:t xml:space="preserve">analysis of economics rang true to me.</w:t>
      </w:r>
      <w:r>
        <w:br/>
      </w:r>
      <w:r>
        <w:t xml:space="preserve">    (a) without purpose, job, or natural activity</w:t>
      </w:r>
      <w:r>
        <w:br/>
      </w:r>
      <w:r>
        <w:t xml:space="preserve">    (b) too concerned with wealth and possessions</w:t>
      </w:r>
      <w:r>
        <w:br/>
      </w:r>
      <w:r>
        <w:t xml:space="preserve">    (c) unable or difficult to meet and talk with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All were charged with the crime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treason</w:t>
      </w:r>
      <w:r>
        <w:rPr>
          <w:b/>
          <w:bCs/>
        </w:rPr>
        <w:t xml:space="preserve">, a crime punishable by death.</w:t>
      </w:r>
      <w:r>
        <w:br/>
      </w:r>
      <w:r>
        <w:t xml:space="preserve">    (a) easily set on fire</w:t>
      </w:r>
      <w:r>
        <w:br/>
      </w:r>
      <w:r>
        <w:t xml:space="preserve">    (b) untied or released</w:t>
      </w:r>
      <w:r>
        <w:br/>
      </w:r>
      <w:r>
        <w:t xml:space="preserve">    (c) an act of betrayal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Having anticipated a crackdown on the organization, the ANC had ordered Oliver Tambo to leave South Africa so that he could continue to run the organization in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exile</w:t>
      </w:r>
      <w:r>
        <w:rPr>
          <w:b/>
          <w:bCs/>
        </w:rPr>
        <w:t xml:space="preserve">.</w:t>
      </w:r>
      <w:r>
        <w:br/>
      </w:r>
      <w:r>
        <w:t xml:space="preserve">    (a) recommend or require what should be done  OR  (of a medical doctor) give medical instructions -- such as writing that a patient should take antibiotics</w:t>
      </w:r>
      <w:r>
        <w:br/>
      </w:r>
      <w:r>
        <w:t xml:space="preserve">    (b) (noun) something that is lighter and draws attention -- such as an area of a painting  OR  (verb) making something lighter -- such as an area of a painting</w:t>
      </w:r>
      <w:r>
        <w:br/>
      </w:r>
      <w:r>
        <w:t xml:space="preserve">    (c) to force someone to live outside of their homeland; or living in such a condition</w:t>
      </w:r>
      <w:r>
        <w:br/>
      </w:r>
      <w:r>
        <w:br/>
      </w:r>
      <w:r>
        <w:t xml:space="preserve">or more rarely:  voluntary absence from a place someone would rather be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had begun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correspondence</w:t>
      </w:r>
      <w:r>
        <w:rPr>
          <w:b/>
          <w:bCs/>
        </w:rPr>
        <w:t xml:space="preserve"> </w:t>
      </w:r>
      <w:r>
        <w:rPr>
          <w:b/>
          <w:bCs/>
        </w:rPr>
        <w:t xml:space="preserve">studies for my LL.B., a bachelor of laws degree allowing one to practice as an advocate.</w:t>
      </w:r>
      <w:r>
        <w:br/>
      </w:r>
      <w:r>
        <w:t xml:space="preserve">    (a) leaps or jumps</w:t>
      </w:r>
      <w:r>
        <w:br/>
      </w:r>
      <w:r>
        <w:t xml:space="preserve">    (b) done from afar via written communication</w:t>
      </w:r>
      <w:r>
        <w:br/>
      </w:r>
      <w:r>
        <w:t xml:space="preserve">    (c) small kitchens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had tried to write him in prison, but regulations forbade prisoners from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corresponding</w:t>
      </w:r>
      <w:r>
        <w:rPr>
          <w:b/>
          <w:bCs/>
        </w:rPr>
        <w:t xml:space="preserve"> </w:t>
      </w:r>
      <w:r>
        <w:rPr>
          <w:b/>
          <w:bCs/>
        </w:rPr>
        <w:t xml:space="preserve">with each other.</w:t>
      </w:r>
      <w:r>
        <w:br/>
      </w:r>
      <w:r>
        <w:t xml:space="preserve">    (a) controlling, preventing, or making less intense</w:t>
      </w:r>
      <w:r>
        <w:br/>
      </w:r>
      <w:r>
        <w:t xml:space="preserve">    (b) exchanging written letters</w:t>
      </w:r>
      <w:r>
        <w:br/>
      </w:r>
      <w:r>
        <w:t xml:space="preserve">    (c) considering (the affect on a result or outcome)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... we were praising the fact that the day before, the General Assembly of the U.N. had voted in favor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sanctions</w:t>
      </w:r>
      <w:r>
        <w:rPr>
          <w:b/>
          <w:bCs/>
        </w:rPr>
        <w:t xml:space="preserve"> </w:t>
      </w:r>
      <w:r>
        <w:rPr>
          <w:b/>
          <w:bCs/>
        </w:rPr>
        <w:t xml:space="preserve">against South Africa for the first time.</w:t>
      </w:r>
      <w:r>
        <w:br/>
      </w:r>
      <w:r>
        <w:t xml:space="preserve">    (a) makes possible</w:t>
      </w:r>
      <w:r>
        <w:br/>
      </w:r>
      <w:r>
        <w:t xml:space="preserve">    (b) penalties</w:t>
      </w:r>
      <w:r>
        <w:br/>
      </w:r>
      <w:r>
        <w:t xml:space="preserve">    (c) leaps or jumps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campaigned against international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sanctions</w:t>
      </w:r>
      <w:r>
        <w:rPr>
          <w:b/>
          <w:bCs/>
        </w:rPr>
        <w:t xml:space="preserve">.</w:t>
      </w:r>
      <w:r>
        <w:br/>
      </w:r>
      <w:r>
        <w:t xml:space="preserve">    (a) starts fighting</w:t>
      </w:r>
      <w:r>
        <w:br/>
      </w:r>
      <w:r>
        <w:t xml:space="preserve">    (b) penalties</w:t>
      </w:r>
      <w:r>
        <w:br/>
      </w:r>
      <w:r>
        <w:t xml:space="preserve">    (c) tells (a story)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enumerated</w:t>
      </w:r>
      <w:r>
        <w:rPr>
          <w:b/>
          <w:bCs/>
        </w:rPr>
        <w:t xml:space="preserve"> </w:t>
      </w:r>
      <w:r>
        <w:rPr>
          <w:b/>
          <w:bCs/>
        </w:rPr>
        <w:t xml:space="preserve">the many times that we had brought our grievances before the government and the equal number of times that we were ignored or shunted aside.</w:t>
      </w:r>
      <w:r>
        <w:br/>
      </w:r>
      <w:r>
        <w:t xml:space="preserve">    (a) not limited or without boundaries</w:t>
      </w:r>
      <w:r>
        <w:br/>
      </w:r>
      <w:r>
        <w:t xml:space="preserve">    (b) to name or list things one-by-one</w:t>
      </w:r>
      <w:r>
        <w:br/>
      </w:r>
      <w:r>
        <w:t xml:space="preserve">    (c) was overly unhappy and unsociable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turned away, and met all my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subsequent</w:t>
      </w:r>
      <w:r>
        <w:rPr>
          <w:b/>
          <w:bCs/>
        </w:rPr>
        <w:t xml:space="preserve"> </w:t>
      </w:r>
      <w:r>
        <w:rPr>
          <w:b/>
          <w:bCs/>
        </w:rPr>
        <w:t xml:space="preserve">overtures with silence.</w:t>
      </w:r>
      <w:r>
        <w:br/>
      </w:r>
      <w:r>
        <w:t xml:space="preserve">    (a) following something else</w:t>
      </w:r>
      <w:r>
        <w:br/>
      </w:r>
      <w:r>
        <w:t xml:space="preserve">    (b) the state of being awake</w:t>
      </w:r>
      <w:r>
        <w:br/>
      </w:r>
      <w:r>
        <w:t xml:space="preserve">    (c) able to take on or adopt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Though this process seemed to me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eminently</w:t>
      </w:r>
      <w:r>
        <w:rPr>
          <w:b/>
          <w:bCs/>
        </w:rPr>
        <w:t xml:space="preserve"> </w:t>
      </w:r>
      <w:r>
        <w:rPr>
          <w:b/>
          <w:bCs/>
        </w:rPr>
        <w:t xml:space="preserve">fair—and also humorous—Tefu was still unhappy.</w:t>
      </w:r>
      <w:r>
        <w:br/>
      </w:r>
      <w:r>
        <w:t xml:space="preserve">    (a) in a sloped manner</w:t>
      </w:r>
      <w:r>
        <w:br/>
      </w:r>
      <w:r>
        <w:t xml:space="preserve">    (b) with strong desire</w:t>
      </w:r>
      <w:r>
        <w:br/>
      </w:r>
      <w:r>
        <w:t xml:space="preserve">    (c) with high standing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was not opposing the authorities but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mediating</w:t>
      </w:r>
      <w:r>
        <w:rPr>
          <w:b/>
          <w:bCs/>
        </w:rPr>
        <w:t xml:space="preserve"> </w:t>
      </w:r>
      <w:r>
        <w:rPr>
          <w:b/>
          <w:bCs/>
        </w:rPr>
        <w:t xml:space="preserve">between my own people and the men I had so long fought against.</w:t>
      </w:r>
      <w:r>
        <w:br/>
      </w:r>
      <w:r>
        <w:t xml:space="preserve">    (a) differing notably in brightness or tone</w:t>
      </w:r>
      <w:r>
        <w:br/>
      </w:r>
      <w:r>
        <w:t xml:space="preserve">    (b) making different; or showing difference</w:t>
      </w:r>
      <w:r>
        <w:br/>
      </w:r>
      <w:r>
        <w:t xml:space="preserve">    (c) helping others to settle a disagreement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could now spend the day reading, writing letters, discussing issues with my comrades, or formulating legal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briefs</w:t>
      </w:r>
      <w:r>
        <w:rPr>
          <w:b/>
          <w:bCs/>
        </w:rPr>
        <w:t xml:space="preserve">.</w:t>
      </w:r>
      <w:r>
        <w:br/>
      </w:r>
      <w:r>
        <w:t xml:space="preserve">    (a) things that disagree with themselves; or (more rarely) acts of disagreeing</w:t>
      </w:r>
      <w:r>
        <w:br/>
      </w:r>
      <w:r>
        <w:t xml:space="preserve">    (b) summary of important facts for a legal case</w:t>
      </w:r>
      <w:r>
        <w:br/>
      </w:r>
      <w:r>
        <w:t xml:space="preserve">    (c) acts of move something out of an interacting position; or acts of stopping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knew that I had to be more inclusive,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brief</w:t>
      </w:r>
      <w:r>
        <w:rPr>
          <w:b/>
          <w:bCs/>
        </w:rPr>
        <w:t xml:space="preserve"> </w:t>
      </w:r>
      <w:r>
        <w:rPr>
          <w:b/>
          <w:bCs/>
        </w:rPr>
        <w:t xml:space="preserve">more people as to our progress, and I proceeded with that in mind.</w:t>
      </w:r>
      <w:r>
        <w:br/>
      </w:r>
      <w:r>
        <w:t xml:space="preserve">    (a) give a summary of important information to</w:t>
      </w:r>
      <w:r>
        <w:br/>
      </w:r>
      <w:r>
        <w:t xml:space="preserve">    (b) move from more general to more specific</w:t>
      </w:r>
      <w:r>
        <w:br/>
      </w:r>
      <w:r>
        <w:t xml:space="preserve">    (c) not answer questions; or block progress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2026-07-31T19:02:33Z</dcterms:created>
  <dcterms:modified xsi:type="dcterms:W3CDTF">2026-07-31T19:02:33Z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