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39c90e71f59a5f529b27088bd0e86e695a50ec3"/>
    <w:p>
      <w:pPr>
        <w:pStyle w:val="Heading1"/>
      </w:pPr>
      <w:r>
        <w:rPr>
          <w:b/>
          <w:bCs/>
        </w:rPr>
        <w:t xml:space="preserve">Long Day's Journey into Night</w:t>
      </w:r>
      <w:r>
        <w:br/>
      </w:r>
      <w:r>
        <w:rPr>
          <w:i/>
          <w:iCs/>
        </w:rPr>
        <w:t xml:space="preserve">Eugene O'Neill</w:t>
      </w:r>
      <w:r>
        <w:br/>
      </w:r>
      <w:r>
        <w:rPr>
          <w:b/>
          <w:bCs/>
        </w:rPr>
        <w:t xml:space="preserve">Vocabulary Preview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is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apprehensive</w:t>
      </w:r>
      <w:r>
        <w:rPr>
          <w:b/>
          <w:bCs/>
        </w:rPr>
        <w:t xml:space="preserve"> </w:t>
      </w:r>
      <w:r>
        <w:rPr>
          <w:b/>
          <w:bCs/>
        </w:rPr>
        <w:t xml:space="preserve">about finals.</w:t>
      </w:r>
      <w:r>
        <w:br/>
      </w:r>
      <w:r>
        <w:t xml:space="preserve">    (a) worried</w:t>
      </w:r>
      <w:r>
        <w:br/>
      </w:r>
      <w:r>
        <w:t xml:space="preserve">    (b) talkative</w:t>
      </w:r>
      <w:r>
        <w:br/>
      </w:r>
      <w:r>
        <w:t xml:space="preserve">    (c) unconcerned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was impolite. She pretended not to notice except that she treated him with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contempt</w:t>
      </w:r>
      <w:r>
        <w:rPr>
          <w:b/>
          <w:bCs/>
        </w:rPr>
        <w:t xml:space="preserve">.</w:t>
      </w:r>
      <w:r>
        <w:br/>
      </w:r>
      <w:r>
        <w:t xml:space="preserve">    (a) great annoyance</w:t>
      </w:r>
      <w:r>
        <w:br/>
      </w:r>
      <w:r>
        <w:t xml:space="preserve">    (b) impatience</w:t>
      </w:r>
      <w:r>
        <w:br/>
      </w:r>
      <w:r>
        <w:t xml:space="preserve">    (c) lack of respect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Even after the jury found her guilty, she showed no sign of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contrition</w:t>
      </w:r>
      <w:r>
        <w:rPr>
          <w:b/>
          <w:bCs/>
        </w:rPr>
        <w:t xml:space="preserve">.</w:t>
      </w:r>
      <w:r>
        <w:br/>
      </w:r>
      <w:r>
        <w:t xml:space="preserve">    (a) emotion</w:t>
      </w:r>
      <w:r>
        <w:br/>
      </w:r>
      <w:r>
        <w:t xml:space="preserve">    (b) understanding</w:t>
      </w:r>
      <w:r>
        <w:br/>
      </w:r>
      <w:r>
        <w:t xml:space="preserve">    (c) regret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 introduced Bette Midler (pronounced</w:t>
      </w:r>
      <w:r>
        <w:rPr>
          <w:b/>
          <w:bCs/>
        </w:rPr>
        <w:t xml:space="preserve"> </w:t>
      </w:r>
      <w:r>
        <w:rPr>
          <w:b/>
          <w:bCs/>
          <w:i/>
          <w:iCs/>
        </w:rPr>
        <w:t xml:space="preserve">bet</w:t>
      </w:r>
      <w:r>
        <w:rPr>
          <w:b/>
          <w:bCs/>
        </w:rPr>
        <w:t xml:space="preserve">) by saying,</w:t>
      </w:r>
      <w:r>
        <w:rPr>
          <w:b/>
          <w:bCs/>
        </w:rPr>
        <w:t xml:space="preserve"> </w:t>
      </w:r>
      <w:r>
        <w:rPr>
          <w:b/>
          <w:bCs/>
          <w:i/>
          <w:iCs/>
        </w:rPr>
        <w:t xml:space="preserve">Bette</w:t>
      </w:r>
      <w:r>
        <w:rPr>
          <w:b/>
          <w:bCs/>
        </w:rPr>
        <w:t xml:space="preserve"> </w:t>
      </w:r>
      <w:r>
        <w:rPr>
          <w:b/>
          <w:bCs/>
        </w:rPr>
        <w:t xml:space="preserve">rhymes with</w:t>
      </w:r>
      <w:r>
        <w:rPr>
          <w:b/>
          <w:bCs/>
        </w:rPr>
        <w:t xml:space="preserve"> </w:t>
      </w:r>
      <w:r>
        <w:rPr>
          <w:b/>
          <w:bCs/>
          <w:i/>
          <w:iCs/>
          <w:u w:val="single"/>
        </w:rPr>
        <w:t xml:space="preserve">coquette</w:t>
      </w:r>
      <w:r>
        <w:rPr>
          <w:b/>
          <w:bCs/>
        </w:rPr>
        <w:t xml:space="preserve">, but never</w:t>
      </w:r>
      <w:r>
        <w:rPr>
          <w:b/>
          <w:bCs/>
        </w:rPr>
        <w:t xml:space="preserve"> </w:t>
      </w:r>
      <w:r>
        <w:rPr>
          <w:b/>
          <w:bCs/>
          <w:i/>
          <w:iCs/>
        </w:rPr>
        <w:t xml:space="preserve">regret</w:t>
      </w:r>
      <w:r>
        <w:rPr>
          <w:b/>
          <w:bCs/>
        </w:rPr>
        <w:t xml:space="preserve">.</w:t>
      </w:r>
      <w:r>
        <w:br/>
      </w:r>
      <w:r>
        <w:t xml:space="preserve">    (a) a flirt</w:t>
      </w:r>
      <w:r>
        <w:br/>
      </w:r>
      <w:r>
        <w:t xml:space="preserve">    (b) a dancer</w:t>
      </w:r>
      <w:r>
        <w:br/>
      </w:r>
      <w:r>
        <w:t xml:space="preserve">    (c) a star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Over the years, she has grown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cynical</w:t>
      </w:r>
      <w:r>
        <w:rPr>
          <w:b/>
          <w:bCs/>
        </w:rPr>
        <w:t xml:space="preserve"> </w:t>
      </w:r>
      <w:r>
        <w:rPr>
          <w:b/>
          <w:bCs/>
        </w:rPr>
        <w:t xml:space="preserve">and unhappy.</w:t>
      </w:r>
      <w:r>
        <w:br/>
      </w:r>
      <w:r>
        <w:t xml:space="preserve">    (a) trusting of strangers</w:t>
      </w:r>
      <w:r>
        <w:br/>
      </w:r>
      <w:r>
        <w:t xml:space="preserve">    (b) envious of friends</w:t>
      </w:r>
      <w:r>
        <w:br/>
      </w:r>
      <w:r>
        <w:t xml:space="preserve">    (c) distrustful of others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derided</w:t>
      </w:r>
      <w:r>
        <w:rPr>
          <w:b/>
          <w:bCs/>
        </w:rPr>
        <w:t xml:space="preserve"> </w:t>
      </w:r>
      <w:r>
        <w:rPr>
          <w:b/>
          <w:bCs/>
        </w:rPr>
        <w:t xml:space="preserve">him as</w:t>
      </w:r>
      <w:r>
        <w:rPr>
          <w:b/>
          <w:bCs/>
        </w:rPr>
        <w:t xml:space="preserve"> </w:t>
      </w:r>
      <w:r>
        <w:rPr>
          <w:b/>
          <w:bCs/>
          <w:i/>
          <w:iCs/>
        </w:rPr>
        <w:t xml:space="preserve">hormone-ravaged</w:t>
      </w:r>
      <w:r>
        <w:rPr>
          <w:b/>
          <w:bCs/>
        </w:rPr>
        <w:t xml:space="preserve">.</w:t>
      </w:r>
      <w:r>
        <w:br/>
      </w:r>
      <w:r>
        <w:t xml:space="preserve">    (a) sympathized with</w:t>
      </w:r>
      <w:r>
        <w:br/>
      </w:r>
      <w:r>
        <w:t xml:space="preserve">    (b) made fun of</w:t>
      </w:r>
      <w:r>
        <w:br/>
      </w:r>
      <w:r>
        <w:t xml:space="preserve">    (c) whispered about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These days, she seems emotionally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detached</w:t>
      </w:r>
      <w:r>
        <w:rPr>
          <w:b/>
          <w:bCs/>
        </w:rPr>
        <w:t xml:space="preserve"> </w:t>
      </w:r>
      <w:r>
        <w:rPr>
          <w:b/>
          <w:bCs/>
        </w:rPr>
        <w:t xml:space="preserve">whenever she talks about him.</w:t>
      </w:r>
      <w:r>
        <w:br/>
      </w:r>
      <w:r>
        <w:t xml:space="preserve">    (a) connected</w:t>
      </w:r>
      <w:r>
        <w:br/>
      </w:r>
      <w:r>
        <w:t xml:space="preserve">    (b) heightened</w:t>
      </w:r>
      <w:r>
        <w:br/>
      </w:r>
      <w:r>
        <w:t xml:space="preserve">    (c) separated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has nothing but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disdain</w:t>
      </w:r>
      <w:r>
        <w:rPr>
          <w:b/>
          <w:bCs/>
        </w:rPr>
        <w:t xml:space="preserve"> </w:t>
      </w:r>
      <w:r>
        <w:rPr>
          <w:b/>
          <w:bCs/>
        </w:rPr>
        <w:t xml:space="preserve">for the notion that common people can regulate their own lives better than she can.</w:t>
      </w:r>
      <w:r>
        <w:br/>
      </w:r>
      <w:r>
        <w:t xml:space="preserve">    (a) humility</w:t>
      </w:r>
      <w:r>
        <w:br/>
      </w:r>
      <w:r>
        <w:t xml:space="preserve">    (b) intense anger</w:t>
      </w:r>
      <w:r>
        <w:br/>
      </w:r>
      <w:r>
        <w:t xml:space="preserve">    (c) lack of respect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harbors no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enmity</w:t>
      </w:r>
      <w:r>
        <w:rPr>
          <w:b/>
          <w:bCs/>
        </w:rPr>
        <w:t xml:space="preserve"> </w:t>
      </w:r>
      <w:r>
        <w:rPr>
          <w:b/>
          <w:bCs/>
        </w:rPr>
        <w:t xml:space="preserve">towards her ex-husband.</w:t>
      </w:r>
      <w:r>
        <w:br/>
      </w:r>
      <w:r>
        <w:t xml:space="preserve">    (a) hatred</w:t>
      </w:r>
      <w:r>
        <w:br/>
      </w:r>
      <w:r>
        <w:t xml:space="preserve">    (b) love</w:t>
      </w:r>
      <w:r>
        <w:br/>
      </w:r>
      <w:r>
        <w:t xml:space="preserve">    (c) disrespect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My little brother can be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exasperating</w:t>
      </w:r>
      <w:r>
        <w:rPr>
          <w:b/>
          <w:bCs/>
        </w:rPr>
        <w:t xml:space="preserve">. He's always testing his boundaries.</w:t>
      </w:r>
      <w:r>
        <w:br/>
      </w:r>
      <w:r>
        <w:t xml:space="preserve">    (a) endearing (lovable)</w:t>
      </w:r>
      <w:r>
        <w:br/>
      </w:r>
      <w:r>
        <w:t xml:space="preserve">    (b) greatly annoying</w:t>
      </w:r>
      <w:r>
        <w:br/>
      </w:r>
      <w:r>
        <w:t xml:space="preserve">    (c) very active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was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fastidious</w:t>
      </w:r>
      <w:r>
        <w:rPr>
          <w:b/>
          <w:bCs/>
        </w:rPr>
        <w:t xml:space="preserve"> </w:t>
      </w:r>
      <w:r>
        <w:rPr>
          <w:b/>
          <w:bCs/>
        </w:rPr>
        <w:t xml:space="preserve">about keeping her desk perfectly organized.</w:t>
      </w:r>
      <w:r>
        <w:br/>
      </w:r>
      <w:r>
        <w:t xml:space="preserve">    (a) careless and disorganized</w:t>
      </w:r>
      <w:r>
        <w:br/>
      </w:r>
      <w:r>
        <w:t xml:space="preserve">    (b) loud and outgoing</w:t>
      </w:r>
      <w:r>
        <w:br/>
      </w:r>
      <w:r>
        <w:t xml:space="preserve">    (c) extremely attentive to detail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was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indifferent</w:t>
      </w:r>
      <w:r>
        <w:rPr>
          <w:b/>
          <w:bCs/>
        </w:rPr>
        <w:t xml:space="preserve"> </w:t>
      </w:r>
      <w:r>
        <w:rPr>
          <w:b/>
          <w:bCs/>
        </w:rPr>
        <w:t xml:space="preserve">to his anger.</w:t>
      </w:r>
      <w:r>
        <w:br/>
      </w:r>
      <w:r>
        <w:t xml:space="preserve">    (a) without interest</w:t>
      </w:r>
      <w:r>
        <w:br/>
      </w:r>
      <w:r>
        <w:t xml:space="preserve">    (b) with fear</w:t>
      </w:r>
      <w:r>
        <w:br/>
      </w:r>
      <w:r>
        <w:t xml:space="preserve">    (c) with anger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was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indignant</w:t>
      </w:r>
      <w:r>
        <w:rPr>
          <w:b/>
          <w:bCs/>
        </w:rPr>
        <w:t xml:space="preserve">, but she agreed to be searched when they accused her of shoplifting.</w:t>
      </w:r>
      <w:r>
        <w:br/>
      </w:r>
      <w:r>
        <w:t xml:space="preserve">    (a) annoyed at something unjust</w:t>
      </w:r>
      <w:r>
        <w:br/>
      </w:r>
      <w:r>
        <w:t xml:space="preserve">    (b) defensive about being suspected</w:t>
      </w:r>
      <w:r>
        <w:br/>
      </w:r>
      <w:r>
        <w:t xml:space="preserve">    (c) surprised at the unexpected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This weather makes me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melancholy</w:t>
      </w:r>
      <w:r>
        <w:rPr>
          <w:b/>
          <w:bCs/>
        </w:rPr>
        <w:t xml:space="preserve">. I can't wait for spring,</w:t>
      </w:r>
      <w:r>
        <w:br/>
      </w:r>
      <w:r>
        <w:t xml:space="preserve">    (a) sad</w:t>
      </w:r>
      <w:r>
        <w:br/>
      </w:r>
      <w:r>
        <w:t xml:space="preserve">    (b) happy</w:t>
      </w:r>
      <w:r>
        <w:br/>
      </w:r>
      <w:r>
        <w:t xml:space="preserve">    (c) feel like singing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Most doctors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prescribe</w:t>
      </w:r>
      <w:r>
        <w:rPr>
          <w:b/>
          <w:bCs/>
        </w:rPr>
        <w:t xml:space="preserve"> </w:t>
      </w:r>
      <w:r>
        <w:rPr>
          <w:b/>
          <w:bCs/>
        </w:rPr>
        <w:t xml:space="preserve">simple lifestyle changes before medication.</w:t>
      </w:r>
      <w:r>
        <w:br/>
      </w:r>
      <w:r>
        <w:t xml:space="preserve">    (a) recommend</w:t>
      </w:r>
      <w:r>
        <w:br/>
      </w:r>
      <w:r>
        <w:t xml:space="preserve">    (b) delay</w:t>
      </w:r>
      <w:r>
        <w:br/>
      </w:r>
      <w:r>
        <w:t xml:space="preserve">    (c) ignore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was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resigned</w:t>
      </w:r>
      <w:r>
        <w:rPr>
          <w:b/>
          <w:bCs/>
        </w:rPr>
        <w:t xml:space="preserve"> </w:t>
      </w:r>
      <w:r>
        <w:rPr>
          <w:b/>
          <w:bCs/>
        </w:rPr>
        <w:t xml:space="preserve">to being embarrassed by her younger brother.</w:t>
      </w:r>
      <w:r>
        <w:br/>
      </w:r>
      <w:r>
        <w:t xml:space="preserve">    (a) putting a stop</w:t>
      </w:r>
      <w:r>
        <w:br/>
      </w:r>
      <w:r>
        <w:t xml:space="preserve">    (b) resistant</w:t>
      </w:r>
      <w:r>
        <w:br/>
      </w:r>
      <w:r>
        <w:t xml:space="preserve">    (c) with acceptance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That coach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scorns</w:t>
      </w:r>
      <w:r>
        <w:rPr>
          <w:b/>
          <w:bCs/>
        </w:rPr>
        <w:t xml:space="preserve"> </w:t>
      </w:r>
      <w:r>
        <w:rPr>
          <w:b/>
          <w:bCs/>
        </w:rPr>
        <w:t xml:space="preserve">students who don't have natural ability.</w:t>
      </w:r>
      <w:r>
        <w:br/>
      </w:r>
      <w:r>
        <w:t xml:space="preserve">    (a) trains</w:t>
      </w:r>
      <w:r>
        <w:br/>
      </w:r>
      <w:r>
        <w:t xml:space="preserve">    (b) encourages</w:t>
      </w:r>
      <w:r>
        <w:br/>
      </w:r>
      <w:r>
        <w:t xml:space="preserve">    (c) disrespects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described him as humble, polite,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solicitous</w:t>
      </w:r>
      <w:r>
        <w:rPr>
          <w:b/>
          <w:bCs/>
        </w:rPr>
        <w:t xml:space="preserve">.</w:t>
      </w:r>
      <w:r>
        <w:br/>
      </w:r>
      <w:r>
        <w:t xml:space="preserve">    (a) caring</w:t>
      </w:r>
      <w:r>
        <w:br/>
      </w:r>
      <w:r>
        <w:t xml:space="preserve">    (b) perceptive</w:t>
      </w:r>
      <w:r>
        <w:br/>
      </w:r>
      <w:r>
        <w:t xml:space="preserve">    (c) smart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Scammers often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swindle</w:t>
      </w:r>
      <w:r>
        <w:rPr>
          <w:b/>
          <w:bCs/>
        </w:rPr>
        <w:t xml:space="preserve"> </w:t>
      </w:r>
      <w:r>
        <w:rPr>
          <w:b/>
          <w:bCs/>
        </w:rPr>
        <w:t xml:space="preserve">people through fake phone calls.</w:t>
      </w:r>
      <w:r>
        <w:br/>
      </w:r>
      <w:r>
        <w:t xml:space="preserve">    (a) warn or protect</w:t>
      </w:r>
      <w:r>
        <w:br/>
      </w:r>
      <w:r>
        <w:t xml:space="preserve">    (b) cheat or defraud</w:t>
      </w:r>
      <w:r>
        <w:br/>
      </w:r>
      <w:r>
        <w:t xml:space="preserve">    (c) pay back fully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politician’s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vehement</w:t>
      </w:r>
      <w:r>
        <w:rPr>
          <w:b/>
          <w:bCs/>
        </w:rPr>
        <w:t xml:space="preserve"> </w:t>
      </w:r>
      <w:r>
        <w:rPr>
          <w:b/>
          <w:bCs/>
        </w:rPr>
        <w:t xml:space="preserve">speech stirred up strong emotions in the crowd.</w:t>
      </w:r>
      <w:r>
        <w:br/>
      </w:r>
      <w:r>
        <w:t xml:space="preserve">    (a) highly convincing</w:t>
      </w:r>
      <w:r>
        <w:br/>
      </w:r>
      <w:r>
        <w:t xml:space="preserve">    (b) forceful or intense</w:t>
      </w:r>
      <w:r>
        <w:br/>
      </w:r>
      <w:r>
        <w:t xml:space="preserve">    (c) calm and composed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2026-07-31T17:52:55Z</dcterms:created>
  <dcterms:modified xsi:type="dcterms:W3CDTF">2026-07-31T17:52:55Z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