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3351b6c5a4457cd666a2d7e6935949cde27a39"/>
    <w:p>
      <w:pPr>
        <w:pStyle w:val="Heading1"/>
      </w:pPr>
      <w:r>
        <w:rPr>
          <w:b/>
          <w:bCs/>
        </w:rPr>
        <w:t xml:space="preserve">Long Day's Journey into Night</w:t>
      </w:r>
      <w:r>
        <w:br/>
      </w:r>
      <w:r>
        <w:rPr>
          <w:i/>
          <w:iCs/>
        </w:rPr>
        <w:t xml:space="preserve">Eugene O'Neill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hair is arranged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care.</w:t>
      </w:r>
      <w:r>
        <w:br/>
      </w:r>
      <w:r>
        <w:t xml:space="preserve">    (a) giving careful attention to detail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excessively concerned with cleanliness or matters of taste</w:t>
      </w:r>
      <w:r>
        <w:br/>
      </w:r>
      <w:r>
        <w:t xml:space="preserve">    (b) a person who works from within to destroy an established order; or relating to such destructive efforts</w:t>
      </w:r>
      <w:r>
        <w:br/>
      </w:r>
      <w:r>
        <w:t xml:space="preserve">    (c) not relevant (not related to the subject being considered, or not important enough to want to consider)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a lot of stolid, earthy peasant in him, mixed with streaks of sentimental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 </w:t>
      </w:r>
      <w:r>
        <w:rPr>
          <w:b/>
          <w:bCs/>
        </w:rPr>
        <w:t xml:space="preserve">and rare flashes of intuitive sensibility.</w:t>
      </w:r>
      <w:r>
        <w:br/>
      </w:r>
      <w:r>
        <w:t xml:space="preserve">    (a) a sad feeling or manner</w:t>
      </w:r>
      <w:r>
        <w:br/>
      </w:r>
      <w:r>
        <w:t xml:space="preserve">    (b) about (but not exactly)</w:t>
      </w:r>
      <w:r>
        <w:br/>
      </w:r>
      <w:r>
        <w:t xml:space="preserve">    (c) relating to the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JAMIE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scornful</w:t>
      </w:r>
      <w:r>
        <w:rPr>
          <w:b/>
          <w:bCs/>
        </w:rPr>
        <w:t xml:space="preserve"> </w:t>
      </w:r>
      <w:r>
        <w:rPr>
          <w:b/>
          <w:bCs/>
        </w:rPr>
        <w:t xml:space="preserve">shrug of his shoulders.</w:t>
      </w:r>
      <w:r>
        <w:br/>
      </w:r>
      <w:r>
        <w:t xml:space="preserve">    (a) full of strong disrespect or rejection</w:t>
      </w:r>
      <w:r>
        <w:br/>
      </w:r>
      <w:r>
        <w:t xml:space="preserve">    (b) able to be protected or kept unchanged</w:t>
      </w:r>
      <w:r>
        <w:br/>
      </w:r>
      <w:r>
        <w:t xml:space="preserve">    (c) able to accept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TYRONE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 </w:t>
      </w:r>
      <w:r>
        <w:rPr>
          <w:b/>
          <w:bCs/>
        </w:rPr>
        <w:t xml:space="preserve">appeal now.</w:t>
      </w:r>
      <w:r>
        <w:br/>
      </w:r>
      <w:r>
        <w:t xml:space="preserve">    (a) angered or annoyed at something unjust or wrong</w:t>
      </w:r>
      <w:r>
        <w:br/>
      </w:r>
      <w:r>
        <w:t xml:space="preserve">    (b) surprised as something unexpected</w:t>
      </w:r>
      <w:r>
        <w:br/>
      </w:r>
      <w:r>
        <w:t xml:space="preserve">    (c) accepted of something undesired as unavoidable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JAMIE With a defensive air of weary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indifference</w:t>
      </w:r>
      <w:r>
        <w:rPr>
          <w:b/>
          <w:bCs/>
        </w:rPr>
        <w:t xml:space="preserve"> </w:t>
      </w:r>
      <w:r>
        <w:rPr>
          <w:b/>
          <w:bCs/>
        </w:rPr>
        <w:t xml:space="preserve">again.</w:t>
      </w:r>
      <w:r>
        <w:br/>
      </w:r>
      <w:r>
        <w:t xml:space="preserve">    (a) risky investment</w:t>
      </w:r>
      <w:r>
        <w:br/>
      </w:r>
      <w:r>
        <w:t xml:space="preserve">    (b) without interest</w:t>
      </w:r>
      <w:r>
        <w:br/>
      </w:r>
      <w:r>
        <w:t xml:space="preserve">    (c) chaotic disorder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I did was make a pal of him and be absolutely frank so he'd learn from my mistakes that — He shrugs his shoulders-</w:t>
      </w:r>
      <w:r>
        <w:rPr>
          <w:b/>
          <w:bCs/>
          <w:u w:val="single"/>
        </w:rPr>
        <w:t xml:space="preserve">cynically</w:t>
      </w:r>
      <w:r>
        <w:rPr>
          <w:b/>
          <w:bCs/>
        </w:rPr>
        <w:t xml:space="preserve">.</w:t>
      </w:r>
      <w:r>
        <w:br/>
      </w:r>
      <w:r>
        <w:t xml:space="preserve">    (a) in a manner that provokes, excites, or stimulates -- especially controversy, sexual desire, or anger</w:t>
      </w:r>
      <w:r>
        <w:br/>
      </w:r>
      <w:r>
        <w:t xml:space="preserve">    (b) while taking pains to avoid being observed; or in a nervous manner (as though hoping not to be seen)</w:t>
      </w:r>
      <w:r>
        <w:br/>
      </w:r>
      <w:r>
        <w:t xml:space="preserve">    (c) someone who expects the worst -- especially of people (such as expecting them to be selfish and lie)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winks at her,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derisive</w:t>
      </w:r>
      <w:r>
        <w:rPr>
          <w:b/>
          <w:bCs/>
        </w:rPr>
        <w:t xml:space="preserve"> </w:t>
      </w:r>
      <w:r>
        <w:rPr>
          <w:b/>
          <w:bCs/>
        </w:rPr>
        <w:t xml:space="preserve">glance at his father.</w:t>
      </w:r>
      <w:r>
        <w:br/>
      </w:r>
      <w:r>
        <w:t xml:space="preserve">    (a) tendency to be direct in a disagreeable, insensitive manner</w:t>
      </w:r>
      <w:r>
        <w:br/>
      </w:r>
      <w:r>
        <w:t xml:space="preserve">    (b) contemptuous (treating as inferior and unworthy of respect)</w:t>
      </w:r>
      <w:r>
        <w:br/>
      </w:r>
      <w:r>
        <w:t xml:space="preserve">    (c) the quality of believing oneself morally superior to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was when — EDMUND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vehemently</w:t>
      </w:r>
      <w:r>
        <w:rPr>
          <w:b/>
          <w:bCs/>
        </w:rPr>
        <w:t xml:space="preserve">.</w:t>
      </w:r>
      <w:r>
        <w:br/>
      </w:r>
      <w:r>
        <w:t xml:space="preserve">    (a) the manner in which things have generally been done in the past</w:t>
      </w:r>
      <w:r>
        <w:br/>
      </w:r>
      <w:r>
        <w:t xml:space="preserve">    (b) marked by extreme intensity -- especially emotion such as anger</w:t>
      </w:r>
      <w:r>
        <w:br/>
      </w:r>
      <w:r>
        <w:t xml:space="preserve">    (c) in a manner that shows a lack of integrity and money motivation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manner is nervously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apprehensive</w:t>
      </w:r>
      <w:r>
        <w:rPr>
          <w:b/>
          <w:bCs/>
        </w:rPr>
        <w:t xml:space="preserve"> </w:t>
      </w:r>
      <w:r>
        <w:rPr>
          <w:b/>
          <w:bCs/>
        </w:rPr>
        <w:t xml:space="preserve">and he looks more sickly than in the previous act.</w:t>
      </w:r>
      <w:r>
        <w:br/>
      </w:r>
      <w:r>
        <w:t xml:space="preserve">    (a) nervous or worried</w:t>
      </w:r>
      <w:r>
        <w:br/>
      </w:r>
      <w:r>
        <w:t xml:space="preserve">    (b) not representative</w:t>
      </w:r>
      <w:r>
        <w:br/>
      </w:r>
      <w:r>
        <w:t xml:space="preserve">    (c) impossible to find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with a strange, abrupt change 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detached</w:t>
      </w:r>
      <w:r>
        <w:rPr>
          <w:b/>
          <w:bCs/>
        </w:rPr>
        <w:t xml:space="preserve">, impersonal tone.</w:t>
      </w:r>
      <w:r>
        <w:br/>
      </w:r>
      <w:r>
        <w:t xml:space="preserve">    (a) legally ordered to provide documents, or to appear as a witness</w:t>
      </w:r>
      <w:r>
        <w:br/>
      </w:r>
      <w:r>
        <w:t xml:space="preserve">    (b) separated  OR  emotionally uninvolved (separated from emotions)</w:t>
      </w:r>
      <w:r>
        <w:br/>
      </w:r>
      <w:r>
        <w:t xml:space="preserve">    (c) pointed to differences between; or compared to show differences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moment later he is heard calling from the porch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exasperatedly</w:t>
      </w:r>
      <w:r>
        <w:rPr>
          <w:b/>
          <w:bCs/>
        </w:rPr>
        <w:t xml:space="preserve">.</w:t>
      </w:r>
      <w:r>
        <w:br/>
      </w:r>
      <w:r>
        <w:t xml:space="preserve">    (a) in a wasteful manner</w:t>
      </w:r>
      <w:r>
        <w:br/>
      </w:r>
      <w:r>
        <w:t xml:space="preserve">    (b) in a critical manner</w:t>
      </w:r>
      <w:r>
        <w:br/>
      </w:r>
      <w:r>
        <w:t xml:space="preserve">    (c) with great annoyance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Putting her arm around Edmund's shoulder— with a fond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solicitude</w:t>
      </w:r>
      <w:r>
        <w:rPr>
          <w:b/>
          <w:bCs/>
        </w:rPr>
        <w:t xml:space="preserve"> </w:t>
      </w:r>
      <w:r>
        <w:rPr>
          <w:b/>
          <w:bCs/>
        </w:rPr>
        <w:t xml:space="preserve">which is at the same time remote.</w:t>
      </w:r>
      <w:r>
        <w:br/>
      </w:r>
      <w:r>
        <w:t xml:space="preserve">    (a) the majority denomination of Islam (almost 90%)</w:t>
      </w:r>
      <w:r>
        <w:br/>
      </w:r>
      <w:r>
        <w:t xml:space="preserve">    (b) behavior that shows care or concern for someone</w:t>
      </w:r>
      <w:r>
        <w:br/>
      </w:r>
      <w:r>
        <w:t xml:space="preserve">    (c) opinion of what is good and bad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adds quickly with a detached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contrition</w:t>
      </w:r>
      <w:r>
        <w:rPr>
          <w:b/>
          <w:bCs/>
        </w:rPr>
        <w:t xml:space="preserve">.</w:t>
      </w:r>
      <w:r>
        <w:br/>
      </w:r>
      <w:r>
        <w:t xml:space="preserve">    (a) something that causes ongoing suffering</w:t>
      </w:r>
      <w:r>
        <w:br/>
      </w:r>
      <w:r>
        <w:t xml:space="preserve">    (b) able to generate electricity from light</w:t>
      </w:r>
      <w:r>
        <w:br/>
      </w:r>
      <w:r>
        <w:t xml:space="preserve">    (c) sorrow or regret for a fault or offense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Disdainfully</w:t>
      </w:r>
      <w:r>
        <w:rPr>
          <w:b/>
          <w:bCs/>
        </w:rPr>
        <w:t xml:space="preserve">.</w:t>
      </w:r>
      <w:r>
        <w:br/>
      </w:r>
      <w:r>
        <w:t xml:space="preserve">    (a) with a lack of respect; or with a sense of superiority</w:t>
      </w:r>
      <w:r>
        <w:br/>
      </w:r>
      <w:r>
        <w:t xml:space="preserve">    (b) without concern for what others might think of oneself</w:t>
      </w:r>
      <w:r>
        <w:br/>
      </w:r>
      <w:r>
        <w:t xml:space="preserve">    (c) in a manner that is aware or concerned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shouldn't treat him with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 </w:t>
      </w:r>
      <w:r>
        <w:rPr>
          <w:b/>
          <w:bCs/>
        </w:rPr>
        <w:t xml:space="preserve">all the time.</w:t>
      </w:r>
      <w:r>
        <w:br/>
      </w:r>
      <w:r>
        <w:t xml:space="preserve">    (a) frustration at being treated unfairly</w:t>
      </w:r>
      <w:r>
        <w:br/>
      </w:r>
      <w:r>
        <w:t xml:space="preserve">    (b) a lack of respect</w:t>
      </w:r>
      <w:r>
        <w:br/>
      </w:r>
      <w:r>
        <w:t xml:space="preserve">    (c) prejudice or unfair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swindled</w:t>
      </w:r>
      <w:r>
        <w:rPr>
          <w:b/>
          <w:bCs/>
        </w:rPr>
        <w:t xml:space="preserve"> </w:t>
      </w:r>
      <w:r>
        <w:rPr>
          <w:b/>
          <w:bCs/>
        </w:rPr>
        <w:t xml:space="preserve">again as you always are, because you insist on secondhand bargains in everything.</w:t>
      </w:r>
      <w:r>
        <w:br/>
      </w:r>
      <w:r>
        <w:t xml:space="preserve">    (a) tricked or cheated someone -- usually to get money</w:t>
      </w:r>
      <w:r>
        <w:br/>
      </w:r>
      <w:r>
        <w:t xml:space="preserve">    (b) supported by providing money or other economic aid</w:t>
      </w:r>
      <w:r>
        <w:br/>
      </w:r>
      <w:r>
        <w:t xml:space="preserve">    (c) prepared food in a way that keeps it from spoiling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CATHLEEN The way the man in the drugstore acted when I took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prescription</w:t>
      </w:r>
      <w:r>
        <w:rPr>
          <w:b/>
          <w:bCs/>
        </w:rPr>
        <w:t xml:space="preserve"> </w:t>
      </w:r>
      <w:r>
        <w:rPr>
          <w:b/>
          <w:bCs/>
        </w:rPr>
        <w:t xml:space="preserve">for you.</w:t>
      </w:r>
      <w:r>
        <w:br/>
      </w:r>
      <w:r>
        <w:t xml:space="preserve">    (a) submissiveness -- often an attitude of someone who is so submissive or eager to serve and please that they seem to lack self-respect</w:t>
      </w:r>
      <w:r>
        <w:br/>
      </w:r>
      <w:r>
        <w:t xml:space="preserve">    (b) lymph node -- one of many bean-sized organs that filter bacteria and other toxins from circulating white-blood-cell filled lymph fluid</w:t>
      </w:r>
      <w:r>
        <w:br/>
      </w:r>
      <w:r>
        <w:t xml:space="preserve">    (c) a recommendation or requirement  OR  (from a medical doctor) an instruction -- such as writing that a patient should take antibiotics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Coquettishly</w:t>
      </w:r>
      <w:r>
        <w:rPr>
          <w:b/>
          <w:bCs/>
        </w:rPr>
        <w:t xml:space="preserve">.</w:t>
      </w:r>
      <w:r>
        <w:br/>
      </w:r>
      <w:r>
        <w:t xml:space="preserve">    (a) in a manner that playfully and casually arouses sexual interest of men</w:t>
      </w:r>
      <w:r>
        <w:br/>
      </w:r>
      <w:r>
        <w:t xml:space="preserve">    (b) in a manner that impacts the natural world (life, air, water, land...)</w:t>
      </w:r>
      <w:r>
        <w:br/>
      </w:r>
      <w:r>
        <w:t xml:space="preserve">    (c) aka analytically -- in a manner that relates to a theory of psychiatry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Turns on Edmund with a hard, accusing antagonism-almost a revengeful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enmity</w:t>
      </w:r>
      <w:r>
        <w:rPr>
          <w:b/>
          <w:bCs/>
        </w:rPr>
        <w:t xml:space="preserve">.</w:t>
      </w:r>
      <w:r>
        <w:br/>
      </w:r>
      <w:r>
        <w:t xml:space="preserve">    (a) hatred</w:t>
      </w:r>
      <w:r>
        <w:br/>
      </w:r>
      <w:r>
        <w:t xml:space="preserve">    (b) memory</w:t>
      </w:r>
      <w:r>
        <w:br/>
      </w:r>
      <w:r>
        <w:t xml:space="preserve">    (c) battle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we can do is try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-- again.</w:t>
      </w:r>
      <w:r>
        <w:br/>
      </w:r>
      <w:r>
        <w:t xml:space="preserve">    (a) showed something -- such as demonstrated, expressed, or represented</w:t>
      </w:r>
      <w:r>
        <w:br/>
      </w:r>
      <w:r>
        <w:t xml:space="preserve">    (b) to be or to become used to (adapted to and with an expectation of)</w:t>
      </w:r>
      <w:r>
        <w:br/>
      </w:r>
      <w:r>
        <w:t xml:space="preserve">    (c) accepting as inevitable something undesired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2026-07-31T17:52:55Z</dcterms:created>
  <dcterms:modified xsi:type="dcterms:W3CDTF">2026-07-31T17:52:55Z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