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62c047f395b58e252bdfdbde9613cb1e206c80c"/>
    <w:p>
      <w:pPr>
        <w:pStyle w:val="Heading1"/>
      </w:pPr>
      <w:r>
        <w:rPr>
          <w:b/>
          <w:bCs/>
        </w:rPr>
        <w:t xml:space="preserve">Long Day's Journey into Night</w:t>
      </w:r>
      <w:r>
        <w:br/>
      </w:r>
      <w:r>
        <w:rPr>
          <w:i/>
          <w:iCs/>
        </w:rPr>
        <w:t xml:space="preserve">Eugene O'Neill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is a lot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stolid</w:t>
      </w:r>
      <w:r>
        <w:rPr>
          <w:b/>
          <w:bCs/>
        </w:rPr>
        <w:t xml:space="preserve">, earthy peasant in him, mixed with streaks of sentimental melancholy and rare flashes of intuitive sensibility.</w:t>
      </w:r>
      <w:r>
        <w:br/>
      </w:r>
      <w:r>
        <w:t xml:space="preserve">    (a) the quality or degree of being straightforward or clear (sometimes indicating that truth is not worded carefully to spare feelings or gain advantage)</w:t>
      </w:r>
      <w:r>
        <w:br/>
      </w:r>
      <w:r>
        <w:t xml:space="preserve">    (b) the degree to which a performance of or to someone else's work lends itself to the expression of personal artistic ideas or feelings by the performer</w:t>
      </w:r>
      <w:r>
        <w:br/>
      </w:r>
      <w:r>
        <w:t xml:space="preserve">    (c) having or revealing little emotion -- sometimes indicating qualities of not changing or being dependable</w:t>
      </w:r>
      <w:r>
        <w:br/>
      </w:r>
      <w:r>
        <w:br/>
      </w:r>
      <w:r>
        <w:t xml:space="preserve">or (much more rarely):</w:t>
      </w:r>
      <w:r>
        <w:br/>
      </w:r>
      <w:r>
        <w:br/>
      </w:r>
      <w:r>
        <w:t xml:space="preserve">of an object:  not interesting -- often large and unmoving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leans over and kisses her cheek impulsively-then turning back adds with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constrained</w:t>
      </w:r>
      <w:r>
        <w:rPr>
          <w:b/>
          <w:bCs/>
        </w:rPr>
        <w:t xml:space="preserve"> </w:t>
      </w:r>
      <w:r>
        <w:rPr>
          <w:b/>
          <w:bCs/>
        </w:rPr>
        <w:t xml:space="preserve">air.</w:t>
      </w:r>
      <w:r>
        <w:br/>
      </w:r>
      <w:r>
        <w:t xml:space="preserve">    (a) not provided with investment funds</w:t>
      </w:r>
      <w:r>
        <w:br/>
      </w:r>
      <w:r>
        <w:t xml:space="preserve">    (b) restricted; or lacking spontaneity</w:t>
      </w:r>
      <w:r>
        <w:br/>
      </w:r>
      <w:r>
        <w:t xml:space="preserve">    (c) stopped (something from happening)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on the rare occasions when he smiles without sneering, his personality possesses the remnant of a humorous, romantic, irresponsible Irish charm — that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beguiling</w:t>
      </w:r>
      <w:r>
        <w:rPr>
          <w:b/>
          <w:bCs/>
        </w:rPr>
        <w:t xml:space="preserve"> </w:t>
      </w:r>
      <w:r>
        <w:rPr>
          <w:b/>
          <w:bCs/>
        </w:rPr>
        <w:t xml:space="preserve">ne'er-do-well, with a strain of the sentimentally poetic, attractive to women and popular with men.</w:t>
      </w:r>
      <w:r>
        <w:br/>
      </w:r>
      <w:r>
        <w:t xml:space="preserve">    (a) exercising privileges to which one is not entitled</w:t>
      </w:r>
      <w:r>
        <w:br/>
      </w:r>
      <w:r>
        <w:t xml:space="preserve">    (b) charming or enchanting; or deceiving through charm</w:t>
      </w:r>
      <w:r>
        <w:br/>
      </w:r>
      <w:r>
        <w:t xml:space="preserve">    (c) moving out of an interacting position; or stopping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Reprovingly</w:t>
      </w:r>
      <w:r>
        <w:rPr>
          <w:b/>
          <w:bCs/>
        </w:rPr>
        <w:t xml:space="preserve">.</w:t>
      </w:r>
      <w:r>
        <w:br/>
      </w:r>
      <w:r>
        <w:t xml:space="preserve">    (a) in a wasteful manner</w:t>
      </w:r>
      <w:r>
        <w:br/>
      </w:r>
      <w:r>
        <w:t xml:space="preserve">    (b) in a critical manner</w:t>
      </w:r>
      <w:r>
        <w:br/>
      </w:r>
      <w:r>
        <w:t xml:space="preserve">    (c) with great annoyance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He's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wily</w:t>
      </w:r>
      <w:r>
        <w:rPr>
          <w:b/>
          <w:bCs/>
        </w:rPr>
        <w:t xml:space="preserve"> </w:t>
      </w:r>
      <w:r>
        <w:rPr>
          <w:b/>
          <w:bCs/>
        </w:rPr>
        <w:t xml:space="preserve">Shanty Mick, that one.</w:t>
      </w:r>
      <w:r>
        <w:br/>
      </w:r>
      <w:r>
        <w:t xml:space="preserve">    (a) clever</w:t>
      </w:r>
      <w:r>
        <w:br/>
      </w:r>
      <w:r>
        <w:t xml:space="preserve">    (b) steady</w:t>
      </w:r>
      <w:r>
        <w:br/>
      </w:r>
      <w:r>
        <w:t xml:space="preserve">    (c) sloped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let him have the place for almost nothing, just to keep someone on it, and he never pays that till I threaten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evict</w:t>
      </w:r>
      <w:r>
        <w:rPr>
          <w:b/>
          <w:bCs/>
        </w:rPr>
        <w:t xml:space="preserve"> </w:t>
      </w:r>
      <w:r>
        <w:rPr>
          <w:b/>
          <w:bCs/>
        </w:rPr>
        <w:t xml:space="preserve">him.</w:t>
      </w:r>
      <w:r>
        <w:br/>
      </w:r>
      <w:r>
        <w:t xml:space="preserve">    (a) create dramatic change</w:t>
      </w:r>
      <w:r>
        <w:br/>
      </w:r>
      <w:r>
        <w:t xml:space="preserve">    (b) to come near or nearer</w:t>
      </w:r>
      <w:r>
        <w:br/>
      </w:r>
      <w:r>
        <w:t xml:space="preserve">    (c) force someone to leave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TYRONE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Mollifyingly</w:t>
      </w:r>
      <w:r>
        <w:rPr>
          <w:b/>
          <w:bCs/>
        </w:rPr>
        <w:t xml:space="preserve">.</w:t>
      </w:r>
      <w:r>
        <w:br/>
      </w:r>
      <w:r>
        <w:t xml:space="preserve">    (a) in a manner that accepts as true (without proof)</w:t>
      </w:r>
      <w:r>
        <w:br/>
      </w:r>
      <w:r>
        <w:t xml:space="preserve">    (b) meticulously (with great care for small details)</w:t>
      </w:r>
      <w:r>
        <w:br/>
      </w:r>
      <w:r>
        <w:t xml:space="preserve">    (c) calm someone who is or may become angry or upset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never knew what was really wrong until you were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prep school</w:t>
      </w:r>
      <w:r>
        <w:rPr>
          <w:b/>
          <w:bCs/>
        </w:rPr>
        <w:t xml:space="preserve">.</w:t>
      </w:r>
      <w:r>
        <w:br/>
      </w:r>
      <w:r>
        <w:t xml:space="preserve">    (a) done to get ready for something that will happen later</w:t>
      </w:r>
      <w:r>
        <w:br/>
      </w:r>
      <w:r>
        <w:t xml:space="preserve">    (b) injured muscles or tendons (despite calling it muscle)</w:t>
      </w:r>
      <w:r>
        <w:br/>
      </w:r>
      <w:r>
        <w:t xml:space="preserve">    (c) the idea that anything that can go wrong will go wrong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Stung, Jamie has turned to stare at her with accusing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antagonism</w:t>
      </w:r>
      <w:r>
        <w:rPr>
          <w:b/>
          <w:bCs/>
        </w:rPr>
        <w:t xml:space="preserve">.</w:t>
      </w:r>
      <w:r>
        <w:br/>
      </w:r>
      <w:r>
        <w:t xml:space="preserve">    (a) positive attitude</w:t>
      </w:r>
      <w:r>
        <w:br/>
      </w:r>
      <w:r>
        <w:t xml:space="preserve">    (b) kindness</w:t>
      </w:r>
      <w:r>
        <w:br/>
      </w:r>
      <w:r>
        <w:t xml:space="preserve">    (c) hostility or opposition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EDMUND Scornfully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parodying</w:t>
      </w:r>
      <w:r>
        <w:rPr>
          <w:b/>
          <w:bCs/>
        </w:rPr>
        <w:t xml:space="preserve"> </w:t>
      </w:r>
      <w:r>
        <w:rPr>
          <w:b/>
          <w:bCs/>
        </w:rPr>
        <w:t xml:space="preserve">his brother's cynicism.</w:t>
      </w:r>
      <w:r>
        <w:br/>
      </w:r>
      <w:r>
        <w:t xml:space="preserve">    (a) directing energy from a negative (unacceptable) impulse or urge into a positive or acceptable action</w:t>
      </w:r>
      <w:r>
        <w:br/>
      </w:r>
      <w:r>
        <w:t xml:space="preserve">    (b) a humorous, exaggerated imitation of somebody's style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a very poor imitation of somebody's style</w:t>
      </w:r>
      <w:r>
        <w:br/>
      </w:r>
      <w:r>
        <w:t xml:space="preserve">    (c) expressing personal artistic ideas or feelings while performing (or performing to) someone else's work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You've both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flouted</w:t>
      </w:r>
      <w:r>
        <w:rPr>
          <w:b/>
          <w:bCs/>
        </w:rPr>
        <w:t xml:space="preserve"> </w:t>
      </w:r>
      <w:r>
        <w:rPr>
          <w:b/>
          <w:bCs/>
        </w:rPr>
        <w:t xml:space="preserve">the faith you were born and brought up in-the one true faith of the Catholic Church-and your denial has brought nothing but self-destruction!</w:t>
      </w:r>
      <w:r>
        <w:br/>
      </w:r>
      <w:r>
        <w:t xml:space="preserve">    (a) influenced opinion</w:t>
      </w:r>
      <w:r>
        <w:br/>
      </w:r>
      <w:r>
        <w:t xml:space="preserve">    (b) openly disregarded</w:t>
      </w:r>
      <w:r>
        <w:br/>
      </w:r>
      <w:r>
        <w:t xml:space="preserve">    (c) wrongly understood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"Keep up his spirits, if you can."</w:t>
      </w:r>
      <w:r>
        <w:br/>
      </w:r>
      <w:r>
        <w:rPr>
          <w:b/>
          <w:bCs/>
        </w:rPr>
        <w:t xml:space="preserve">[He adds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caustically</w:t>
      </w:r>
      <w:r>
        <w:rPr>
          <w:b/>
          <w:bCs/>
        </w:rPr>
        <w:t xml:space="preserve">.]</w:t>
      </w:r>
      <w:r>
        <w:br/>
      </w:r>
      <w:r>
        <w:rPr>
          <w:b/>
          <w:bCs/>
        </w:rPr>
        <w:t xml:space="preserve">"If you can without making it an excuse to get drunk!"</w:t>
      </w:r>
      <w:r>
        <w:br/>
      </w:r>
      <w:r>
        <w:br/>
      </w:r>
      <w:r>
        <w:t xml:space="preserve">    (a) sarcastically or critically</w:t>
      </w:r>
      <w:r>
        <w:br/>
      </w:r>
      <w:r>
        <w:t xml:space="preserve">    (b) in the way mentioned or shown</w:t>
      </w:r>
      <w:r>
        <w:br/>
      </w:r>
      <w:r>
        <w:t xml:space="preserve">    (c) not mirroring back (an image)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wears the dress into which she had changed for her drive to town, a simple, fairly expensive affair, which would be extremely becoming if it were not for the careless, almost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slovenly</w:t>
      </w:r>
      <w:r>
        <w:rPr>
          <w:b/>
          <w:bCs/>
        </w:rPr>
        <w:t xml:space="preserve"> </w:t>
      </w:r>
      <w:r>
        <w:rPr>
          <w:b/>
          <w:bCs/>
        </w:rPr>
        <w:t xml:space="preserve">way she wears it.</w:t>
      </w:r>
      <w:r>
        <w:br/>
      </w:r>
      <w:r>
        <w:t xml:space="preserve">    (a) the state or degree of being optimistic or agreeable</w:t>
      </w:r>
      <w:r>
        <w:br/>
      </w:r>
      <w:r>
        <w:t xml:space="preserve">    (b) messy or dirty;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excessively careless or casual</w:t>
      </w:r>
      <w:r>
        <w:br/>
      </w:r>
      <w:r>
        <w:t xml:space="preserve">    (c) the quality of being very bad (deserving no respect)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a great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matinee</w:t>
      </w:r>
      <w:r>
        <w:rPr>
          <w:b/>
          <w:bCs/>
        </w:rPr>
        <w:t xml:space="preserve"> </w:t>
      </w:r>
      <w:r>
        <w:rPr>
          <w:b/>
          <w:bCs/>
        </w:rPr>
        <w:t xml:space="preserve">idol then, you know.</w:t>
      </w:r>
      <w:r>
        <w:br/>
      </w:r>
      <w:r>
        <w:t xml:space="preserve">    (a) wrong understanding</w:t>
      </w:r>
      <w:r>
        <w:br/>
      </w:r>
      <w:r>
        <w:t xml:space="preserve">    (b) daytime performance</w:t>
      </w:r>
      <w:r>
        <w:br/>
      </w:r>
      <w:r>
        <w:t xml:space="preserve">    (c) act of hiring again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belittling</w:t>
      </w:r>
      <w:r>
        <w:rPr>
          <w:b/>
          <w:bCs/>
        </w:rPr>
        <w:t xml:space="preserve"> </w:t>
      </w:r>
      <w:r>
        <w:rPr>
          <w:b/>
          <w:bCs/>
        </w:rPr>
        <w:t xml:space="preserve">laugh.</w:t>
      </w:r>
      <w:r>
        <w:br/>
      </w:r>
      <w:r>
        <w:t xml:space="preserve">    (a) making someone or something seem less important</w:t>
      </w:r>
      <w:r>
        <w:br/>
      </w:r>
      <w:r>
        <w:t xml:space="preserve">    (b) considering (the affect on a result or outcome)</w:t>
      </w:r>
      <w:r>
        <w:br/>
      </w:r>
      <w:r>
        <w:t xml:space="preserve">    (c) controlling, preventing, or making less intense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she'd had to take care of me all by herself, and had that to occupy her mind, maybe she'd have been able— TYRONE Goaded into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vindictiveness</w:t>
      </w:r>
      <w:r>
        <w:rPr>
          <w:b/>
          <w:bCs/>
        </w:rPr>
        <w:t xml:space="preserve">.</w:t>
      </w:r>
      <w:r>
        <w:br/>
      </w:r>
      <w:r>
        <w:t xml:space="preserve">    (a) desirous of seeking revenge or wanting to hurt someone</w:t>
      </w:r>
      <w:r>
        <w:br/>
      </w:r>
      <w:r>
        <w:t xml:space="preserve">    (b) not capable of surviving; or not capable of being done</w:t>
      </w:r>
      <w:r>
        <w:br/>
      </w:r>
      <w:r>
        <w:t xml:space="preserve">    (c) not capable of being suffered through (or put up with)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TYRONE Protests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penitently</w:t>
      </w:r>
      <w:r>
        <w:rPr>
          <w:b/>
          <w:bCs/>
        </w:rPr>
        <w:t xml:space="preserve">.</w:t>
      </w:r>
      <w:r>
        <w:br/>
      </w:r>
      <w:r>
        <w:t xml:space="preserve">    (a) in a manner that is capable of being noticed</w:t>
      </w:r>
      <w:r>
        <w:br/>
      </w:r>
      <w:r>
        <w:t xml:space="preserve">    (b) with sorrow and regret for having done wrong</w:t>
      </w:r>
      <w:r>
        <w:br/>
      </w:r>
      <w:r>
        <w:t xml:space="preserve">    (c) in a manner that is not sensible and careful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By applying my natural Godgiven talents in their proper sphere, I shall attain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pinnacle</w:t>
      </w:r>
      <w:r>
        <w:rPr>
          <w:b/>
          <w:bCs/>
        </w:rPr>
        <w:t xml:space="preserve"> </w:t>
      </w:r>
      <w:r>
        <w:rPr>
          <w:b/>
          <w:bCs/>
        </w:rPr>
        <w:t xml:space="preserve">of success!</w:t>
      </w:r>
      <w:r>
        <w:br/>
      </w:r>
      <w:r>
        <w:t xml:space="preserve">    (a) remove or suppress anything considered obscene, immoral, or politically unacceptable  OR  a person who does such suppression</w:t>
      </w:r>
      <w:r>
        <w:br/>
      </w:r>
      <w:r>
        <w:t xml:space="preserve">    (b) to corrupt or seduce from virtue, duty, or allegiance  OR  excessive drinking, casual sex, and/or drug abuse while partying</w:t>
      </w:r>
      <w:r>
        <w:br/>
      </w:r>
      <w:r>
        <w:t xml:space="preserve">    (c) highest point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Edmund has looked away from him, trying to ignore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tirade</w:t>
      </w:r>
      <w:r>
        <w:rPr>
          <w:b/>
          <w:bCs/>
        </w:rPr>
        <w:t xml:space="preserve">.</w:t>
      </w:r>
      <w:r>
        <w:br/>
      </w:r>
      <w:r>
        <w:t xml:space="preserve">    (a) speech of angry criticism</w:t>
      </w:r>
      <w:r>
        <w:br/>
      </w:r>
      <w:r>
        <w:t xml:space="preserve">    (b) something that stands out</w:t>
      </w:r>
      <w:r>
        <w:br/>
      </w:r>
      <w:r>
        <w:t xml:space="preserve">    (c) something made from parts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grins at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blasphemy</w:t>
      </w:r>
      <w:r>
        <w:rPr>
          <w:b/>
          <w:bCs/>
        </w:rPr>
        <w:t xml:space="preserve"> </w:t>
      </w:r>
      <w:r>
        <w:rPr>
          <w:b/>
          <w:bCs/>
        </w:rPr>
        <w:t xml:space="preserve">and Edmund has to laugh.</w:t>
      </w:r>
      <w:r>
        <w:br/>
      </w:r>
      <w:r>
        <w:t xml:space="preserve">    (a) found a condition or substance to be present</w:t>
      </w:r>
      <w:r>
        <w:br/>
      </w:r>
      <w:r>
        <w:t xml:space="preserve">    (b) disrespectful of something considered sacred</w:t>
      </w:r>
      <w:r>
        <w:br/>
      </w:r>
      <w:r>
        <w:t xml:space="preserve">    (c) Nazi organization for children aged 10 to 18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2026-07-31T17:52:55Z</dcterms:created>
  <dcterms:modified xsi:type="dcterms:W3CDTF">2026-07-31T17:52:55Z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