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dca9c1997d074143746b77b8a3abcc4bfae2f1"/>
    <w:p>
      <w:pPr>
        <w:pStyle w:val="Heading1"/>
      </w:pPr>
      <w:r>
        <w:rPr>
          <w:b/>
          <w:bCs/>
        </w:rPr>
        <w:t xml:space="preserve">Lonesome Dove</w:t>
      </w:r>
      <w:r>
        <w:br/>
      </w:r>
      <w:r>
        <w:rPr>
          <w:i/>
          <w:iCs/>
        </w:rPr>
        <w:t xml:space="preserve">Larry McMurtry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old man had been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competent</w:t>
      </w:r>
      <w:r>
        <w:rPr>
          <w:b/>
          <w:bCs/>
        </w:rPr>
        <w:t xml:space="preserve"> </w:t>
      </w:r>
      <w:r>
        <w:rPr>
          <w:b/>
          <w:bCs/>
        </w:rPr>
        <w:t xml:space="preserve">Mexican bandit before he ran out of steam and crossed the river.</w:t>
      </w:r>
      <w:r>
        <w:br/>
      </w:r>
      <w:r>
        <w:t xml:space="preserve">    (a) sensible and careful</w:t>
      </w:r>
      <w:r>
        <w:br/>
      </w:r>
      <w:r>
        <w:t xml:space="preserve">    (b) sincerity (realness)</w:t>
      </w:r>
      <w:r>
        <w:br/>
      </w:r>
      <w:r>
        <w:t xml:space="preserve">    (c) sufficiently capable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Of course, real scouting skills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superfluous</w:t>
      </w:r>
      <w:r>
        <w:rPr>
          <w:b/>
          <w:bCs/>
        </w:rPr>
        <w:t xml:space="preserve"> </w:t>
      </w:r>
      <w:r>
        <w:rPr>
          <w:b/>
          <w:bCs/>
        </w:rPr>
        <w:t xml:space="preserve">in a place as tame as Lonesome Dove, but Call still liked to get out at night, sniff the breeze and let the country talk.</w:t>
      </w:r>
      <w:r>
        <w:br/>
      </w:r>
      <w:r>
        <w:t xml:space="preserve">    (a) the quality of being sensible and careful</w:t>
      </w:r>
      <w:r>
        <w:br/>
      </w:r>
      <w:r>
        <w:t xml:space="preserve">    (b) more than is needed, desired, or required</w:t>
      </w:r>
      <w:r>
        <w:br/>
      </w:r>
      <w:r>
        <w:t xml:space="preserve">    (c) without purpose, job, or natural activity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 been in charge so long that everyone assumed all thoughts, questions, needs and wants had to be referred to him,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however</w:t>
      </w:r>
      <w:r>
        <w:rPr>
          <w:b/>
          <w:bCs/>
        </w:rPr>
        <w:t xml:space="preserve"> </w:t>
      </w:r>
      <w:r>
        <w:rPr>
          <w:b/>
          <w:bCs/>
        </w:rPr>
        <w:t xml:space="preserve">simple these might be.</w:t>
      </w:r>
      <w:r>
        <w:br/>
      </w:r>
      <w:r>
        <w:t xml:space="preserve">    (a) regardless of how</w:t>
      </w:r>
      <w:r>
        <w:br/>
      </w:r>
      <w:r>
        <w:t xml:space="preserve">    (b) aka analysis -- psychiatric treatment; or a theory of psychiatric treatment</w:t>
      </w:r>
      <w:r>
        <w:br/>
      </w:r>
      <w:r>
        <w:t xml:space="preserve">    (c) people who are good at or spend much time studying, thinking, and reasoning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widow Spettle,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however</w:t>
      </w:r>
      <w:r>
        <w:rPr>
          <w:b/>
          <w:bCs/>
        </w:rPr>
        <w:t xml:space="preserve">, was eager for him to take the boys, and would hear no protest from Call.</w:t>
      </w:r>
      <w:r>
        <w:br/>
      </w:r>
      <w:r>
        <w:t xml:space="preserve">    (a) a word used to connect contrasting ideas as when using</w:t>
      </w:r>
      <w:r>
        <w:t xml:space="preserve"> </w:t>
      </w:r>
      <w:r>
        <w:rPr>
          <w:i/>
          <w:iCs/>
        </w:rPr>
        <w:t xml:space="preserve">though</w:t>
      </w:r>
      <w:r>
        <w:t xml:space="preserve">,</w:t>
      </w:r>
      <w:r>
        <w:t xml:space="preserve"> </w:t>
      </w:r>
      <w:r>
        <w:rPr>
          <w:i/>
          <w:iCs/>
        </w:rPr>
        <w:t xml:space="preserve">in spite of that</w:t>
      </w:r>
      <w:r>
        <w:t xml:space="preserve">,</w:t>
      </w:r>
      <w:r>
        <w:t xml:space="preserve"> </w:t>
      </w:r>
      <w:r>
        <w:rPr>
          <w:i/>
          <w:iCs/>
        </w:rPr>
        <w:t xml:space="preserve">in contrast</w:t>
      </w:r>
      <w:r>
        <w:t xml:space="preserve">,</w:t>
      </w:r>
      <w:r>
        <w:t xml:space="preserve"> </w:t>
      </w:r>
      <w:r>
        <w:rPr>
          <w:i/>
          <w:iCs/>
        </w:rPr>
        <w:t xml:space="preserve">nevertheless</w:t>
      </w:r>
      <w:r>
        <w:t xml:space="preserve">, etc.</w:t>
      </w:r>
      <w:r>
        <w:br/>
      </w:r>
      <w:r>
        <w:t xml:space="preserve">    (b) therefore (for that reason)</w:t>
      </w:r>
      <w:r>
        <w:br/>
      </w:r>
      <w:r>
        <w:t xml:space="preserve">    (c) in keeping with or in agreement with what was just stated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Xavier himself had a near-monopoly 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fastidiousness</w:t>
      </w:r>
      <w:r>
        <w:rPr>
          <w:b/>
          <w:bCs/>
        </w:rPr>
        <w:t xml:space="preserve"> </w:t>
      </w:r>
      <w:r>
        <w:rPr>
          <w:b/>
          <w:bCs/>
        </w:rPr>
        <w:t xml:space="preserve">in Lonesome Dove.</w:t>
      </w:r>
      <w:r>
        <w:br/>
      </w:r>
      <w:r>
        <w:t xml:space="preserve">    (a) a person who works from within to destroy an established order; or relating to such destructive efforts</w:t>
      </w:r>
      <w:r>
        <w:br/>
      </w:r>
      <w:r>
        <w:t xml:space="preserve">    (b) not relevant (not related to the subject being considered, or not important enough to want to consider)</w:t>
      </w:r>
      <w:r>
        <w:br/>
      </w:r>
      <w:r>
        <w:t xml:space="preserve">    (c) excessive concern with cleanliness or matters of taste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fried it, and Jake and Deets ate it, while Bolivar sat in the corner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sulked</w:t>
      </w:r>
      <w:r>
        <w:rPr>
          <w:b/>
          <w:bCs/>
        </w:rPr>
        <w:t xml:space="preserve"> </w:t>
      </w:r>
      <w:r>
        <w:rPr>
          <w:b/>
          <w:bCs/>
        </w:rPr>
        <w:t xml:space="preserve">at the thought of two more breakfasts to wash up after.</w:t>
      </w:r>
      <w:r>
        <w:br/>
      </w:r>
      <w:r>
        <w:t xml:space="preserve">    (a) not embarrassed or self-conscious</w:t>
      </w:r>
      <w:r>
        <w:br/>
      </w:r>
      <w:r>
        <w:t xml:space="preserve">    (b) not limited or without boundaries</w:t>
      </w:r>
      <w:r>
        <w:br/>
      </w:r>
      <w:r>
        <w:t xml:space="preserve">    (c) was overly unhappy and unsociable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were other chiefs, true, and the final fights were yet to be fought, but he had never had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vengeful</w:t>
      </w:r>
      <w:r>
        <w:rPr>
          <w:b/>
          <w:bCs/>
        </w:rPr>
        <w:t xml:space="preserve"> </w:t>
      </w:r>
      <w:r>
        <w:rPr>
          <w:b/>
          <w:bCs/>
        </w:rPr>
        <w:t xml:space="preserve">nature of some Rangers and had no interest in spending a decade mopping up renegades and stragglers.</w:t>
      </w:r>
      <w:r>
        <w:br/>
      </w:r>
      <w:r>
        <w:t xml:space="preserve">    (a) mental activity of which one is self-aware</w:t>
      </w:r>
      <w:r>
        <w:br/>
      </w:r>
      <w:r>
        <w:t xml:space="preserve">    (b) without involvement of anything in between</w:t>
      </w:r>
      <w:r>
        <w:br/>
      </w:r>
      <w:r>
        <w:t xml:space="preserve">    (c) wanting to punish someone for causing harm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heard the boys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speculate</w:t>
      </w:r>
      <w:r>
        <w:rPr>
          <w:b/>
          <w:bCs/>
        </w:rPr>
        <w:t xml:space="preserve"> </w:t>
      </w:r>
      <w:r>
        <w:rPr>
          <w:b/>
          <w:bCs/>
        </w:rPr>
        <w:t xml:space="preserve">that the branding would be done in another week, which meant they were close to starting the drive.</w:t>
      </w:r>
      <w:r>
        <w:br/>
      </w:r>
      <w:r>
        <w:t xml:space="preserve">    (a) guess</w:t>
      </w:r>
      <w:r>
        <w:br/>
      </w:r>
      <w:r>
        <w:t xml:space="preserve">    (b) examine in detail to better understand</w:t>
      </w:r>
      <w:r>
        <w:br/>
      </w:r>
      <w:r>
        <w:t xml:space="preserve">    (c) appropriate in size, amount, or degree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 known several men who blew their heads off, and he had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pondered</w:t>
      </w:r>
      <w:r>
        <w:rPr>
          <w:b/>
          <w:bCs/>
        </w:rPr>
        <w:t xml:space="preserve"> </w:t>
      </w:r>
      <w:r>
        <w:rPr>
          <w:b/>
          <w:bCs/>
        </w:rPr>
        <w:t xml:space="preserve">it much.</w:t>
      </w:r>
      <w:r>
        <w:br/>
      </w:r>
      <w:r>
        <w:t xml:space="preserve">    (a) was overly unhappy and unsociable</w:t>
      </w:r>
      <w:r>
        <w:br/>
      </w:r>
      <w:r>
        <w:t xml:space="preserve">    (b) not limited or without boundaries</w:t>
      </w:r>
      <w:r>
        <w:br/>
      </w:r>
      <w:r>
        <w:t xml:space="preserve">    (c) thought deeply or carefully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Call watched the proceedings silently, unable to decide who he was more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aggravated</w:t>
      </w:r>
      <w:r>
        <w:rPr>
          <w:b/>
          <w:bCs/>
        </w:rPr>
        <w:t xml:space="preserve"> </w:t>
      </w:r>
      <w:r>
        <w:rPr>
          <w:b/>
          <w:bCs/>
        </w:rPr>
        <w:t xml:space="preserve">at, Gus or Jake.</w:t>
      </w:r>
      <w:r>
        <w:br/>
      </w:r>
      <w:r>
        <w:t xml:space="preserve">    (a) began fighting again</w:t>
      </w:r>
      <w:r>
        <w:br/>
      </w:r>
      <w:r>
        <w:t xml:space="preserve">    (b) not accepted as true</w:t>
      </w:r>
      <w:r>
        <w:br/>
      </w:r>
      <w:r>
        <w:t xml:space="preserve">    (c) annoyed or irritated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Gus always managed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aggravate</w:t>
      </w:r>
      <w:r>
        <w:rPr>
          <w:b/>
          <w:bCs/>
        </w:rPr>
        <w:t xml:space="preserve"> </w:t>
      </w:r>
      <w:r>
        <w:rPr>
          <w:b/>
          <w:bCs/>
        </w:rPr>
        <w:t xml:space="preserve">whatever situation he was in with a woman.</w:t>
      </w:r>
      <w:r>
        <w:br/>
      </w:r>
      <w:r>
        <w:t xml:space="preserve">    (a) get rid of</w:t>
      </w:r>
      <w:r>
        <w:br/>
      </w:r>
      <w:r>
        <w:t xml:space="preserve">    (b) make worse</w:t>
      </w:r>
      <w:r>
        <w:br/>
      </w:r>
      <w:r>
        <w:t xml:space="preserve">    (c) connection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Jasper had concluded that the best way would be to pelt him with small rocks, although such caution would only earn him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scorn</w:t>
      </w:r>
      <w:r>
        <w:rPr>
          <w:b/>
          <w:bCs/>
        </w:rPr>
        <w:t xml:space="preserve"> </w:t>
      </w:r>
      <w:r>
        <w:rPr>
          <w:b/>
          <w:bCs/>
        </w:rPr>
        <w:t xml:space="preserve">of the rest of the hands.</w:t>
      </w:r>
      <w:r>
        <w:br/>
      </w:r>
      <w:r>
        <w:t xml:space="preserve">    (a) disrespect or reject as not good enough</w:t>
      </w:r>
      <w:r>
        <w:br/>
      </w:r>
      <w:r>
        <w:t xml:space="preserve">    (b) not answer questions; or block progress</w:t>
      </w:r>
      <w:r>
        <w:br/>
      </w:r>
      <w:r>
        <w:t xml:space="preserve">    (c) move from more general to more specific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had got the thorn in his thumb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hobbling</w:t>
      </w:r>
      <w:r>
        <w:rPr>
          <w:b/>
          <w:bCs/>
        </w:rPr>
        <w:t xml:space="preserve"> </w:t>
      </w:r>
      <w:r>
        <w:rPr>
          <w:b/>
          <w:bCs/>
        </w:rPr>
        <w:t xml:space="preserve">the horses the night before, and had been unable to get it out in the dark.</w:t>
      </w:r>
      <w:r>
        <w:br/>
      </w:r>
      <w:r>
        <w:t xml:space="preserve">    (a) presenting something to treat as true in order to advance a discussion or to further investigation even though it might not be true</w:t>
      </w:r>
      <w:r>
        <w:br/>
      </w:r>
      <w:r>
        <w:t xml:space="preserve">    (b) injuring the ligaments of a joint by stretching them too far (ligaments are the tough, fibrous bands that connect bones across joints)</w:t>
      </w:r>
      <w:r>
        <w:br/>
      </w:r>
      <w:r>
        <w:t xml:space="preserve">    (c) walked with difficulty (due to injury or physical impediment)</w:t>
      </w:r>
      <w:r>
        <w:br/>
      </w:r>
      <w:r>
        <w:br/>
      </w:r>
      <w:r>
        <w:t xml:space="preserve">or:</w:t>
      </w:r>
      <w:r>
        <w:br/>
      </w:r>
      <w:r>
        <w:br/>
      </w:r>
      <w:r>
        <w:t xml:space="preserve">hindered (made the action or progress of something difficult)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made even more interesting a few minutes later when Bolivar walked up and handed in his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resignation</w:t>
      </w:r>
      <w:r>
        <w:rPr>
          <w:b/>
          <w:bCs/>
        </w:rPr>
        <w:t xml:space="preserve">.</w:t>
      </w:r>
      <w:r>
        <w:br/>
      </w:r>
      <w:r>
        <w:t xml:space="preserve">    (a) a document expressing that he is quitting his job</w:t>
      </w:r>
      <w:r>
        <w:br/>
      </w:r>
      <w:r>
        <w:t xml:space="preserve">    (b) to constrain in some way -- such as tie up, require, or obligate</w:t>
      </w:r>
      <w:r>
        <w:br/>
      </w:r>
      <w:r>
        <w:t xml:space="preserve">    (c) a group formed to discuss or offer insight on a particular topic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And, as in the rainstorms, his misery increased to a pitch and then was gradually replaced by fatigue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resignation</w:t>
      </w:r>
      <w:r>
        <w:rPr>
          <w:b/>
          <w:bCs/>
        </w:rPr>
        <w:t xml:space="preserve">.</w:t>
      </w:r>
      <w:r>
        <w:br/>
      </w:r>
      <w:r>
        <w:t xml:space="preserve">    (a) the process of thinking carefully and making a judgment about something</w:t>
      </w:r>
      <w:r>
        <w:br/>
      </w:r>
      <w:r>
        <w:t xml:space="preserve">    (b) the act of finding fault and telling others; or a description of faults</w:t>
      </w:r>
      <w:r>
        <w:br/>
      </w:r>
      <w:r>
        <w:t xml:space="preserve">    (c) acceptance of something undesired as unavoidable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fact that the bartender had been a little slow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insolent</w:t>
      </w:r>
      <w:r>
        <w:rPr>
          <w:b/>
          <w:bCs/>
        </w:rPr>
        <w:t xml:space="preserve"> </w:t>
      </w:r>
      <w:r>
        <w:rPr>
          <w:b/>
          <w:bCs/>
        </w:rPr>
        <w:t xml:space="preserve">hadn't necessarily been a reason to break his nose.</w:t>
      </w:r>
      <w:r>
        <w:br/>
      </w:r>
      <w:r>
        <w:t xml:space="preserve">    (a) rudely disrespectful -- especially toward someone in authority</w:t>
      </w:r>
      <w:r>
        <w:br/>
      </w:r>
      <w:r>
        <w:t xml:space="preserve">    (b) the characteristic of being excessively unhappy and unsociable</w:t>
      </w:r>
      <w:r>
        <w:br/>
      </w:r>
      <w:r>
        <w:t xml:space="preserve">    (c) the condition of continuing or seeming to continue without end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contemplated</w:t>
      </w:r>
      <w:r>
        <w:rPr>
          <w:b/>
          <w:bCs/>
        </w:rPr>
        <w:t xml:space="preserve"> </w:t>
      </w:r>
      <w:r>
        <w:rPr>
          <w:b/>
          <w:bCs/>
        </w:rPr>
        <w:t xml:space="preserve">turning and trying to charge through them; if he killed three or four they might get discouraged.</w:t>
      </w:r>
      <w:r>
        <w:br/>
      </w:r>
      <w:r>
        <w:t xml:space="preserve">    (a) consider or ponder</w:t>
      </w:r>
      <w:r>
        <w:br/>
      </w:r>
      <w:r>
        <w:t xml:space="preserve">    (b) wrongly translates</w:t>
      </w:r>
      <w:r>
        <w:br/>
      </w:r>
      <w:r>
        <w:t xml:space="preserve">    (c) restarted (a fire)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I'd just like to know my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matrimonial</w:t>
      </w:r>
      <w:r>
        <w:rPr>
          <w:b/>
          <w:bCs/>
        </w:rPr>
        <w:t xml:space="preserve"> </w:t>
      </w:r>
      <w:r>
        <w:rPr>
          <w:b/>
          <w:bCs/>
        </w:rPr>
        <w:t xml:space="preserve">prospects.</w:t>
      </w:r>
      <w:r>
        <w:br/>
      </w:r>
      <w:r>
        <w:t xml:space="preserve">    (a) improper, awkward, or unfavorable</w:t>
      </w:r>
      <w:r>
        <w:br/>
      </w:r>
      <w:r>
        <w:t xml:space="preserve">    (b) marriage (or related to marriage)</w:t>
      </w:r>
      <w:r>
        <w:br/>
      </w:r>
      <w:r>
        <w:t xml:space="preserve">    (c) able to be stopped from happening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Frog Lip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reined in</w:t>
      </w:r>
      <w:r>
        <w:rPr>
          <w:b/>
          <w:bCs/>
        </w:rPr>
        <w:t xml:space="preserve"> </w:t>
      </w:r>
      <w:r>
        <w:rPr>
          <w:b/>
          <w:bCs/>
        </w:rPr>
        <w:t xml:space="preserve">his horse and watched as both cows fell through the roof of the sod house.</w:t>
      </w:r>
      <w:r>
        <w:br/>
      </w:r>
      <w:r>
        <w:t xml:space="preserve">    (a) and others</w:t>
      </w:r>
      <w:r>
        <w:br/>
      </w:r>
      <w:r>
        <w:t xml:space="preserve">    (b) newly rich</w:t>
      </w:r>
      <w:r>
        <w:br/>
      </w:r>
      <w:r>
        <w:t xml:space="preserve">    (c) restrained or controlled (by pulling on straps used to control a horse)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the herd approached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Republican</w:t>
      </w:r>
      <w:r>
        <w:rPr>
          <w:b/>
          <w:bCs/>
        </w:rPr>
        <w:t xml:space="preserve">, Call's thoughts were back on the Brazos, where Jake had been allowed to go astray.</w:t>
      </w:r>
      <w:r>
        <w:br/>
      </w:r>
      <w:r>
        <w:t xml:space="preserve">    (a) of a system of government in which a majority of citizens elect representatives to make laws; or someone in favor of such a form of government</w:t>
      </w:r>
      <w:r>
        <w:br/>
      </w:r>
      <w:r>
        <w:t xml:space="preserve">    (b) relating to a Christian ceremony signifying spiritual cleansing and rebirth  OR  relating to a challenging experience that initiates or purifies</w:t>
      </w:r>
      <w:r>
        <w:br/>
      </w:r>
      <w:r>
        <w:t xml:space="preserve">    (c) of an organism in the early stages of development prior to birth, hatching, or sprouting  OR  of anything in an early stage of development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2026-07-31T18:17:30Z</dcterms:created>
  <dcterms:modified xsi:type="dcterms:W3CDTF">2026-07-31T18:17:30Z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