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a1c47f996281486d29d32ab7bdbed0f4b0dad6"/>
    <w:p>
      <w:pPr>
        <w:pStyle w:val="Heading1"/>
      </w:pPr>
      <w:r>
        <w:rPr>
          <w:b/>
          <w:bCs/>
        </w:rPr>
        <w:t xml:space="preserve">Lone Survivor</w:t>
      </w:r>
      <w:r>
        <w:br/>
      </w:r>
      <w:r>
        <w:rPr>
          <w:i/>
          <w:iCs/>
        </w:rPr>
        <w:t xml:space="preserve">Marcus Luttrell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we had to drive through the city in an unprotected vehicle over another causeway, the Sheik Hamad, named for the emir.</w:t>
      </w:r>
      <w:r>
        <w:br/>
      </w:r>
      <w:r>
        <w:t xml:space="preserve">    (a) in spite of that (used to connect contrasting ideas)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stand ready to bring the full spectrum of combat power to bear in order to achieve my mission and the goals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by my country.</w:t>
      </w:r>
      <w:r>
        <w:br/>
      </w:r>
      <w:r>
        <w:t xml:space="preserve">    (a) set</w:t>
      </w:r>
      <w:r>
        <w:br/>
      </w:r>
      <w:r>
        <w:t xml:space="preserve">    (b) persuaded someone to want something (often sex or love) by tempting with something desired</w:t>
      </w:r>
      <w:r>
        <w:br/>
      </w:r>
      <w:r>
        <w:t xml:space="preserve">    (c) not having a relationship whereby a change in one thing helps predict a change in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Slowly, during the course of the day,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there was a small American base two miles away.</w:t>
      </w:r>
      <w:r>
        <w:br/>
      </w:r>
      <w:r>
        <w:t xml:space="preserve">    (a) examined an issue, got opinions by asking specific questions; and/or asked people for political support individually</w:t>
      </w:r>
      <w:r>
        <w:br/>
      </w:r>
      <w:r>
        <w:t xml:space="preserve">    (b) accepted someone's membership though a special procedure such as a ceremony and/or period of instruction and/or test</w:t>
      </w:r>
      <w:r>
        <w:br/>
      </w:r>
      <w:r>
        <w:t xml:space="preserve">    (c) learned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one of 146,000 American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coalition</w:t>
      </w:r>
      <w:r>
        <w:rPr>
          <w:b/>
          <w:bCs/>
        </w:rPr>
        <w:t xml:space="preserve"> </w:t>
      </w:r>
      <w:r>
        <w:rPr>
          <w:b/>
          <w:bCs/>
        </w:rPr>
        <w:t xml:space="preserve">troops in there, under the command of General Tommy Franks.</w:t>
      </w:r>
      <w:r>
        <w:br/>
      </w:r>
      <w:r>
        <w:t xml:space="preserve">    (a) an expert who shares professional opinions in a specific field</w:t>
      </w:r>
      <w:r>
        <w:br/>
      </w:r>
      <w:r>
        <w:t xml:space="preserve">    (b) a political group made up of different groups working together</w:t>
      </w:r>
      <w:r>
        <w:br/>
      </w:r>
      <w:r>
        <w:t xml:space="preserve">    (c) the act of being in a working position; or the act of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primary mission was special surveillance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, photographing hot spots and danger areas using unbelievable photographic lenses.</w:t>
      </w:r>
      <w:r>
        <w:br/>
      </w:r>
      <w:r>
        <w:t xml:space="preserve">    (a) aka natural right -- a right that is naturally due because of human nature and the natural condition</w:t>
      </w:r>
      <w:r>
        <w:br/>
      </w:r>
      <w:r>
        <w:t xml:space="preserve">    (b) the act of exploring or information produced by such exploration -- especially for military purposes</w:t>
      </w:r>
      <w:r>
        <w:br/>
      </w:r>
      <w:r>
        <w:t xml:space="preserve">    (c) a powerful stimulant drug that increases activity in the brain and nervous system -- often addictive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really where we were blooded for battle, combing those urban streets, flushing 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insurgents</w:t>
      </w:r>
      <w:r>
        <w:rPr>
          <w:b/>
          <w:bCs/>
        </w:rPr>
        <w:t xml:space="preserve"> </w:t>
      </w:r>
      <w:r>
        <w:rPr>
          <w:b/>
          <w:bCs/>
        </w:rPr>
        <w:t xml:space="preserve">wherever they hid.</w:t>
      </w:r>
      <w:r>
        <w:br/>
      </w:r>
      <w:r>
        <w:t xml:space="preserve">    (a) members of an irregular armed force that fight a stronger force by sabotage and harassment</w:t>
      </w:r>
      <w:r>
        <w:br/>
      </w:r>
      <w:r>
        <w:t xml:space="preserve">    (b) streaks of light in the sky caused by small space rocks burning up in Earth’s atmosphere</w:t>
      </w:r>
      <w:r>
        <w:br/>
      </w:r>
      <w:r>
        <w:t xml:space="preserve">    (c) the science related to DNA sequences or units of heredity that influence biological traits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first 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literally</w:t>
      </w:r>
      <w:r>
        <w:rPr>
          <w:b/>
          <w:bCs/>
        </w:rPr>
        <w:t xml:space="preserve"> </w:t>
      </w:r>
      <w:r>
        <w:rPr>
          <w:b/>
          <w:bCs/>
        </w:rPr>
        <w:t xml:space="preserve">dragging me away.</w:t>
      </w:r>
      <w:r>
        <w:br/>
      </w:r>
      <w:r>
        <w:t xml:space="preserve">    (a) in a manner that accepts as true (without proof)</w:t>
      </w:r>
      <w:r>
        <w:br/>
      </w:r>
      <w:r>
        <w:t xml:space="preserve">    (b) actually (not figuratively; not an exaggeration)</w:t>
      </w:r>
      <w:r>
        <w:br/>
      </w:r>
      <w:r>
        <w:t xml:space="preserve">    (c) meticulously (with great 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literal</w:t>
      </w:r>
      <w:r>
        <w:rPr>
          <w:b/>
          <w:bCs/>
        </w:rPr>
        <w:t xml:space="preserve"> </w:t>
      </w:r>
      <w:r>
        <w:rPr>
          <w:b/>
          <w:bCs/>
        </w:rPr>
        <w:t xml:space="preserve">translation of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lokhay warkawal</w:t>
      </w:r>
      <w:r>
        <w:rPr>
          <w:b/>
          <w:bCs/>
        </w:rPr>
        <w:t xml:space="preserve"> </w:t>
      </w:r>
      <w:r>
        <w:rPr>
          <w:b/>
          <w:bCs/>
        </w:rPr>
        <w:t xml:space="preserve">is "giving of a pot." ... Lokhay means not only providing care and shelter, it means an unbreakable commitment to defend that wounded man to the death.</w:t>
      </w:r>
      <w:r>
        <w:br/>
      </w:r>
      <w:r>
        <w:t xml:space="preserve">    (a) flavorfulness</w:t>
      </w:r>
      <w:r>
        <w:br/>
      </w:r>
      <w:r>
        <w:t xml:space="preserve">    (b) word for word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Everything I learned beyond the schoolroom, down from my early years, seems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Coronado.</w:t>
      </w:r>
      <w:r>
        <w:br/>
      </w:r>
      <w:r>
        <w:t xml:space="preserve">    (a) guided</w:t>
      </w:r>
      <w:r>
        <w:br/>
      </w:r>
      <w:r>
        <w:t xml:space="preserve">    (b) thought carefully</w:t>
      </w:r>
      <w:r>
        <w:br/>
      </w:r>
      <w:r>
        <w:t xml:space="preserve">    (c) helped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policies concerning human rights were outrageous and brought them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conflict with the international community.</w:t>
      </w:r>
      <w:r>
        <w:br/>
      </w:r>
      <w:r>
        <w:t xml:space="preserve">    (a) meticulousness (care for small details)</w:t>
      </w:r>
      <w:r>
        <w:br/>
      </w:r>
      <w:r>
        <w:t xml:space="preserve">    (b) the state or degree of being very large</w:t>
      </w:r>
      <w:r>
        <w:br/>
      </w:r>
      <w:r>
        <w:t xml:space="preserve">    (c)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made our way in the dark down to a different house and stepped off the trail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onto the roof.</w:t>
      </w:r>
      <w:r>
        <w:br/>
      </w:r>
      <w:r>
        <w:t xml:space="preserve">    (a) straight (without anything in between)</w:t>
      </w:r>
      <w:r>
        <w:br/>
      </w:r>
      <w:r>
        <w:t xml:space="preserve">    (b) in a manner that is not sexually attractive, or persuasively tempting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original leader was a village clergyman named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Mullah</w:t>
      </w:r>
      <w:r>
        <w:rPr>
          <w:b/>
          <w:bCs/>
        </w:rPr>
        <w:t xml:space="preserve"> </w:t>
      </w:r>
      <w:r>
        <w:rPr>
          <w:b/>
          <w:bCs/>
        </w:rPr>
        <w:t xml:space="preserve">Mohammad Omar, a tough guy who lost his right eye fighting the occupying forces of the Soviet Union in the 1980s.</w:t>
      </w:r>
      <w:r>
        <w:br/>
      </w:r>
      <w:r>
        <w:t xml:space="preserve">    (a) lacking experience or sophistication</w:t>
      </w:r>
      <w:r>
        <w:br/>
      </w:r>
      <w:r>
        <w:t xml:space="preserve">    (b) a Muslim religious teacher or leader</w:t>
      </w:r>
      <w:r>
        <w:br/>
      </w:r>
      <w:r>
        <w:t xml:space="preserve">    (c) a basic type of ecological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on our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to the enormous U.S. base at Bagram.</w:t>
      </w:r>
      <w:r>
        <w:br/>
      </w:r>
      <w:r>
        <w:t xml:space="preserve">    (a) route (way to get somewhere)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change the direction of something or the purpose for which it is 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a couple of those Taliban came around that corner to my left, the only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me, and they had any form of light, I'd be like a jackrabbit caught in someone's headlights.</w:t>
      </w:r>
      <w:r>
        <w:br/>
      </w:r>
      <w:r>
        <w:t xml:space="preserve">    (a) create dramatic change</w:t>
      </w:r>
      <w:r>
        <w:br/>
      </w:r>
      <w:r>
        <w:t xml:space="preserve">    (b) get near</w:t>
      </w:r>
      <w:r>
        <w:br/>
      </w:r>
      <w:r>
        <w:t xml:space="preserve">    (c) mirror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second week was very hard for a lot of guys, and my memory is clear: the instructors preached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competence</w:t>
      </w:r>
      <w:r>
        <w:rPr>
          <w:b/>
          <w:bCs/>
        </w:rPr>
        <w:t xml:space="preserve"> </w:t>
      </w:r>
      <w:r>
        <w:rPr>
          <w:b/>
          <w:bCs/>
        </w:rPr>
        <w:t xml:space="preserve">in all techniques and exercises.</w:t>
      </w:r>
      <w:r>
        <w:br/>
      </w:r>
      <w:r>
        <w:t xml:space="preserve">    (a) ability</w:t>
      </w:r>
      <w:r>
        <w:br/>
      </w:r>
      <w:r>
        <w:t xml:space="preserve">    (b) allowed</w:t>
      </w:r>
      <w:r>
        <w:br/>
      </w:r>
      <w:r>
        <w:t xml:space="preserve">    (c) dangers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Down we all dropped again and went back to work with the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remnants</w:t>
      </w:r>
      <w:r>
        <w:rPr>
          <w:b/>
          <w:bCs/>
        </w:rPr>
        <w:t xml:space="preserve"> </w:t>
      </w:r>
      <w:r>
        <w:rPr>
          <w:b/>
          <w:bCs/>
        </w:rPr>
        <w:t xml:space="preserve">of our strength, counting the push-ups.</w:t>
      </w:r>
      <w:r>
        <w:br/>
      </w:r>
      <w:r>
        <w:t xml:space="preserve">    (a) small amounts that remains after the rest is gone</w:t>
      </w:r>
      <w:r>
        <w:br/>
      </w:r>
      <w:r>
        <w:t xml:space="preserve">    (b) people who do not believe in the existence of god</w:t>
      </w:r>
      <w:r>
        <w:br/>
      </w:r>
      <w:r>
        <w:t xml:space="preserve">    (c) most important; or people that are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words to us were packed with meaning, edged with menace, but nonetheless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.</w:t>
      </w:r>
      <w:r>
        <w:br/>
      </w:r>
      <w:r>
        <w:t xml:space="preserve">    (a) relating separately to the people or things just mentioned</w:t>
      </w:r>
      <w:r>
        <w:br/>
      </w:r>
      <w:r>
        <w:t xml:space="preserve">    (b) in a manner of accepting something as true (without proof)</w:t>
      </w:r>
      <w:r>
        <w:br/>
      </w:r>
      <w:r>
        <w:t xml:space="preserve">    (c) expecting the best; or focusing on the good part of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perfecting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techniques</w:t>
      </w:r>
      <w:r>
        <w:rPr>
          <w:b/>
          <w:bCs/>
        </w:rPr>
        <w:t xml:space="preserve"> </w:t>
      </w:r>
      <w:r>
        <w:rPr>
          <w:b/>
          <w:bCs/>
        </w:rPr>
        <w:t xml:space="preserve">in hydrology, learning tide levels and demographics of the ocean floor.</w:t>
      </w:r>
      <w:r>
        <w:br/>
      </w:r>
      <w:r>
        <w:t xml:space="preserve">    (a) ways of doing things</w:t>
      </w:r>
      <w:r>
        <w:br/>
      </w:r>
      <w:r>
        <w:t xml:space="preserve">    (b) wrong understandings</w:t>
      </w:r>
      <w:r>
        <w:br/>
      </w:r>
      <w:r>
        <w:t xml:space="preserve">    (c) acts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end they assume they will rid their holy Muslim soil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</w:t>
      </w:r>
      <w:r>
        <w:rPr>
          <w:b/>
          <w:bCs/>
        </w:rPr>
        <w:t xml:space="preserve"> </w:t>
      </w:r>
      <w:r>
        <w:rPr>
          <w:b/>
          <w:bCs/>
        </w:rPr>
        <w:t xml:space="preserve">invaders.</w:t>
      </w:r>
      <w:r>
        <w:br/>
      </w:r>
      <w:r>
        <w:t xml:space="preserve">    (a) the reason for doing something; or the level of desire to do something</w:t>
      </w:r>
      <w:r>
        <w:br/>
      </w:r>
      <w:r>
        <w:t xml:space="preserve">    (b) a drug that calms or puts to sleep; or describing something as calming</w:t>
      </w:r>
      <w:r>
        <w:br/>
      </w:r>
      <w:r>
        <w:t xml:space="preserve">    (c) negative term for someone who does not believe in the "right"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way, if anyone should dare to utter the words Geneva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while I'm writing this, I might more or less lose control.</w:t>
      </w:r>
      <w:r>
        <w:br/>
      </w:r>
      <w:r>
        <w:t xml:space="preserve">    (a) purpose, job, or natural activity</w:t>
      </w:r>
      <w:r>
        <w:br/>
      </w:r>
      <w:r>
        <w:t xml:space="preserve">    (b) an international agreement</w:t>
      </w:r>
      <w:r>
        <w:br/>
      </w:r>
      <w:r>
        <w:t xml:space="preserve">    (c) someone who expresses disapproval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2026-07-31T16:59:59Z</dcterms:created>
  <dcterms:modified xsi:type="dcterms:W3CDTF">2026-07-31T16:59:59Z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