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b83d75b4ad851638154933115cbcee5da3c32a3"/>
    <w:p>
      <w:pPr>
        <w:pStyle w:val="Heading1"/>
      </w:pPr>
      <w:r>
        <w:rPr>
          <w:b/>
          <w:bCs/>
        </w:rPr>
        <w:t xml:space="preserve">Lock and Key</w:t>
      </w:r>
      <w:r>
        <w:br/>
      </w:r>
      <w:r>
        <w:rPr>
          <w:i/>
          <w:iCs/>
        </w:rPr>
        <w:t xml:space="preserve">Sarah Dessen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Left to her own devices, this was the story I was sure she preferred'that she'd just sprouted, all on her own, neither connected nor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indebted</w:t>
      </w:r>
      <w:r>
        <w:rPr>
          <w:b/>
          <w:bCs/>
        </w:rPr>
        <w:t xml:space="preserve"> </w:t>
      </w:r>
      <w:r>
        <w:rPr>
          <w:b/>
          <w:bCs/>
        </w:rPr>
        <w:t xml:space="preserve">to anyone else at all.</w:t>
      </w:r>
      <w:r>
        <w:br/>
      </w:r>
      <w:r>
        <w:t xml:space="preserve">    (a) influenced by personal belief, feelings, or preferences (rather than being based purely upon fact)</w:t>
      </w:r>
      <w:r>
        <w:br/>
      </w:r>
      <w:r>
        <w:t xml:space="preserve">    (b) the state or quality of expressing or displaying sexual activity or violence with detailed clarity</w:t>
      </w:r>
      <w:r>
        <w:br/>
      </w:r>
      <w:r>
        <w:t xml:space="preserve">    (c) to be grateful for a favor; or to owe money; or to be in the position of owing a debt of gratitude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"Is your mom around?" Ronnie asked as Alice shifted her weight, trying to see into the kitchen behind me.</w:t>
      </w:r>
      <w:r>
        <w:br/>
      </w:r>
      <w:r>
        <w:rPr>
          <w:b/>
          <w:bCs/>
        </w:rPr>
        <w:t xml:space="preserve">I adjusted myself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accordingly</w:t>
      </w:r>
      <w:r>
        <w:rPr>
          <w:b/>
          <w:bCs/>
        </w:rPr>
        <w:t xml:space="preserve">, blocking her view, before saying...</w:t>
      </w:r>
      <w:r>
        <w:br/>
      </w:r>
      <w:r>
        <w:t xml:space="preserve">    (a) because of what was just happened</w:t>
      </w:r>
      <w:r>
        <w:br/>
      </w:r>
      <w:r>
        <w:t xml:space="preserve">    (b) despite that (used to connect contrasting ideas.)</w:t>
      </w:r>
      <w:r>
        <w:br/>
      </w:r>
      <w:r>
        <w:t xml:space="preserve">    (c) in spite of that (used to connect contrasting ideas)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would have had more faith if she'd gone of 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own accord</w:t>
      </w:r>
      <w:r>
        <w:rPr>
          <w:b/>
          <w:bCs/>
        </w:rPr>
        <w:t xml:space="preserve">.</w:t>
      </w:r>
      <w:r>
        <w:br/>
      </w:r>
      <w:r>
        <w:t xml:space="preserve">    (a) tropical viral disease transmitted by a mosquito</w:t>
      </w:r>
      <w:r>
        <w:br/>
      </w:r>
      <w:r>
        <w:t xml:space="preserve">    (b) own mind (voluntarily -- without anyone asking)</w:t>
      </w:r>
      <w:r>
        <w:br/>
      </w:r>
      <w:r>
        <w:t xml:space="preserve">    (c) the achievement of 3 positive feats in a sport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knew things had already changed,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irrevocably</w:t>
      </w:r>
      <w:r>
        <w:rPr>
          <w:b/>
          <w:bCs/>
        </w:rPr>
        <w:t xml:space="preserve"> </w:t>
      </w:r>
      <w:r>
        <w:rPr>
          <w:b/>
          <w:bCs/>
        </w:rPr>
        <w:t xml:space="preserve">and totally.</w:t>
      </w:r>
      <w:r>
        <w:br/>
      </w:r>
      <w:r>
        <w:t xml:space="preserve">    (a) in the manner of an investigation</w:t>
      </w:r>
      <w:r>
        <w:br/>
      </w:r>
      <w:r>
        <w:t xml:space="preserve">    (b) in a manner that cannot be undone</w:t>
      </w:r>
      <w:r>
        <w:br/>
      </w:r>
      <w:r>
        <w:t xml:space="preserve">    (c) separately in the specified order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Even without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transgression</w:t>
      </w:r>
      <w:r>
        <w:rPr>
          <w:b/>
          <w:bCs/>
        </w:rPr>
        <w:t xml:space="preserve">, that same fight-or-flight instinct set in.</w:t>
      </w:r>
      <w:r>
        <w:br/>
      </w:r>
      <w:r>
        <w:t xml:space="preserve">    (a) the taking on or adoption of power or responsibility</w:t>
      </w:r>
      <w:r>
        <w:br/>
      </w:r>
      <w:r>
        <w:t xml:space="preserve">    (b) rule violation</w:t>
      </w:r>
      <w:r>
        <w:br/>
      </w:r>
      <w:r>
        <w:t xml:space="preserve">    (c) the process of controlling (how something turns out)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Sports are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crucial</w:t>
      </w:r>
      <w:r>
        <w:rPr>
          <w:b/>
          <w:bCs/>
        </w:rPr>
        <w:t xml:space="preserve"> </w:t>
      </w:r>
      <w:r>
        <w:rPr>
          <w:b/>
          <w:bCs/>
        </w:rPr>
        <w:t xml:space="preserve">to student development,' Mr. Thackray said.</w:t>
      </w:r>
      <w:r>
        <w:br/>
      </w:r>
      <w:r>
        <w:t xml:space="preserve">    (a) more than is needed</w:t>
      </w:r>
      <w:r>
        <w:br/>
      </w:r>
      <w:r>
        <w:t xml:space="preserve">    (b) very important</w:t>
      </w:r>
      <w:r>
        <w:br/>
      </w:r>
      <w:r>
        <w:t xml:space="preserve">    (c) natural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didn't know yet that this was all either of us was capable of: moments together that were great but also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fleeting</w:t>
      </w:r>
      <w:r>
        <w:rPr>
          <w:b/>
          <w:bCs/>
        </w:rPr>
        <w:t xml:space="preserve">.</w:t>
      </w:r>
      <w:r>
        <w:br/>
      </w:r>
      <w:r>
        <w:t xml:space="preserve">    (a) not demonstrative of</w:t>
      </w:r>
      <w:r>
        <w:br/>
      </w:r>
      <w:r>
        <w:t xml:space="preserve">    (b) sensible and careful</w:t>
      </w:r>
      <w:r>
        <w:br/>
      </w:r>
      <w:r>
        <w:t xml:space="preserve">    (c) lasting a short time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Still, the woman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literally</w:t>
      </w:r>
      <w:r>
        <w:rPr>
          <w:b/>
          <w:bCs/>
        </w:rPr>
        <w:t xml:space="preserve"> </w:t>
      </w:r>
      <w:r>
        <w:rPr>
          <w:b/>
          <w:bCs/>
        </w:rPr>
        <w:t xml:space="preserve">jumped in the air. Completely vertical, feet off the ground, coffee spilling out of the cup backward, splattering the pavement.</w:t>
      </w:r>
      <w:r>
        <w:br/>
      </w:r>
      <w:r>
        <w:t xml:space="preserve">    (a) meticulously (with great care for small details)</w:t>
      </w:r>
      <w:r>
        <w:br/>
      </w:r>
      <w:r>
        <w:t xml:space="preserve">    (b) in a manner that accepts as true (without proof)</w:t>
      </w:r>
      <w:r>
        <w:br/>
      </w:r>
      <w:r>
        <w:t xml:space="preserve">    (c) actually (not figuratively; not an exaggeration)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Nate, who was a friend to me before I even knew what a friend was. Who picked me up,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literally</w:t>
      </w:r>
      <w:r>
        <w:rPr>
          <w:b/>
          <w:bCs/>
        </w:rPr>
        <w:t xml:space="preserve">, over and over again, and never asked for anything in return except for my word and my understanding.</w:t>
      </w:r>
      <w:r>
        <w:br/>
      </w:r>
      <w:r>
        <w:t xml:space="preserve">    (a) in a manner that is not aware of something</w:t>
      </w:r>
      <w:r>
        <w:br/>
      </w:r>
      <w:r>
        <w:t xml:space="preserve">    (b) an intensifier (to intensify what is said)</w:t>
      </w:r>
      <w:r>
        <w:br/>
      </w:r>
      <w:r>
        <w:t xml:space="preserve">    (c) in a manner that is not successful or good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Then,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tentatively</w:t>
      </w:r>
      <w:r>
        <w:rPr>
          <w:b/>
          <w:bCs/>
        </w:rPr>
        <w:t xml:space="preserve">, he came closer, then a bit closer still, until finally...</w:t>
      </w:r>
      <w:r>
        <w:br/>
      </w:r>
      <w:r>
        <w:t xml:space="preserve">    (a) in comparison to something else</w:t>
      </w:r>
      <w:r>
        <w:br/>
      </w:r>
      <w:r>
        <w:t xml:space="preserve">    (b) careful or unsure</w:t>
      </w:r>
      <w:r>
        <w:br/>
      </w:r>
      <w:r>
        <w:t xml:space="preserve">    (c) in a manner that is not sincere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as I kept on, steady,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unwavering</w:t>
      </w:r>
      <w:r>
        <w:rPr>
          <w:b/>
          <w:bCs/>
        </w:rPr>
        <w:t xml:space="preserve">, he finally caved and turned to stare out the window.</w:t>
      </w:r>
      <w:r>
        <w:br/>
      </w:r>
      <w:r>
        <w:t xml:space="preserve">    (a) steady</w:t>
      </w:r>
      <w:r>
        <w:br/>
      </w:r>
      <w:r>
        <w:t xml:space="preserve">    (b) hidden</w:t>
      </w:r>
      <w:r>
        <w:br/>
      </w:r>
      <w:r>
        <w:t xml:space="preserve">    (c) sloped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hole was even bigger now, the red clay and exposed rock a marked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contrast</w:t>
      </w:r>
      <w:r>
        <w:rPr>
          <w:b/>
          <w:bCs/>
        </w:rPr>
        <w:t xml:space="preserve"> </w:t>
      </w:r>
      <w:r>
        <w:rPr>
          <w:b/>
          <w:bCs/>
        </w:rPr>
        <w:t xml:space="preserve">to the even green grass on either side of it.</w:t>
      </w:r>
      <w:r>
        <w:br/>
      </w:r>
      <w:r>
        <w:t xml:space="preserve">    (a) block or interfere</w:t>
      </w:r>
      <w:r>
        <w:br/>
      </w:r>
      <w:r>
        <w:t xml:space="preserve">    (b) come to terms with</w:t>
      </w:r>
      <w:r>
        <w:br/>
      </w:r>
      <w:r>
        <w:t xml:space="preserve">    (c) notable difference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Could be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belated</w:t>
      </w:r>
      <w:r>
        <w:rPr>
          <w:b/>
          <w:bCs/>
        </w:rPr>
        <w:t xml:space="preserve">,' I said with a shrug.</w:t>
      </w:r>
      <w:r>
        <w:br/>
      </w:r>
      <w:r>
        <w:t xml:space="preserve">    (a) the condition of being different</w:t>
      </w:r>
      <w:r>
        <w:br/>
      </w:r>
      <w:r>
        <w:t xml:space="preserve">    (b) indicating approval or agreement</w:t>
      </w:r>
      <w:r>
        <w:br/>
      </w:r>
      <w:r>
        <w:t xml:space="preserve">    (c) after the expected or usual time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To my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detriment</w:t>
      </w:r>
      <w:r>
        <w:rPr>
          <w:b/>
          <w:bCs/>
        </w:rPr>
        <w:t xml:space="preserve">, at times.</w:t>
      </w:r>
      <w:r>
        <w:br/>
      </w:r>
      <w:r>
        <w:t xml:space="preserve">    (a) a hoofed mamma</w:t>
      </w:r>
      <w:r>
        <w:br/>
      </w:r>
      <w:r>
        <w:t xml:space="preserve">    (b) harm or damage</w:t>
      </w:r>
      <w:r>
        <w:br/>
      </w:r>
      <w:r>
        <w:t xml:space="preserve">    (c) a fat compound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what I can give you is erratic, because you'd have to work around my schedule, which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varies</w:t>
      </w:r>
      <w:r>
        <w:rPr>
          <w:b/>
          <w:bCs/>
        </w:rPr>
        <w:t xml:space="preserve"> </w:t>
      </w:r>
      <w:r>
        <w:rPr>
          <w:b/>
          <w:bCs/>
        </w:rPr>
        <w:t xml:space="preserve">wildly.</w:t>
      </w:r>
      <w:r>
        <w:br/>
      </w:r>
      <w:r>
        <w:t xml:space="preserve">    (a) shows or represents</w:t>
      </w:r>
      <w:r>
        <w:br/>
      </w:r>
      <w:r>
        <w:t xml:space="preserve">    (b) predicts or reveals</w:t>
      </w:r>
      <w:r>
        <w:br/>
      </w:r>
      <w:r>
        <w:t xml:space="preserve">    (c) differs; or changes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my more rational moments, I tried to feel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empathy</w:t>
      </w:r>
      <w:r>
        <w:rPr>
          <w:b/>
          <w:bCs/>
        </w:rPr>
        <w:t xml:space="preserve"> </w:t>
      </w:r>
      <w:r>
        <w:rPr>
          <w:b/>
          <w:bCs/>
        </w:rPr>
        <w:t xml:space="preserve">for Gervais.</w:t>
      </w:r>
      <w:r>
        <w:br/>
      </w:r>
      <w:r>
        <w:t xml:space="preserve">    (a) a place where conditions are kept as they were to protect wildlife</w:t>
      </w:r>
      <w:r>
        <w:br/>
      </w:r>
      <w:r>
        <w:t xml:space="preserve">    (b) someone who believes that all knowledge is derived from experience</w:t>
      </w:r>
      <w:r>
        <w:br/>
      </w:r>
      <w:r>
        <w:t xml:space="preserve">    (c) the ability or tendency to understand or share in others' feelings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reminded me of my mother's Subaru, the thought of which gave me a pang I quickly pushed away,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focusing</w:t>
      </w:r>
      <w:r>
        <w:rPr>
          <w:b/>
          <w:bCs/>
        </w:rPr>
        <w:t xml:space="preserve"> </w:t>
      </w:r>
      <w:r>
        <w:rPr>
          <w:b/>
          <w:bCs/>
        </w:rPr>
        <w:t xml:space="preserve">instead on the entrance to the highway, rising up in the distance.</w:t>
      </w:r>
      <w:r>
        <w:br/>
      </w:r>
      <w:r>
        <w:t xml:space="preserve">    (a) making someone want to do something</w:t>
      </w:r>
      <w:r>
        <w:br/>
      </w:r>
      <w:r>
        <w:t xml:space="preserve">    (b) concentrating, or looking</w:t>
      </w:r>
      <w:r>
        <w:br/>
      </w:r>
      <w:r>
        <w:t xml:space="preserve">    (c) stopping (something from happening)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opened my eyes, squinting down at my watch until it came into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focus</w:t>
      </w:r>
      <w:r>
        <w:rPr>
          <w:b/>
          <w:bCs/>
        </w:rPr>
        <w:t xml:space="preserve">.</w:t>
      </w:r>
      <w:r>
        <w:br/>
      </w:r>
      <w:r>
        <w:t xml:space="preserve">    (a) a condition where the body cannot properly regulate blood sugar levels because it produces little or no insulin</w:t>
      </w:r>
      <w:r>
        <w:br/>
      </w:r>
      <w:r>
        <w:t xml:space="preserve">    (b) software that stops uninvited software from spreading between computers and causing damage to data and software</w:t>
      </w:r>
      <w:r>
        <w:br/>
      </w:r>
      <w:r>
        <w:t xml:space="preserve">    (c) a state where something has come into view or can be seen clearly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tried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reciprocate</w:t>
      </w:r>
      <w:r>
        <w:rPr>
          <w:b/>
          <w:bCs/>
        </w:rPr>
        <w:t xml:space="preserve">, even though I suddenly felt uneasy, remembering that night I'd seen him in this same place with Roscoe.</w:t>
      </w:r>
      <w:r>
        <w:br/>
      </w:r>
      <w:r>
        <w:t xml:space="preserve">    (a) begin fighting</w:t>
      </w:r>
      <w:r>
        <w:br/>
      </w:r>
      <w:r>
        <w:t xml:space="preserve">    (b) less than zero</w:t>
      </w:r>
      <w:r>
        <w:br/>
      </w:r>
      <w:r>
        <w:t xml:space="preserve">    (c) give in return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how long did it take you to leave me alone here, to run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kiosk</w:t>
      </w:r>
      <w:r>
        <w:rPr>
          <w:b/>
          <w:bCs/>
        </w:rPr>
        <w:t xml:space="preserve"> </w:t>
      </w:r>
      <w:r>
        <w:rPr>
          <w:b/>
          <w:bCs/>
        </w:rPr>
        <w:t xml:space="preserve">myself?</w:t>
      </w:r>
      <w:r>
        <w:br/>
      </w:r>
      <w:r>
        <w:t xml:space="preserve">    (a) of the American Indian civilization of Yucatan and Belize and Guatemala that reached its peak between AD 300 and 900</w:t>
      </w:r>
      <w:r>
        <w:br/>
      </w:r>
      <w:r>
        <w:t xml:space="preserve">    (b) a hole or dropoff so deep the bottom cannot be seen -- often used figuratively to imply a frightening bottomless pit</w:t>
      </w:r>
      <w:r>
        <w:br/>
      </w:r>
      <w:r>
        <w:t xml:space="preserve">    (c) a very small area used as a store or to dispense information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2026-07-31T16:42:50Z</dcterms:created>
  <dcterms:modified xsi:type="dcterms:W3CDTF">2026-07-31T16:42:50Z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