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b08399c926af29e576eb292a13efc4c0c9f1ab"/>
    <w:p>
      <w:pPr>
        <w:pStyle w:val="Heading1"/>
      </w:pPr>
      <w:r>
        <w:rPr>
          <w:b/>
          <w:bCs/>
        </w:rPr>
        <w:t xml:space="preserve">Live Free or Die</w:t>
      </w:r>
      <w:r>
        <w:br/>
      </w:r>
      <w:r>
        <w:rPr>
          <w:i/>
          <w:iCs/>
        </w:rPr>
        <w:t xml:space="preserve">John Ringo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carbonaceous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asteroid</w:t>
      </w:r>
      <w:r>
        <w:rPr>
          <w:b/>
          <w:bCs/>
        </w:rPr>
        <w:t xml:space="preserve"> </w:t>
      </w:r>
      <w:r>
        <w:rPr>
          <w:b/>
          <w:bCs/>
        </w:rPr>
        <w:t xml:space="preserve">with a twenty-five megaton airburst yield like Tunguska was unlikely to occur over anything important.</w:t>
      </w:r>
      <w:r>
        <w:br/>
      </w:r>
      <w:r>
        <w:t xml:space="preserve">    (a) one of the millions of rocks that move around the sun, are smaller than a planet, and larger than a meter in diameter</w:t>
      </w:r>
      <w:r>
        <w:br/>
      </w:r>
      <w:r>
        <w:t xml:space="preserve">    (b) of the American Indian civilization of Yucatan and Belize and Guatemala that reached its peak between AD 300 and 900</w:t>
      </w:r>
      <w:r>
        <w:br/>
      </w:r>
      <w:r>
        <w:t xml:space="preserve">    (c) a hole or dropoff so deep the bottom cannot be seen -- often used figuratively to imply a frightening bottomless pit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looked at the angle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trajectory</w:t>
      </w:r>
      <w:r>
        <w:rPr>
          <w:b/>
          <w:bCs/>
        </w:rPr>
        <w:t xml:space="preserve"> </w:t>
      </w:r>
      <w:r>
        <w:rPr>
          <w:b/>
          <w:bCs/>
        </w:rPr>
        <w:t xml:space="preserve">again and shrugged.</w:t>
      </w:r>
      <w:r>
        <w:br/>
      </w:r>
      <w:r>
        <w:t xml:space="preserve">    (a) something that encourages something else to happen; or the process of something being encouraged</w:t>
      </w:r>
      <w:r>
        <w:br/>
      </w:r>
      <w:r>
        <w:t xml:space="preserve">    (b) the path followed by an object moving through space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the path of any sequence of events</w:t>
      </w:r>
      <w:r>
        <w:br/>
      </w:r>
      <w:r>
        <w:t xml:space="preserve">    (c) a colonnade (series of regularly spaced columns) surrounding a building or enclosing a courtyard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of the "stuff" in the inner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Solar System</w:t>
      </w:r>
      <w:r>
        <w:rPr>
          <w:b/>
          <w:bCs/>
        </w:rPr>
        <w:t xml:space="preserve"> </w:t>
      </w:r>
      <w:r>
        <w:rPr>
          <w:b/>
          <w:bCs/>
        </w:rPr>
        <w:t xml:space="preserve">lay along a vaguely flat plane called the "plane of ecliptic."</w:t>
      </w:r>
      <w:r>
        <w:br/>
      </w:r>
      <w:r>
        <w:t xml:space="preserve">    (a) relating to the south Asian Muslim republic that is the fifth most populous country</w:t>
      </w:r>
      <w:r>
        <w:br/>
      </w:r>
      <w:r>
        <w:t xml:space="preserve">    (b) the area that includes the sun (or any star) and everything that revolves around it</w:t>
      </w:r>
      <w:r>
        <w:br/>
      </w:r>
      <w:r>
        <w:t xml:space="preserve">    (c) connected by blood or marriage; or a  plant or animal related by origin or grouping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was, of course, a huge outcry amongst "real" researchers who had grants to study oxygen production of Mira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Variables</w:t>
      </w:r>
      <w:r>
        <w:rPr>
          <w:b/>
          <w:bCs/>
        </w:rPr>
        <w:t xml:space="preserve"> </w:t>
      </w:r>
      <w:r>
        <w:rPr>
          <w:b/>
          <w:bCs/>
        </w:rPr>
        <w:t xml:space="preserve">that, naturally, were more important than anything else that could possibly be happening especially with those bunglers at Skywa—A WHAT?</w:t>
      </w:r>
      <w:r>
        <w:br/>
      </w:r>
      <w:r>
        <w:t xml:space="preserve">    (a) calculating or judging too low</w:t>
      </w:r>
      <w:r>
        <w:br/>
      </w:r>
      <w:r>
        <w:t xml:space="preserve">    (b) things that are able to change</w:t>
      </w:r>
      <w:r>
        <w:br/>
      </w:r>
      <w:r>
        <w:t xml:space="preserve">    (c) someone who disturbs or annoys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Efforts to duplicate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information technology</w:t>
      </w:r>
      <w:r>
        <w:rPr>
          <w:b/>
          <w:bCs/>
        </w:rPr>
        <w:t xml:space="preserve"> </w:t>
      </w:r>
      <w:r>
        <w:rPr>
          <w:b/>
          <w:bCs/>
        </w:rPr>
        <w:t xml:space="preserve">had so far been unsuccessful and most experts put humans as at least five hundred years behind current Glatun technology.</w:t>
      </w:r>
      <w:r>
        <w:br/>
      </w:r>
      <w:r>
        <w:t xml:space="preserve">    (a) a type of logical argument in which one assumes a claim, derives an absurd outcome, and therefore concludes that the original assumption must have been wrong</w:t>
      </w:r>
      <w:r>
        <w:br/>
      </w:r>
      <w:r>
        <w:t xml:space="preserve">    (b) relating to computers or telecommunications</w:t>
      </w:r>
      <w:r>
        <w:br/>
      </w:r>
      <w:r>
        <w:t xml:space="preserve">    (c) a judicial mandate ordering a prisoner to be brought before a judge to determine whether that person is imprisoned lawfully or should be released from custody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 our Horvath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benefactors</w:t>
      </w:r>
      <w:r>
        <w:rPr>
          <w:b/>
          <w:bCs/>
        </w:rPr>
        <w:t xml:space="preserve"> </w:t>
      </w:r>
      <w:r>
        <w:rPr>
          <w:b/>
          <w:bCs/>
        </w:rPr>
        <w:t xml:space="preserve">receive the pearls as an honorarium for their defense of our system.</w:t>
      </w:r>
      <w:r>
        <w:br/>
      </w:r>
      <w:r>
        <w:t xml:space="preserve">    (a) acts of taking something on as one's own</w:t>
      </w:r>
      <w:r>
        <w:br/>
      </w:r>
      <w:r>
        <w:t xml:space="preserve">    (b) people who help a person or organization</w:t>
      </w:r>
      <w:r>
        <w:br/>
      </w:r>
      <w:r>
        <w:t xml:space="preserve">    (c) logical conclusions reached by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"I'll let the term '</w:t>
      </w:r>
      <w:r>
        <w:rPr>
          <w:b/>
          <w:bCs/>
          <w:u w:val="single"/>
        </w:rPr>
        <w:t xml:space="preserve">proprietary</w:t>
      </w:r>
      <w:r>
        <w:rPr>
          <w:b/>
          <w:bCs/>
        </w:rPr>
        <w:t xml:space="preserve">' hang in the air," Tyler said, sipping his coffee.</w:t>
      </w:r>
      <w:r>
        <w:br/>
      </w:r>
      <w:r>
        <w:t xml:space="preserve">    (a) relating to ownership, or something that is owned and controlled by a specific person or company</w:t>
      </w:r>
      <w:r>
        <w:br/>
      </w:r>
      <w:r>
        <w:t xml:space="preserve">    (b) the state or degree of being clear, easily noticed, and/or identifiable as different or separate</w:t>
      </w:r>
      <w:r>
        <w:br/>
      </w:r>
      <w:r>
        <w:t xml:space="preserve">    (c) having two or more sounds (phonetic values) such as the letter "a" in</w:t>
      </w:r>
      <w:r>
        <w:t xml:space="preserve"> </w:t>
      </w:r>
      <w:r>
        <w:rPr>
          <w:i/>
          <w:iCs/>
        </w:rPr>
        <w:t xml:space="preserve">cat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date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Given that the current output of the Very Large Array is only eight point six times ten to the sixth joules per second, even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factoring</w:t>
      </w:r>
      <w:r>
        <w:rPr>
          <w:b/>
          <w:bCs/>
        </w:rPr>
        <w:t xml:space="preserve"> </w:t>
      </w:r>
      <w:r>
        <w:rPr>
          <w:b/>
          <w:bCs/>
        </w:rPr>
        <w:t xml:space="preserve">for the projected rate of increase, subtracting anticipated heat dissipation, it will require some six months to observe noticeable heating, much less melting, of the material.</w:t>
      </w:r>
      <w:r>
        <w:br/>
      </w:r>
      <w:r>
        <w:t xml:space="preserve">    (a) considering (the affect on a result or outcome)</w:t>
      </w:r>
      <w:r>
        <w:br/>
      </w:r>
      <w:r>
        <w:t xml:space="preserve">    (b) writing or exchanging written letters or emails</w:t>
      </w:r>
      <w:r>
        <w:br/>
      </w:r>
      <w:r>
        <w:t xml:space="preserve">    (c) moving to a worse or less prestigious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were a bunch of people predisposed to cancer and 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factors</w:t>
      </w:r>
      <w:r>
        <w:rPr>
          <w:b/>
          <w:bCs/>
        </w:rPr>
        <w:t xml:space="preserve"> </w:t>
      </w:r>
      <w:r>
        <w:rPr>
          <w:b/>
          <w:bCs/>
        </w:rPr>
        <w:t xml:space="preserve">that weren't caught in time that were ...gainfully employed and productive members of society?</w:t>
      </w:r>
      <w:r>
        <w:br/>
      </w:r>
      <w:r>
        <w:t xml:space="preserve">    (a) things that affect a result or outcome</w:t>
      </w:r>
      <w:r>
        <w:br/>
      </w:r>
      <w:r>
        <w:t xml:space="preserve">    (b) People who are of lower rank or status</w:t>
      </w:r>
      <w:r>
        <w:br/>
      </w:r>
      <w:r>
        <w:t xml:space="preserve">    (c) theories on the origin of the universe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achieve even that degree of efficiency will require solid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continuous</w:t>
      </w:r>
      <w:r>
        <w:rPr>
          <w:b/>
          <w:bCs/>
        </w:rPr>
        <w:t xml:space="preserve"> </w:t>
      </w:r>
      <w:r>
        <w:rPr>
          <w:b/>
          <w:bCs/>
        </w:rPr>
        <w:t xml:space="preserve">transfer, which requires a low rotational period to prevent convection transfer.</w:t>
      </w:r>
      <w:r>
        <w:br/>
      </w:r>
      <w:r>
        <w:t xml:space="preserve">    (a) pertaining to the working together of different religious groups</w:t>
      </w:r>
      <w:r>
        <w:br/>
      </w:r>
      <w:r>
        <w:t xml:space="preserve">    (b) the state of being capable of thought, self-reflection, and will</w:t>
      </w:r>
      <w:r>
        <w:br/>
      </w:r>
      <w:r>
        <w:t xml:space="preserve">    (c) continuing in time or space without interruption or irregularity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Horvath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kinetic</w:t>
      </w:r>
      <w:r>
        <w:rPr>
          <w:b/>
          <w:bCs/>
        </w:rPr>
        <w:t xml:space="preserve">: bombardment systems and heavy lasers.</w:t>
      </w:r>
      <w:r>
        <w:br/>
      </w:r>
      <w:r>
        <w:t xml:space="preserve">    (a) not sensible or careful</w:t>
      </w:r>
      <w:r>
        <w:br/>
      </w:r>
      <w:r>
        <w:t xml:space="preserve">    (b) optimistic or agreeable</w:t>
      </w:r>
      <w:r>
        <w:br/>
      </w:r>
      <w:r>
        <w:t xml:space="preserve">    (c) characterized by motion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the gray drive goes out, which is pretty unlikely given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redundancy</w:t>
      </w:r>
      <w:r>
        <w:rPr>
          <w:b/>
          <w:bCs/>
        </w:rPr>
        <w:t xml:space="preserve">, it's going to have exactly the flight characteristics of a brick.</w:t>
      </w:r>
      <w:r>
        <w:br/>
      </w:r>
      <w:r>
        <w:t xml:space="preserve">    (a) more than is needed -- often something that is unnecessarily repeated</w:t>
      </w:r>
      <w:r>
        <w:br/>
      </w:r>
      <w:r>
        <w:br/>
      </w:r>
      <w:r>
        <w:t xml:space="preserve">or in technical usage:  describing a secondary component designed to work if the primary component fails</w:t>
      </w:r>
      <w:r>
        <w:br/>
      </w:r>
      <w:r>
        <w:t xml:space="preserve">    (b) a musical play with orchestra in which most of the dialogue is sung (or the art form that consists of such musicals; or describing something as related to that art form)</w:t>
      </w:r>
      <w:r>
        <w:br/>
      </w:r>
      <w:r>
        <w:t xml:space="preserve">    (c) a person with or something related to an eating disorder in which overeating is followed by guilt and unhealthy attempts at correction -- especially self-induced vomiting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of it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intuitive</w:t>
      </w:r>
      <w:r>
        <w:rPr>
          <w:b/>
          <w:bCs/>
        </w:rPr>
        <w:t xml:space="preserve"> </w:t>
      </w:r>
      <w:r>
        <w:rPr>
          <w:b/>
          <w:bCs/>
        </w:rPr>
        <w:t xml:space="preserve">but that takes a lot of explanation.</w:t>
      </w:r>
      <w:r>
        <w:br/>
      </w:r>
      <w:r>
        <w:t xml:space="preserve">    (a) suitability; or the degree of having been adapted</w:t>
      </w:r>
      <w:r>
        <w:br/>
      </w:r>
      <w:r>
        <w:t xml:space="preserve">    (b) the quality of being without boundaries or limits</w:t>
      </w:r>
      <w:r>
        <w:br/>
      </w:r>
      <w:r>
        <w:t xml:space="preserve">    (c) known instinctively rather than through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know, I know, it's nothing more than Archimedes' Mirror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writ large</w:t>
      </w:r>
      <w:r>
        <w:rPr>
          <w:b/>
          <w:bCs/>
        </w:rPr>
        <w:t xml:space="preserve">.</w:t>
      </w:r>
      <w:r>
        <w:br/>
      </w:r>
      <w:r>
        <w:t xml:space="preserve">    (a) bending down</w:t>
      </w:r>
      <w:r>
        <w:br/>
      </w:r>
      <w:r>
        <w:t xml:space="preserve">    (b) made obvious</w:t>
      </w:r>
      <w:r>
        <w:br/>
      </w:r>
      <w:r>
        <w:t xml:space="preserve">    (c) sticking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general, absent sonic overriding requirement,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writ</w:t>
      </w:r>
      <w:r>
        <w:rPr>
          <w:b/>
          <w:bCs/>
        </w:rPr>
        <w:t xml:space="preserve"> </w:t>
      </w:r>
      <w:r>
        <w:rPr>
          <w:b/>
          <w:bCs/>
        </w:rPr>
        <w:t xml:space="preserve">of the DoD starts at our borders, not within them.</w:t>
      </w:r>
      <w:r>
        <w:br/>
      </w:r>
      <w:r>
        <w:t xml:space="preserve">    (a) authority</w:t>
      </w:r>
      <w:r>
        <w:br/>
      </w:r>
      <w:r>
        <w:t xml:space="preserve">    (b) the main building (or buildings) of government</w:t>
      </w:r>
      <w:r>
        <w:br/>
      </w:r>
      <w:r>
        <w:t xml:space="preserve">    (c) two successive lines of poetry; usually rhymed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"Very high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viscosity</w:t>
      </w:r>
      <w:r>
        <w:rPr>
          <w:b/>
          <w:bCs/>
        </w:rPr>
        <w:t xml:space="preserve"> </w:t>
      </w:r>
      <w:r>
        <w:rPr>
          <w:b/>
          <w:bCs/>
        </w:rPr>
        <w:t xml:space="preserve">you are looking at," Dr. Chu said.</w:t>
      </w:r>
      <w:r>
        <w:br/>
      </w:r>
      <w:r>
        <w:t xml:space="preserve">    (a) the measure of a liquid's resistance to flow</w:t>
      </w:r>
      <w:r>
        <w:br/>
      </w:r>
      <w:r>
        <w:t xml:space="preserve">    (b) Nazi organization for children aged 10 to 18</w:t>
      </w:r>
      <w:r>
        <w:br/>
      </w:r>
      <w:r>
        <w:t xml:space="preserve">    (c) found a condition or substance to be present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"The plates create a gravitational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gradient</w:t>
      </w:r>
      <w:r>
        <w:rPr>
          <w:b/>
          <w:bCs/>
        </w:rPr>
        <w:t xml:space="preserve">," Diw said.</w:t>
      </w:r>
      <w:r>
        <w:br/>
      </w:r>
      <w:r>
        <w:t xml:space="preserve">    (a) something (typically a statement) that disagrees with itself; or (more rarely) the act of disagreeing</w:t>
      </w:r>
      <w:r>
        <w:br/>
      </w:r>
      <w:r>
        <w:t xml:space="preserve">    (b) something made of the brownish metal with the same name -- such as a sculpture or a third place medal</w:t>
      </w:r>
      <w:r>
        <w:br/>
      </w:r>
      <w:r>
        <w:t xml:space="preserve">    (c) a slope or gradual change in something, often measured in size, height, strength, or another quantity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want to make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habitat</w:t>
      </w:r>
      <w:r>
        <w:rPr>
          <w:b/>
          <w:bCs/>
        </w:rPr>
        <w:t xml:space="preserve"> </w:t>
      </w:r>
      <w:r>
        <w:rPr>
          <w:b/>
          <w:bCs/>
        </w:rPr>
        <w:t xml:space="preserve">eventually," Tyler said, shrugging.</w:t>
      </w:r>
      <w:r>
        <w:br/>
      </w:r>
      <w:r>
        <w:t xml:space="preserve">    (a) the type of environment in which an organism or group normally lives</w:t>
      </w:r>
      <w:r>
        <w:br/>
      </w:r>
      <w:r>
        <w:t xml:space="preserve">    (b) lack of interest; or the process of stopping interaction or interest</w:t>
      </w:r>
      <w:r>
        <w:br/>
      </w:r>
      <w:r>
        <w:t xml:space="preserve">    (c) relating to logical examination of something to better understand 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"There's definitely a suite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bacteria</w:t>
      </w:r>
      <w:r>
        <w:rPr>
          <w:b/>
          <w:bCs/>
        </w:rPr>
        <w:t xml:space="preserve"> </w:t>
      </w:r>
      <w:r>
        <w:rPr>
          <w:b/>
          <w:bCs/>
        </w:rPr>
        <w:t xml:space="preserve">there, but I don't think that's the central problem."</w:t>
      </w:r>
      <w:r>
        <w:br/>
      </w:r>
      <w:r>
        <w:t xml:space="preserve">    (a) the smallest part of any material that cannot be broken up by chemical means</w:t>
      </w:r>
      <w:r>
        <w:br/>
      </w:r>
      <w:r>
        <w:t xml:space="preserve">    (b) psychoanalysis:  that part of the unconscious mind that acts as a conscience</w:t>
      </w:r>
      <w:r>
        <w:br/>
      </w:r>
      <w:r>
        <w:t xml:space="preserve">    (c) microorganisms (living creatures so small it takes a microscope to see them)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quarters had been shipped in vacuum-scaled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components</w:t>
      </w:r>
      <w:r>
        <w:rPr>
          <w:b/>
          <w:bCs/>
        </w:rPr>
        <w:t xml:space="preserve"> </w:t>
      </w:r>
      <w:r>
        <w:rPr>
          <w:b/>
          <w:bCs/>
        </w:rPr>
        <w:t xml:space="preserve">that would fit through the cargo hatches on the Business.</w:t>
      </w:r>
      <w:r>
        <w:br/>
      </w:r>
      <w:r>
        <w:t xml:space="preserve">    (a) a self-contained part of something that when combined with other parts makes something that is larger or more complex</w:t>
      </w:r>
      <w:r>
        <w:br/>
      </w:r>
      <w:r>
        <w:t xml:space="preserve">    (b) things that are different than others of their type (synonyms could include: adaptations, versions, alternate forms)</w:t>
      </w:r>
      <w:r>
        <w:br/>
      </w:r>
      <w:r>
        <w:t xml:space="preserve">    (c) intangible (non-touchable) properties that are the result of creativity (such as patents or trademarks or copyrights)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2026-07-31T19:36:24Z</dcterms:created>
  <dcterms:modified xsi:type="dcterms:W3CDTF">2026-07-31T19:36:24Z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