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47ec5a40acee3e8696cec22b28e2e488f61b2f"/>
    <w:p>
      <w:pPr>
        <w:pStyle w:val="Heading1"/>
      </w:pPr>
      <w:r>
        <w:rPr>
          <w:b/>
          <w:bCs/>
        </w:rPr>
        <w:t xml:space="preserve">Little Women</w:t>
      </w:r>
      <w:r>
        <w:br/>
      </w:r>
      <w:r>
        <w:rPr>
          <w:i/>
          <w:iCs/>
        </w:rPr>
        <w:t xml:space="preserve">Louisa May Alcott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British accent turned out to be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affectation</w:t>
      </w:r>
      <w:r>
        <w:rPr>
          <w:b/>
          <w:bCs/>
        </w:rPr>
        <w:t xml:space="preserve"> </w:t>
      </w:r>
      <w:r>
        <w:rPr>
          <w:b/>
          <w:bCs/>
        </w:rPr>
        <w:t xml:space="preserve">he picked up in college.</w:t>
      </w:r>
      <w:r>
        <w:br/>
      </w:r>
      <w:r>
        <w:t xml:space="preserve">    (a) honest trait</w:t>
      </w:r>
      <w:r>
        <w:br/>
      </w:r>
      <w:r>
        <w:t xml:space="preserve">    (b) fake mannerism</w:t>
      </w:r>
      <w:r>
        <w:br/>
      </w:r>
      <w:r>
        <w:t xml:space="preserve">    (c) old hobby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afflicted</w:t>
      </w:r>
      <w:r>
        <w:rPr>
          <w:b/>
          <w:bCs/>
        </w:rPr>
        <w:t xml:space="preserve"> </w:t>
      </w:r>
      <w:r>
        <w:rPr>
          <w:b/>
          <w:bCs/>
        </w:rPr>
        <w:t xml:space="preserve">with migraines since childhood.</w:t>
      </w:r>
      <w:r>
        <w:br/>
      </w:r>
      <w:r>
        <w:t xml:space="preserve">    (a) made to suffer</w:t>
      </w:r>
      <w:r>
        <w:br/>
      </w:r>
      <w:r>
        <w:t xml:space="preserve">    (b) worried about</w:t>
      </w:r>
      <w:r>
        <w:br/>
      </w:r>
      <w:r>
        <w:t xml:space="preserve">    (c) surprised by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professor greeted each student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 </w:t>
      </w:r>
      <w:r>
        <w:rPr>
          <w:b/>
          <w:bCs/>
        </w:rPr>
        <w:t xml:space="preserve">as they entered.</w:t>
      </w:r>
      <w:r>
        <w:br/>
      </w:r>
      <w:r>
        <w:t xml:space="preserve">    (a) in a friendly manner</w:t>
      </w:r>
      <w:r>
        <w:br/>
      </w:r>
      <w:r>
        <w:t xml:space="preserve">    (b) in a clumsy manner</w:t>
      </w:r>
      <w:r>
        <w:br/>
      </w:r>
      <w:r>
        <w:t xml:space="preserve">    (c) in a hurried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grew stern.</w:t>
      </w:r>
      <w:r>
        <w:br/>
      </w:r>
      <w:r>
        <w:t xml:space="preserve">    (a) voice</w:t>
      </w:r>
      <w:r>
        <w:br/>
      </w:r>
      <w:r>
        <w:t xml:space="preserve">    (b) facial expression</w:t>
      </w:r>
      <w:r>
        <w:br/>
      </w:r>
      <w:r>
        <w:t xml:space="preserve">    (c) a method of counting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terrorism.</w:t>
      </w:r>
      <w:r>
        <w:br/>
      </w:r>
      <w:r>
        <w:t xml:space="preserve">    (a) discourage</w:t>
      </w:r>
      <w:r>
        <w:br/>
      </w:r>
      <w:r>
        <w:t xml:space="preserve">    (b) provide funds for</w:t>
      </w:r>
      <w:r>
        <w:br/>
      </w:r>
      <w:r>
        <w:t xml:space="preserve">    (c) show favor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rescued me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.</w:t>
      </w:r>
      <w:r>
        <w:br/>
      </w:r>
      <w:r>
        <w:t xml:space="preserve">    (a) poverty</w:t>
      </w:r>
      <w:r>
        <w:br/>
      </w:r>
      <w:r>
        <w:t xml:space="preserve">    (b) hopelessness</w:t>
      </w:r>
      <w:r>
        <w:br/>
      </w:r>
      <w:r>
        <w:t xml:space="preserve">    (c)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--help is on the way!</w:t>
      </w:r>
      <w:r>
        <w:br/>
      </w:r>
      <w:r>
        <w:t xml:space="preserve">    (a) lose hope</w:t>
      </w:r>
      <w:r>
        <w:br/>
      </w:r>
      <w:r>
        <w:t xml:space="preserve">    (b) be impatient</w:t>
      </w:r>
      <w:r>
        <w:br/>
      </w:r>
      <w:r>
        <w:t xml:space="preserve">    (c) cry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she graduated from college the job market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dismal</w:t>
      </w:r>
      <w:r>
        <w:rPr>
          <w:b/>
          <w:bCs/>
        </w:rPr>
        <w:t xml:space="preserve">.</w:t>
      </w:r>
      <w:r>
        <w:br/>
      </w:r>
      <w:r>
        <w:t xml:space="preserve">    (a) promising but unusual</w:t>
      </w:r>
      <w:r>
        <w:br/>
      </w:r>
      <w:r>
        <w:t xml:space="preserve">    (b) especially good</w:t>
      </w:r>
      <w:r>
        <w:br/>
      </w:r>
      <w:r>
        <w:t xml:space="preserve">    (c) terrible or depressing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comedian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droll</w:t>
      </w:r>
      <w:r>
        <w:rPr>
          <w:b/>
          <w:bCs/>
        </w:rPr>
        <w:t xml:space="preserve"> </w:t>
      </w:r>
      <w:r>
        <w:rPr>
          <w:b/>
          <w:bCs/>
        </w:rPr>
        <w:t xml:space="preserve">way of describing everyday life.</w:t>
      </w:r>
      <w:r>
        <w:br/>
      </w:r>
      <w:r>
        <w:t xml:space="preserve">    (a) dull and serious</w:t>
      </w:r>
      <w:r>
        <w:br/>
      </w:r>
      <w:r>
        <w:t xml:space="preserve">    (b) quirky and funny</w:t>
      </w:r>
      <w:r>
        <w:br/>
      </w:r>
      <w:r>
        <w:t xml:space="preserve">    (c) harsh and bitter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cautious</w:t>
      </w:r>
      <w:r>
        <w:br/>
      </w:r>
      <w:r>
        <w:t xml:space="preserve">    (b) wealthy</w:t>
      </w:r>
      <w:r>
        <w:br/>
      </w:r>
      <w:r>
        <w:t xml:space="preserve">    (c) impulsive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lamented</w:t>
      </w:r>
      <w:r>
        <w:rPr>
          <w:b/>
          <w:bCs/>
        </w:rPr>
        <w:t xml:space="preserve"> </w:t>
      </w:r>
      <w:r>
        <w:rPr>
          <w:b/>
          <w:bCs/>
        </w:rPr>
        <w:t xml:space="preserve">our sad circumstances.</w:t>
      </w:r>
      <w:r>
        <w:br/>
      </w:r>
      <w:r>
        <w:t xml:space="preserve">    (a) made worse</w:t>
      </w:r>
      <w:r>
        <w:br/>
      </w:r>
      <w:r>
        <w:t xml:space="preserve">    (b) expressed grief about</w:t>
      </w:r>
      <w:r>
        <w:br/>
      </w:r>
      <w:r>
        <w:t xml:space="preserve">    (c) improved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proud of one's actions</w:t>
      </w:r>
      <w:r>
        <w:br/>
      </w:r>
      <w:r>
        <w:t xml:space="preserve">    (b) feeling regret for wrongdoing</w:t>
      </w:r>
      <w:r>
        <w:br/>
      </w:r>
      <w:r>
        <w:t xml:space="preserve">    (c) confused about the rules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things beyond your control.</w:t>
      </w:r>
      <w:r>
        <w:br/>
      </w:r>
      <w:r>
        <w:t xml:space="preserve">    (a) congratulate</w:t>
      </w:r>
      <w:r>
        <w:br/>
      </w:r>
      <w:r>
        <w:t xml:space="preserve">    (b) criticize</w:t>
      </w:r>
      <w:r>
        <w:br/>
      </w:r>
      <w:r>
        <w:t xml:space="preserve">    (c) accept honor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instruct</w:t>
      </w:r>
      <w:r>
        <w:br/>
      </w:r>
      <w:r>
        <w:t xml:space="preserve">    (b) compliment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to never drink again.</w:t>
      </w:r>
      <w:r>
        <w:br/>
      </w:r>
      <w:r>
        <w:t xml:space="preserve">    (a) firmly decided</w:t>
      </w:r>
      <w:r>
        <w:br/>
      </w:r>
      <w:r>
        <w:t xml:space="preserve">    (b) was encouraged</w:t>
      </w:r>
      <w:r>
        <w:br/>
      </w:r>
      <w:r>
        <w:t xml:space="preserve">    (c) was forced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testing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</w:t>
      </w:r>
      <w:r>
        <w:rPr>
          <w:b/>
          <w:bCs/>
        </w:rPr>
        <w:t xml:space="preserve"> </w:t>
      </w:r>
      <w:r>
        <w:rPr>
          <w:b/>
          <w:bCs/>
        </w:rPr>
        <w:t xml:space="preserve">to keep a good attitude.</w:t>
      </w:r>
      <w:r>
        <w:br/>
      </w:r>
      <w:r>
        <w:t xml:space="preserve">    (a) optimism</w:t>
      </w:r>
      <w:r>
        <w:br/>
      </w:r>
      <w:r>
        <w:t xml:space="preserve">    (b) ability</w:t>
      </w:r>
      <w:r>
        <w:br/>
      </w:r>
      <w:r>
        <w:t xml:space="preserve">    (c) determination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remained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serene</w:t>
      </w:r>
      <w:r>
        <w:rPr>
          <w:b/>
          <w:bCs/>
        </w:rPr>
        <w:t xml:space="preserve"> </w:t>
      </w:r>
      <w:r>
        <w:rPr>
          <w:b/>
          <w:bCs/>
        </w:rPr>
        <w:t xml:space="preserve">even when he was yelling at her.</w:t>
      </w:r>
      <w:r>
        <w:br/>
      </w:r>
      <w:r>
        <w:t xml:space="preserve">    (a) unmoved</w:t>
      </w:r>
      <w:r>
        <w:br/>
      </w:r>
      <w:r>
        <w:t xml:space="preserve">    (b) calm</w:t>
      </w:r>
      <w:r>
        <w:br/>
      </w:r>
      <w:r>
        <w:t xml:space="preserve">    (c) aggressive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unimportant</w:t>
      </w:r>
      <w:r>
        <w:br/>
      </w:r>
      <w:r>
        <w:t xml:space="preserve">    (b) future</w:t>
      </w:r>
      <w:r>
        <w:br/>
      </w:r>
      <w:r>
        <w:t xml:space="preserve">    (c) other's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European Parliament refuses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trifled with</w:t>
      </w:r>
      <w:r>
        <w:rPr>
          <w:b/>
          <w:bCs/>
        </w:rPr>
        <w:t xml:space="preserve">.</w:t>
      </w:r>
      <w:r>
        <w:br/>
      </w:r>
      <w:r>
        <w:t xml:space="preserve">    (a) argued with</w:t>
      </w:r>
      <w:r>
        <w:br/>
      </w:r>
      <w:r>
        <w:t xml:space="preserve">    (b) treated without respect</w:t>
      </w:r>
      <w:r>
        <w:br/>
      </w:r>
      <w:r>
        <w:t xml:space="preserve">    (c) negotiated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wistful</w:t>
      </w:r>
      <w:r>
        <w:rPr>
          <w:b/>
          <w:bCs/>
        </w:rPr>
        <w:t xml:space="preserve">, dreamy look as she thought about how life would change if she could get a good job.</w:t>
      </w:r>
      <w:r>
        <w:br/>
      </w:r>
      <w:r>
        <w:t xml:space="preserve">    (a) showing determination</w:t>
      </w:r>
      <w:r>
        <w:br/>
      </w:r>
      <w:r>
        <w:t xml:space="preserve">    (b) showing optimism</w:t>
      </w:r>
      <w:r>
        <w:br/>
      </w:r>
      <w:r>
        <w:t xml:space="preserve">    (c) showing longing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2026-07-31T15:41:11Z</dcterms:created>
  <dcterms:modified xsi:type="dcterms:W3CDTF">2026-07-31T15:41:11Z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