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5b3a39a6aa455bfce8ba34700bb8ebb376134a"/>
    <w:p>
      <w:pPr>
        <w:pStyle w:val="Heading1"/>
      </w:pPr>
      <w:r>
        <w:rPr>
          <w:b/>
          <w:bCs/>
        </w:rPr>
        <w:t xml:space="preserve">Little Women</w:t>
      </w:r>
      <w:r>
        <w:br/>
      </w:r>
      <w:r>
        <w:rPr>
          <w:i/>
          <w:iCs/>
        </w:rPr>
        <w:t xml:space="preserve">Louisa May Alcott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hello</w:t>
      </w:r>
      <w:r>
        <w:br/>
      </w:r>
      <w:r>
        <w:t xml:space="preserve">    (b) greetings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accepted the invitation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alacrity</w:t>
      </w:r>
      <w:r>
        <w:rPr>
          <w:b/>
          <w:bCs/>
        </w:rPr>
        <w:t xml:space="preserve">.</w:t>
      </w:r>
      <w:r>
        <w:br/>
      </w:r>
      <w:r>
        <w:t xml:space="preserve">    (a) quickness</w:t>
      </w:r>
      <w:r>
        <w:br/>
      </w:r>
      <w:r>
        <w:t xml:space="preserve">    (b) concern</w:t>
      </w:r>
      <w:r>
        <w:br/>
      </w:r>
      <w:r>
        <w:t xml:space="preserve">    (c) embarrassment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temporary</w:t>
      </w:r>
      <w:r>
        <w:br/>
      </w:r>
      <w:r>
        <w:t xml:space="preserve">    (b) quick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earthquake left our pictures hanging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.</w:t>
      </w:r>
      <w:r>
        <w:br/>
      </w:r>
      <w:r>
        <w:t xml:space="preserve">    (a) covered in dust</w:t>
      </w:r>
      <w:r>
        <w:br/>
      </w:r>
      <w:r>
        <w:t xml:space="preserve">    (b) alone</w:t>
      </w:r>
      <w:r>
        <w:br/>
      </w:r>
      <w:r>
        <w:t xml:space="preserve">    (c) crooked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loaned</w:t>
      </w:r>
      <w:r>
        <w:br/>
      </w:r>
      <w:r>
        <w:t xml:space="preserve">    (b) gave</w:t>
      </w:r>
      <w:r>
        <w:br/>
      </w:r>
      <w:r>
        <w:t xml:space="preserve">    (c) took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of natural borders.</w:t>
      </w:r>
      <w:r>
        <w:br/>
      </w:r>
      <w:r>
        <w:t xml:space="preserve">    (a) lacking</w:t>
      </w:r>
      <w:r>
        <w:br/>
      </w:r>
      <w:r>
        <w:t xml:space="preserve">    (b) with a natural defense</w:t>
      </w:r>
      <w:r>
        <w:br/>
      </w:r>
      <w:r>
        <w:t xml:space="preserve">    (c) proud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wealthy family owned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 </w:t>
      </w:r>
      <w:r>
        <w:rPr>
          <w:b/>
          <w:bCs/>
        </w:rPr>
        <w:t xml:space="preserve">in the wine region.</w:t>
      </w:r>
      <w:r>
        <w:br/>
      </w:r>
      <w:r>
        <w:t xml:space="preserve">    (a) a city studio</w:t>
      </w:r>
      <w:r>
        <w:br/>
      </w:r>
      <w:r>
        <w:t xml:space="preserve">    (b) a small shack</w:t>
      </w:r>
      <w:r>
        <w:br/>
      </w:r>
      <w:r>
        <w:t xml:space="preserve">    (c) a French manor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spending habits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conducive</w:t>
      </w:r>
      <w:r>
        <w:rPr>
          <w:b/>
          <w:bCs/>
        </w:rPr>
        <w:t xml:space="preserve"> </w:t>
      </w:r>
      <w:r>
        <w:rPr>
          <w:b/>
          <w:bCs/>
        </w:rPr>
        <w:t xml:space="preserve">to achieving her financial goals.</w:t>
      </w:r>
      <w:r>
        <w:br/>
      </w:r>
      <w:r>
        <w:t xml:space="preserve">    (a) helpful</w:t>
      </w:r>
      <w:r>
        <w:br/>
      </w:r>
      <w:r>
        <w:t xml:space="preserve">    (b) harmful</w:t>
      </w:r>
      <w:r>
        <w:br/>
      </w:r>
      <w:r>
        <w:t xml:space="preserve">    (c) irrelevant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introduced Bette Midler (pronounced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</w:t>
      </w:r>
      <w:r>
        <w:rPr>
          <w:b/>
          <w:bCs/>
        </w:rPr>
        <w:t xml:space="preserve">) by saying,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Bette</w:t>
      </w:r>
      <w:r>
        <w:rPr>
          <w:b/>
          <w:bCs/>
        </w:rPr>
        <w:t xml:space="preserve"> </w:t>
      </w:r>
      <w:r>
        <w:rPr>
          <w:b/>
          <w:bCs/>
        </w:rPr>
        <w:t xml:space="preserve">rhymes with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coquette</w:t>
      </w:r>
      <w:r>
        <w:rPr>
          <w:b/>
          <w:bCs/>
        </w:rPr>
        <w:t xml:space="preserve">, but never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regret</w:t>
      </w:r>
      <w:r>
        <w:rPr>
          <w:b/>
          <w:bCs/>
        </w:rPr>
        <w:t xml:space="preserve">.</w:t>
      </w:r>
      <w:r>
        <w:br/>
      </w:r>
      <w:r>
        <w:t xml:space="preserve">    (a) a dancer</w:t>
      </w:r>
      <w:r>
        <w:br/>
      </w:r>
      <w:r>
        <w:t xml:space="preserve">    (b) a flirt</w:t>
      </w:r>
      <w:r>
        <w:br/>
      </w:r>
      <w:r>
        <w:t xml:space="preserve">    (c) a star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will split everything between the children, but left no instructions regarding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disposal</w:t>
      </w:r>
      <w:r>
        <w:rPr>
          <w:b/>
          <w:bCs/>
        </w:rPr>
        <w:t xml:space="preserve"> </w:t>
      </w:r>
      <w:r>
        <w:rPr>
          <w:b/>
          <w:bCs/>
        </w:rPr>
        <w:t xml:space="preserve">of her home and art.</w:t>
      </w:r>
      <w:r>
        <w:br/>
      </w:r>
      <w:r>
        <w:t xml:space="preserve">    (a) the transfer of ownership</w:t>
      </w:r>
      <w:r>
        <w:br/>
      </w:r>
      <w:r>
        <w:t xml:space="preserve">    (b) preservation</w:t>
      </w:r>
      <w:r>
        <w:br/>
      </w:r>
      <w:r>
        <w:t xml:space="preserve">    (c) refurbishing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eventual</w:t>
      </w:r>
      <w:r>
        <w:br/>
      </w:r>
      <w:r>
        <w:t xml:space="preserve">    (b) disgraceful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kind</w:t>
      </w:r>
      <w:r>
        <w:br/>
      </w:r>
      <w:r>
        <w:t xml:space="preserve">    (b) lazy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usual mood is one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irascible</w:t>
      </w:r>
      <w:r>
        <w:rPr>
          <w:b/>
          <w:bCs/>
        </w:rPr>
        <w:t xml:space="preserve"> </w:t>
      </w:r>
      <w:r>
        <w:rPr>
          <w:b/>
          <w:bCs/>
        </w:rPr>
        <w:t xml:space="preserve">impatience.</w:t>
      </w:r>
      <w:r>
        <w:br/>
      </w:r>
      <w:r>
        <w:t xml:space="preserve">    (a) unable to find</w:t>
      </w:r>
      <w:r>
        <w:br/>
      </w:r>
      <w:r>
        <w:t xml:space="preserve">    (b) very important</w:t>
      </w:r>
      <w:r>
        <w:br/>
      </w:r>
      <w:r>
        <w:t xml:space="preserve">    (c) easily angered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raises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metaphysical</w:t>
      </w:r>
      <w:r>
        <w:rPr>
          <w:b/>
          <w:bCs/>
        </w:rPr>
        <w:t xml:space="preserve"> </w:t>
      </w:r>
      <w:r>
        <w:rPr>
          <w:b/>
          <w:bCs/>
        </w:rPr>
        <w:t xml:space="preserve">questions about whether the soul can exist apart from the body.</w:t>
      </w:r>
      <w:r>
        <w:br/>
      </w:r>
      <w:r>
        <w:t xml:space="preserve">    (a) about reality's nature</w:t>
      </w:r>
      <w:r>
        <w:br/>
      </w:r>
      <w:r>
        <w:t xml:space="preserve">    (b) about daily expenses</w:t>
      </w:r>
      <w:r>
        <w:br/>
      </w:r>
      <w:r>
        <w:t xml:space="preserve">    (c) about legal procedure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behavior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reprehensible</w:t>
      </w:r>
      <w:r>
        <w:rPr>
          <w:b/>
          <w:bCs/>
        </w:rPr>
        <w:t xml:space="preserve">, so she decided not to see him again.</w:t>
      </w:r>
      <w:r>
        <w:br/>
      </w:r>
      <w:r>
        <w:t xml:space="preserve">    (a) bad</w:t>
      </w:r>
      <w:r>
        <w:br/>
      </w:r>
      <w:r>
        <w:t xml:space="preserve">    (b) selfish</w:t>
      </w:r>
      <w:r>
        <w:br/>
      </w:r>
      <w:r>
        <w:t xml:space="preserve">    (c) unusual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introduction</w:t>
      </w:r>
      <w:r>
        <w:br/>
      </w:r>
      <w:r>
        <w:t xml:space="preserve">    (b) greeting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gown made of the finest silk and adorned with sparkling jewels.</w:t>
      </w:r>
      <w:r>
        <w:br/>
      </w:r>
      <w:r>
        <w:t xml:space="preserve">    (a) magnificent</w:t>
      </w:r>
      <w:r>
        <w:br/>
      </w:r>
      <w:r>
        <w:t xml:space="preserve">    (b) flattering</w:t>
      </w:r>
      <w:r>
        <w:br/>
      </w:r>
      <w:r>
        <w:t xml:space="preserve">    (c) long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Power in the city is divided amongst the mayor, city council,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sundry</w:t>
      </w:r>
      <w:r>
        <w:rPr>
          <w:b/>
          <w:bCs/>
        </w:rPr>
        <w:t xml:space="preserve"> </w:t>
      </w:r>
      <w:r>
        <w:rPr>
          <w:b/>
          <w:bCs/>
        </w:rPr>
        <w:t xml:space="preserve">city commissions.</w:t>
      </w:r>
      <w:r>
        <w:br/>
      </w:r>
      <w:r>
        <w:t xml:space="preserve">    (a) various</w:t>
      </w:r>
      <w:r>
        <w:br/>
      </w:r>
      <w:r>
        <w:t xml:space="preserve">    (b) skillful</w:t>
      </w:r>
      <w:r>
        <w:br/>
      </w:r>
      <w:r>
        <w:t xml:space="preserve">    (c) elected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their third breakup in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tempestuous</w:t>
      </w:r>
      <w:r>
        <w:rPr>
          <w:b/>
          <w:bCs/>
        </w:rPr>
        <w:t xml:space="preserve"> </w:t>
      </w:r>
      <w:r>
        <w:rPr>
          <w:b/>
          <w:bCs/>
        </w:rPr>
        <w:t xml:space="preserve">years.</w:t>
      </w:r>
      <w:r>
        <w:br/>
      </w:r>
      <w:r>
        <w:t xml:space="preserve">    (a) long</w:t>
      </w:r>
      <w:r>
        <w:br/>
      </w:r>
      <w:r>
        <w:t xml:space="preserve">    (b) unhappy</w:t>
      </w:r>
      <w:r>
        <w:br/>
      </w:r>
      <w:r>
        <w:t xml:space="preserve">    (c) turbulent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weaned</w:t>
      </w:r>
      <w:r>
        <w:rPr>
          <w:b/>
          <w:bCs/>
        </w:rPr>
        <w:t xml:space="preserve"> </w:t>
      </w:r>
      <w:r>
        <w:rPr>
          <w:b/>
          <w:bCs/>
        </w:rPr>
        <w:t xml:space="preserve">her baby when he was three months old and started him on cow's milk.</w:t>
      </w:r>
      <w:r>
        <w:br/>
      </w:r>
      <w:r>
        <w:t xml:space="preserve">    (a) adapted to the removal of breastmilk</w:t>
      </w:r>
      <w:r>
        <w:br/>
      </w:r>
      <w:r>
        <w:t xml:space="preserve">    (b) to make fit for service to humans or home life -- by breeding or taming</w:t>
      </w:r>
      <w:r>
        <w:br/>
      </w:r>
      <w:r>
        <w:t xml:space="preserve">    (c) broke the law by telling lies after formally promising to tell the truth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2026-07-31T15:41:11Z</dcterms:created>
  <dcterms:modified xsi:type="dcterms:W3CDTF">2026-07-31T15:41:11Z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