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1d36a1fc8cfd37f064f716827481316b0d5569"/>
    <w:p>
      <w:pPr>
        <w:pStyle w:val="Heading1"/>
      </w:pPr>
      <w:r>
        <w:rPr>
          <w:b/>
          <w:bCs/>
        </w:rPr>
        <w:t xml:space="preserve">Little Women</w:t>
      </w:r>
      <w:r>
        <w:br/>
      </w:r>
      <w:r>
        <w:rPr>
          <w:i/>
          <w:iCs/>
        </w:rPr>
        <w:t xml:space="preserve">Louisa May Alcott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latter informs the party that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bequeaths</w:t>
      </w:r>
      <w:r>
        <w:rPr>
          <w:b/>
          <w:bCs/>
        </w:rPr>
        <w:t xml:space="preserve"> </w:t>
      </w:r>
      <w:r>
        <w:rPr>
          <w:b/>
          <w:bCs/>
        </w:rPr>
        <w:t xml:space="preserve">untold wealth to the young pair and an awful doom to Don Pedro, if he doesn't make them happy.</w:t>
      </w:r>
      <w:r>
        <w:br/>
      </w:r>
      <w:r>
        <w:t xml:space="preserve">    (a) keeps people and goods from reaching a location</w:t>
      </w:r>
      <w:r>
        <w:br/>
      </w:r>
      <w:r>
        <w:t xml:space="preserve">    (b) give or pass down -- often upon death in a will</w:t>
      </w:r>
      <w:r>
        <w:br/>
      </w:r>
      <w:r>
        <w:t xml:space="preserve">    (c) keeps working at something despite difficulties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forlorn fragment of dollanity had belonged to Jo and, having led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tempestuous</w:t>
      </w:r>
      <w:r>
        <w:rPr>
          <w:b/>
          <w:bCs/>
        </w:rPr>
        <w:t xml:space="preserve"> </w:t>
      </w:r>
      <w:r>
        <w:rPr>
          <w:b/>
          <w:bCs/>
        </w:rPr>
        <w:t xml:space="preserve">life, was left a wreck in the rag bag, from which dreary poorhouse it was rescued by Beth and taken to her refuge.</w:t>
      </w:r>
      <w:r>
        <w:br/>
      </w:r>
      <w:r>
        <w:t xml:space="preserve">    (a) strongly turbulent -- as of a storm or unstable emotions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the state or degree of being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busy, lively ways made him ashamed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life he led.</w:t>
      </w:r>
      <w:r>
        <w:br/>
      </w:r>
      <w:r>
        <w:t xml:space="preserve">    (a) impulsive</w:t>
      </w:r>
      <w:r>
        <w:br/>
      </w:r>
      <w:r>
        <w:t xml:space="preserve">    (b) unfocused</w:t>
      </w:r>
      <w:r>
        <w:br/>
      </w:r>
      <w:r>
        <w:t xml:space="preserve">    (c) lazy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hiss, faint as it was, irritated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irascible</w:t>
      </w:r>
      <w:r>
        <w:rPr>
          <w:b/>
          <w:bCs/>
        </w:rPr>
        <w:t xml:space="preserve"> </w:t>
      </w:r>
      <w:r>
        <w:rPr>
          <w:b/>
          <w:bCs/>
        </w:rPr>
        <w:t xml:space="preserve">gentleman, and sealed the culprit's fate.</w:t>
      </w:r>
      <w:r>
        <w:br/>
      </w:r>
      <w:r>
        <w:t xml:space="preserve">    (a) easily angered</w:t>
      </w:r>
      <w:r>
        <w:br/>
      </w:r>
      <w:r>
        <w:t xml:space="preserve">    (b) unable to find</w:t>
      </w:r>
      <w:r>
        <w:br/>
      </w:r>
      <w:r>
        <w:t xml:space="preserve">    (c) very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bitter sense of wrong and the thought of Jenny Snow helped her to bear it, and, taking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place, she fixed her eyes on the stove funnel above what now seemed a sea of faces, and stood there, so motionless and white that the girls found it hard to study with that pathetic figure before them.</w:t>
      </w:r>
      <w:r>
        <w:br/>
      </w:r>
      <w:r>
        <w:t xml:space="preserve">    (a) the quality of relating to intelligence</w:t>
      </w:r>
      <w:r>
        <w:br/>
      </w:r>
      <w:r>
        <w:t xml:space="preserve">    (b) the state or degree of being very large</w:t>
      </w:r>
      <w:r>
        <w:br/>
      </w:r>
      <w:r>
        <w:t xml:space="preserve">    (c) deserving or bringing disgrace or shame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certainly was agreeable to fare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sumptuously</w:t>
      </w:r>
      <w:r>
        <w:rPr>
          <w:b/>
          <w:bCs/>
        </w:rPr>
        <w:t xml:space="preserve">, drive in a fine carriage, wear her best frock every day, and do nothing but enjoy herself.</w:t>
      </w:r>
      <w:r>
        <w:br/>
      </w:r>
      <w:r>
        <w:t xml:space="preserve">    (a) magnificent (impressively wonderful) -- often indicating something expensive</w:t>
      </w:r>
      <w:r>
        <w:br/>
      </w:r>
      <w:r>
        <w:t xml:space="preserve">    (b) in a manner that uses extreme or violent methods to achieve a political goal</w:t>
      </w:r>
      <w:r>
        <w:br/>
      </w:r>
      <w:r>
        <w:t xml:space="preserve">    (c) with acceptance of something undesired as unavoidable or the lesser of evils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"Won't I!" said Laurie,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alacrity</w:t>
      </w:r>
      <w:r>
        <w:rPr>
          <w:b/>
          <w:bCs/>
        </w:rPr>
        <w:t xml:space="preserve">.</w:t>
      </w:r>
      <w:r>
        <w:br/>
      </w:r>
      <w:r>
        <w:t xml:space="preserve">    (a) the gain of advantage from something</w:t>
      </w:r>
      <w:r>
        <w:br/>
      </w:r>
      <w:r>
        <w:t xml:space="preserve">    (b) the quality of exactness or accuracy</w:t>
      </w:r>
      <w:r>
        <w:br/>
      </w:r>
      <w:r>
        <w:t xml:space="preserve">    (c) quickness; and/or cheerful eagerness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impromptu circus, fox and geese, and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amicable</w:t>
      </w:r>
      <w:r>
        <w:rPr>
          <w:b/>
          <w:bCs/>
        </w:rPr>
        <w:t xml:space="preserve"> </w:t>
      </w:r>
      <w:r>
        <w:rPr>
          <w:b/>
          <w:bCs/>
        </w:rPr>
        <w:t xml:space="preserve">game of croquet finished the afternoon.</w:t>
      </w:r>
      <w:r>
        <w:br/>
      </w:r>
      <w:r>
        <w:t xml:space="preserve">    (a) without boundaries or limits</w:t>
      </w:r>
      <w:r>
        <w:br/>
      </w:r>
      <w:r>
        <w:t xml:space="preserve">    (b) friendly or showing goodwill</w:t>
      </w:r>
      <w:r>
        <w:br/>
      </w:r>
      <w:r>
        <w:t xml:space="preserve">    (c) not good at making decisions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, I send heaps of love to Papa.</w:t>
      </w:r>
      <w:r>
        <w:br/>
      </w:r>
      <w:r>
        <w:t xml:space="preserve">    (a) hello</w:t>
      </w:r>
      <w:r>
        <w:br/>
      </w:r>
      <w:r>
        <w:t xml:space="preserve">    (b) greetings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now having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of my most valuable property I hope all will be satisfied and not blame the dead.</w:t>
      </w:r>
      <w:r>
        <w:br/>
      </w:r>
      <w:r>
        <w:t xml:space="preserve">    (a) transferred or given away</w:t>
      </w:r>
      <w:r>
        <w:br/>
      </w:r>
      <w:r>
        <w:t xml:space="preserve">    (b) nervous or confused</w:t>
      </w:r>
      <w:r>
        <w:br/>
      </w:r>
      <w:r>
        <w:t xml:space="preserve">    (c) excessively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 ... shook her fist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reprehensible</w:t>
      </w:r>
      <w:r>
        <w:rPr>
          <w:b/>
          <w:bCs/>
        </w:rPr>
        <w:t xml:space="preserve"> </w:t>
      </w:r>
      <w:r>
        <w:rPr>
          <w:b/>
          <w:bCs/>
        </w:rPr>
        <w:t xml:space="preserve">John.</w:t>
      </w:r>
      <w:r>
        <w:br/>
      </w:r>
      <w:r>
        <w:t xml:space="preserve">    (a) unusual</w:t>
      </w:r>
      <w:r>
        <w:br/>
      </w:r>
      <w:r>
        <w:t xml:space="preserve">    (b) understandable</w:t>
      </w:r>
      <w:r>
        <w:br/>
      </w:r>
      <w:r>
        <w:t xml:space="preserve">    (c)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this expressive article of dress was drawn low upon the forehead, it was a sign that hard work was going on, in exciting moments it was pushed rakishly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, and when despair seized the author it was plucked wholly off, and cast upon the floor.</w:t>
      </w:r>
      <w:r>
        <w:br/>
      </w:r>
      <w:r>
        <w:t xml:space="preserve">    (a) rain, snow, hail, or sleet</w:t>
      </w:r>
      <w:r>
        <w:br/>
      </w:r>
      <w:r>
        <w:t xml:space="preserve">    (b) opposed to "globalization"</w:t>
      </w:r>
      <w:r>
        <w:br/>
      </w:r>
      <w:r>
        <w:t xml:space="preserve">    (c) not straight; or not right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father liked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metaphysical</w:t>
      </w:r>
      <w:r>
        <w:rPr>
          <w:b/>
          <w:bCs/>
        </w:rPr>
        <w:t xml:space="preserve"> </w:t>
      </w:r>
      <w:r>
        <w:rPr>
          <w:b/>
          <w:bCs/>
        </w:rPr>
        <w:t xml:space="preserve">streak which had unconsciously got into it, so that was allowed to remain though she had her doubts about it.</w:t>
      </w:r>
      <w:r>
        <w:br/>
      </w:r>
      <w:r>
        <w:t xml:space="preserve">    (a) the quality of holding something back or holding others down through oppression</w:t>
      </w:r>
      <w:r>
        <w:br/>
      </w:r>
      <w:r>
        <w:t xml:space="preserve">    (b)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(c) about things beyond the physical world, such as existence, reality, or the soul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her pretty hair tucked into a little cap, arms bared to the elbow, and a checked apron which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coquettish</w:t>
      </w:r>
      <w:r>
        <w:rPr>
          <w:b/>
          <w:bCs/>
        </w:rPr>
        <w:t xml:space="preserve"> </w:t>
      </w:r>
      <w:r>
        <w:rPr>
          <w:b/>
          <w:bCs/>
        </w:rPr>
        <w:t xml:space="preserve">look in spite of the bib, the young housewife fell to work, feeling no doubts about her success, for hadn't she seen Hannah do it hundreds of times?</w:t>
      </w:r>
      <w:r>
        <w:br/>
      </w:r>
      <w:r>
        <w:t xml:space="preserve">    (a) casually playful in a way that arouses sexual interest of men</w:t>
      </w:r>
      <w:r>
        <w:br/>
      </w:r>
      <w:r>
        <w:t xml:space="preserve">    (b) trustworthy with secrets or subtle (not attracting attention)</w:t>
      </w:r>
      <w:r>
        <w:br/>
      </w:r>
      <w:r>
        <w:t xml:space="preserve">    (c) related to the setting or situation in which something occurs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John was a mild man, but he was human, and after a long day's work to come home tired, hungry, and hopeful, to find a chaotic house, an empty table, and a cross wife was not exactly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conducive</w:t>
      </w:r>
      <w:r>
        <w:rPr>
          <w:b/>
          <w:bCs/>
        </w:rPr>
        <w:t xml:space="preserve"> </w:t>
      </w:r>
      <w:r>
        <w:rPr>
          <w:b/>
          <w:bCs/>
        </w:rPr>
        <w:t xml:space="preserve">to repose of mind or manner.</w:t>
      </w:r>
      <w:r>
        <w:br/>
      </w:r>
      <w:r>
        <w:t xml:space="preserve">    (a) the state or degree of criticism or disagreement</w:t>
      </w:r>
      <w:r>
        <w:br/>
      </w:r>
      <w:r>
        <w:t xml:space="preserve">    (b) helpful; or tending to contribute (to something)</w:t>
      </w:r>
      <w:r>
        <w:br/>
      </w:r>
      <w:r>
        <w:t xml:space="preserve">    (c) tending to have excessively unfavorable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prize-story experience had seemed to open a way which might, after long traveling and much uphill work, lead to this delightful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chateau</w:t>
      </w:r>
      <w:r>
        <w:rPr>
          <w:b/>
          <w:bCs/>
        </w:rPr>
        <w:t xml:space="preserve"> </w:t>
      </w:r>
      <w:r>
        <w:rPr>
          <w:b/>
          <w:bCs/>
        </w:rPr>
        <w:t xml:space="preserve">en Espagne.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an impressive country house (or castle) in France</w:t>
      </w:r>
      <w:r>
        <w:br/>
      </w:r>
      <w:r>
        <w:t xml:space="preserve">    (c) discomfort caused by difficulty in digesting food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Jo took heart again, for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could not be called lover-like.</w:t>
      </w:r>
      <w:r>
        <w:br/>
      </w:r>
      <w:r>
        <w:t xml:space="preserve">    (a) a highly educated person interested in learning and exploring ideas -- sometimes while ignoring practical considerations</w:t>
      </w:r>
      <w:r>
        <w:br/>
      </w:r>
      <w:r>
        <w:t xml:space="preserve">    (b) a small hole or a series of small holes such as are used to make it easy to tear a piece of paper along a specific line</w:t>
      </w:r>
      <w:r>
        <w:br/>
      </w:r>
      <w:r>
        <w:t xml:space="preserve">    (c) a greeting -- such as</w:t>
      </w:r>
      <w:r>
        <w:t xml:space="preserve"> </w:t>
      </w:r>
      <w:r>
        <w:rPr>
          <w:i/>
          <w:iCs/>
        </w:rPr>
        <w:t xml:space="preserve">"Hi"</w:t>
      </w:r>
      <w:r>
        <w:t xml:space="preserve">, </w:t>
      </w:r>
      <w:r>
        <w:t xml:space="preserve"> </w:t>
      </w:r>
      <w:r>
        <w:rPr>
          <w:i/>
          <w:iCs/>
        </w:rPr>
        <w:t xml:space="preserve">"Dear John:"</w:t>
      </w:r>
      <w:r>
        <w:t xml:space="preserve">, or</w:t>
      </w:r>
      <w:r>
        <w:t xml:space="preserve"> </w:t>
      </w:r>
      <w:r>
        <w:rPr>
          <w:i/>
          <w:iCs/>
        </w:rPr>
        <w:t xml:space="preserve">"Ladies and Gentlemen"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the act of greeting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does not let business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wean</w:t>
      </w:r>
      <w:r>
        <w:rPr>
          <w:b/>
          <w:bCs/>
        </w:rPr>
        <w:t xml:space="preserve"> </w:t>
      </w:r>
      <w:r>
        <w:rPr>
          <w:b/>
          <w:bCs/>
        </w:rPr>
        <w:t xml:space="preserve">him from the little cares and duties that affect us all, and I try not to let domestic worries destroy my interest in his pursuits.</w:t>
      </w:r>
      <w:r>
        <w:br/>
      </w:r>
      <w:r>
        <w:t xml:space="preserve">    (a) delay</w:t>
      </w:r>
      <w:r>
        <w:br/>
      </w:r>
      <w:r>
        <w:t xml:space="preserve">    (b) adapt</w:t>
      </w:r>
      <w:r>
        <w:br/>
      </w:r>
      <w:r>
        <w:t xml:space="preserve">    (c) trade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 minute Amy went back to her place, and while she dried her tears, Laurie gathered up the scattered papers, finding in the sight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sundry</w:t>
      </w:r>
      <w:r>
        <w:rPr>
          <w:b/>
          <w:bCs/>
        </w:rPr>
        <w:t xml:space="preserve"> </w:t>
      </w:r>
      <w:r>
        <w:rPr>
          <w:b/>
          <w:bCs/>
        </w:rPr>
        <w:t xml:space="preserve">well-worn letters and suggestive sketches good omens for the future.</w:t>
      </w:r>
      <w:r>
        <w:br/>
      </w:r>
      <w:r>
        <w:t xml:space="preserve">    (a) certain</w:t>
      </w:r>
      <w:r>
        <w:br/>
      </w:r>
      <w:r>
        <w:t xml:space="preserve">    (b) various</w:t>
      </w:r>
      <w:r>
        <w:br/>
      </w:r>
      <w:r>
        <w:t xml:space="preserve">    (c)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a very social man, I think Mr. Bhaer would have gone decorously away, and come again another day, but how could he, when Jo shut the door behind him,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bereft</w:t>
      </w:r>
      <w:r>
        <w:rPr>
          <w:b/>
          <w:bCs/>
        </w:rPr>
        <w:t xml:space="preserve"> </w:t>
      </w:r>
      <w:r>
        <w:rPr>
          <w:b/>
          <w:bCs/>
        </w:rPr>
        <w:t xml:space="preserve">him of his hat?</w:t>
      </w:r>
      <w:r>
        <w:br/>
      </w:r>
      <w:r>
        <w:t xml:space="preserve">    (a) in a manner that is not a careful, systematic, logical examination</w:t>
      </w:r>
      <w:r>
        <w:br/>
      </w:r>
      <w:r>
        <w:t xml:space="preserve">    (b) not appropriate or not properly related in size, amount, or degree</w:t>
      </w:r>
      <w:r>
        <w:br/>
      </w:r>
      <w:r>
        <w:t xml:space="preserve">    (c) not having something, or greatly saddened by the loss of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2026-07-31T15:41:12Z</dcterms:created>
  <dcterms:modified xsi:type="dcterms:W3CDTF">2026-07-31T15:41:12Z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