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e0a660de4ee7c2d34d1879d953696090806de0"/>
    <w:p>
      <w:pPr>
        <w:pStyle w:val="Heading1"/>
      </w:pPr>
      <w:r>
        <w:rPr>
          <w:b/>
          <w:bCs/>
        </w:rPr>
        <w:t xml:space="preserve">Little Dorrit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objectives in my literature class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</w:t>
      </w:r>
      <w:r>
        <w:rPr>
          <w:b/>
          <w:bCs/>
        </w:rPr>
        <w:t xml:space="preserve"> </w:t>
      </w:r>
      <w:r>
        <w:rPr>
          <w:b/>
          <w:bCs/>
        </w:rPr>
        <w:t xml:space="preserve">my students with different cultures.</w:t>
      </w:r>
      <w:r>
        <w:br/>
      </w:r>
      <w:r>
        <w:t xml:space="preserve">    (a) make familiar</w:t>
      </w:r>
      <w:r>
        <w:br/>
      </w:r>
      <w:r>
        <w:t xml:space="preserve">    (b) make surprised</w:t>
      </w:r>
      <w:r>
        <w:br/>
      </w:r>
      <w:r>
        <w:t xml:space="preserve">    (c) make a list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assented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request for an encore.</w:t>
      </w:r>
      <w:r>
        <w:br/>
      </w:r>
      <w:r>
        <w:t xml:space="preserve">    (a) declined or refused</w:t>
      </w:r>
      <w:r>
        <w:br/>
      </w:r>
      <w:r>
        <w:t xml:space="preserve">    (b) dislike or resented</w:t>
      </w:r>
      <w:r>
        <w:br/>
      </w:r>
      <w:r>
        <w:t xml:space="preserve">    (c) consented or agreed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 sound supportive, but her advice came across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condescending</w:t>
      </w:r>
      <w:r>
        <w:rPr>
          <w:b/>
          <w:bCs/>
        </w:rPr>
        <w:t xml:space="preserve">.</w:t>
      </w:r>
      <w:r>
        <w:br/>
      </w:r>
      <w:r>
        <w:t xml:space="preserve">    (a) acting superior</w:t>
      </w:r>
      <w:r>
        <w:br/>
      </w:r>
      <w:r>
        <w:t xml:space="preserve">    (b) sounding uninformed</w:t>
      </w:r>
      <w:r>
        <w:br/>
      </w:r>
      <w:r>
        <w:t xml:space="preserve">    (c) harmful or unhelpful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result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important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create</w:t>
      </w:r>
      <w:r>
        <w:br/>
      </w:r>
      <w:r>
        <w:t xml:space="preserve">    (b) increase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minimizing</w:t>
      </w:r>
      <w:r>
        <w:br/>
      </w:r>
      <w:r>
        <w:t xml:space="preserve">    (b) exaggerating</w:t>
      </w:r>
      <w:r>
        <w:br/>
      </w:r>
      <w:r>
        <w:t xml:space="preserve">    (c) showing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tending</w:t>
      </w:r>
      <w:r>
        <w:br/>
      </w:r>
      <w:r>
        <w:t xml:space="preserve">    (b) disinclined</w:t>
      </w:r>
      <w:r>
        <w:br/>
      </w:r>
      <w:r>
        <w:t xml:space="preserve">    (c) afraid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slope</w:t>
      </w:r>
      <w:r>
        <w:br/>
      </w:r>
      <w:r>
        <w:t xml:space="preserve">    (b) danger</w:t>
      </w:r>
      <w:r>
        <w:br/>
      </w:r>
      <w:r>
        <w:t xml:space="preserve">    (c) price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hidden</w:t>
      </w:r>
      <w:r>
        <w:br/>
      </w:r>
      <w:r>
        <w:t xml:space="preserve">    (b) inserted</w:t>
      </w:r>
      <w:r>
        <w:br/>
      </w:r>
      <w:r>
        <w:t xml:space="preserve">    (c) been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not sure if she should go left or right.</w:t>
      </w:r>
      <w:r>
        <w:br/>
      </w:r>
      <w:r>
        <w:t xml:space="preserve">    (a) quivering</w:t>
      </w:r>
      <w:r>
        <w:br/>
      </w:r>
      <w:r>
        <w:t xml:space="preserve">    (b) completely still</w:t>
      </w:r>
      <w:r>
        <w:br/>
      </w:r>
      <w:r>
        <w:t xml:space="preserve">    (c) uncertain of how to proceed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success of the United States, most new democracies choose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parliamentary</w:t>
      </w:r>
      <w:r>
        <w:rPr>
          <w:b/>
          <w:bCs/>
        </w:rPr>
        <w:t xml:space="preserve"> </w:t>
      </w:r>
      <w:r>
        <w:rPr>
          <w:b/>
          <w:bCs/>
        </w:rPr>
        <w:t xml:space="preserve">or hybrid form of government because of the political instability and authoritarianism associated with the many Latin American countries that have chosen a presidential system.</w:t>
      </w:r>
      <w:r>
        <w:br/>
      </w:r>
      <w:r>
        <w:t xml:space="preserve">    (a) government in which the legislature selects the leader</w:t>
      </w:r>
      <w:r>
        <w:br/>
      </w:r>
      <w:r>
        <w:t xml:space="preserve">    (b) government in which the military selects the leader</w:t>
      </w:r>
      <w:r>
        <w:br/>
      </w:r>
      <w:r>
        <w:t xml:space="preserve">    (c) government in which the court selects the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high-ranking and high-paying</w:t>
      </w:r>
      <w:r>
        <w:br/>
      </w:r>
      <w:r>
        <w:t xml:space="preserve">    (b) civil service</w:t>
      </w:r>
      <w:r>
        <w:br/>
      </w:r>
      <w:r>
        <w:t xml:space="preserve">    (c) favor for political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promise</w:t>
      </w:r>
      <w:r>
        <w:br/>
      </w:r>
      <w:r>
        <w:t xml:space="preserve">    (b) protest</w:t>
      </w:r>
      <w:r>
        <w:br/>
      </w:r>
      <w:r>
        <w:t xml:space="preserve">    (c) explain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received an invoice for $100 for services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.</w:t>
      </w:r>
      <w:r>
        <w:br/>
      </w:r>
      <w:r>
        <w:t xml:space="preserve">    (a) provided or supplied</w:t>
      </w:r>
      <w:r>
        <w:br/>
      </w:r>
      <w:r>
        <w:t xml:space="preserve">    (b) described in writing</w:t>
      </w:r>
      <w:r>
        <w:br/>
      </w:r>
      <w:r>
        <w:t xml:space="preserve">    (c) to be performed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disorder will eventually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</w:t>
      </w:r>
      <w:r>
        <w:rPr>
          <w:b/>
          <w:bCs/>
        </w:rPr>
        <w:t xml:space="preserve"> </w:t>
      </w:r>
      <w:r>
        <w:rPr>
          <w:b/>
          <w:bCs/>
        </w:rPr>
        <w:t xml:space="preserve">her paralyzed.</w:t>
      </w:r>
      <w:r>
        <w:br/>
      </w:r>
      <w:r>
        <w:t xml:space="preserve">    (a) unmake</w:t>
      </w:r>
      <w:r>
        <w:br/>
      </w:r>
      <w:r>
        <w:t xml:space="preserve">    (b) make</w:t>
      </w:r>
      <w:r>
        <w:br/>
      </w:r>
      <w:r>
        <w:t xml:space="preserve">    (c) compare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the community for the environmental damage it caused.</w:t>
      </w:r>
      <w:r>
        <w:br/>
      </w:r>
      <w:r>
        <w:t xml:space="preserve">    (a) apologies</w:t>
      </w:r>
      <w:r>
        <w:br/>
      </w:r>
      <w:r>
        <w:t xml:space="preserve">    (b) payments</w:t>
      </w:r>
      <w:r>
        <w:br/>
      </w:r>
      <w:r>
        <w:t xml:space="preserve">    (c) excuses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quickly replied</w:t>
      </w:r>
      <w:r>
        <w:br/>
      </w:r>
      <w:r>
        <w:t xml:space="preserve">    (b) joyfully laughed</w:t>
      </w:r>
      <w:r>
        <w:br/>
      </w:r>
      <w:r>
        <w:t xml:space="preserve">    (c) insulted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destroyed</w:t>
      </w:r>
      <w:r>
        <w:br/>
      </w:r>
      <w:r>
        <w:t xml:space="preserve">    (c) slowed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gave in</w:t>
      </w:r>
      <w:r>
        <w:br/>
      </w:r>
      <w:r>
        <w:t xml:space="preserve">    (b) added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2026-07-31T15:39:46Z</dcterms:created>
  <dcterms:modified xsi:type="dcterms:W3CDTF">2026-07-31T15:39:46Z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