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94a99512af1324d5fe8298a2005d13883a9ea8a"/>
    <w:p>
      <w:pPr>
        <w:pStyle w:val="Heading1"/>
      </w:pPr>
      <w:r>
        <w:rPr>
          <w:b/>
          <w:bCs/>
        </w:rPr>
        <w:t xml:space="preserve">Little Dorrit</w:t>
      </w:r>
      <w:r>
        <w:br/>
      </w:r>
      <w:r>
        <w:rPr>
          <w:i/>
          <w:iCs/>
        </w:rPr>
        <w:t xml:space="preserve">Charles Dickens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'</w:t>
      </w:r>
      <w:r>
        <w:rPr>
          <w:b/>
          <w:bCs/>
          <w:u w:val="single"/>
        </w:rPr>
        <w:t xml:space="preserve">Adieu</w:t>
      </w:r>
      <w:r>
        <w:rPr>
          <w:b/>
          <w:bCs/>
        </w:rPr>
        <w:t xml:space="preserve">, my birds!' said the keeper of the prison, taking his pretty child in his arms, and dictating the words with a kiss.</w:t>
      </w:r>
      <w:r>
        <w:br/>
      </w:r>
      <w:r>
        <w:t xml:space="preserve">    (a) hello</w:t>
      </w:r>
      <w:r>
        <w:br/>
      </w:r>
      <w:r>
        <w:t xml:space="preserve">    (b) greetings</w:t>
      </w:r>
      <w:r>
        <w:br/>
      </w:r>
      <w:r>
        <w:t xml:space="preserve">    (c) goodbye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'If reparation can be made to any one, if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restitution</w:t>
      </w:r>
      <w:r>
        <w:rPr>
          <w:b/>
          <w:bCs/>
        </w:rPr>
        <w:t xml:space="preserve"> </w:t>
      </w:r>
      <w:r>
        <w:rPr>
          <w:b/>
          <w:bCs/>
        </w:rPr>
        <w:t xml:space="preserve">can be made to any one, let us know it and make it.</w:t>
      </w:r>
      <w:r>
        <w:br/>
      </w:r>
      <w:r>
        <w:t xml:space="preserve">    (a) adherents to the theological system of John Calvin and his followers emphasizing omnipotence of God and salvation by grace alone</w:t>
      </w:r>
      <w:r>
        <w:br/>
      </w:r>
      <w:r>
        <w:t xml:space="preserve">    (b) money paid in compensation for loss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restoring a previous condition -- especially getting back something lost or stolen</w:t>
      </w:r>
      <w:r>
        <w:br/>
      </w:r>
      <w:r>
        <w:t xml:space="preserve">    (c) the ability to put someone into a state of hypnosis (a trance-like state of focused concentration and heightened suggestibility)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had an extraordinary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repugnance</w:t>
      </w:r>
      <w:r>
        <w:rPr>
          <w:b/>
          <w:bCs/>
        </w:rPr>
        <w:t xml:space="preserve"> </w:t>
      </w:r>
      <w:r>
        <w:rPr>
          <w:b/>
          <w:bCs/>
        </w:rPr>
        <w:t xml:space="preserve">to dining in company; would never do so, if it were possible to escape.</w:t>
      </w:r>
      <w:r>
        <w:br/>
      </w:r>
      <w:r>
        <w:t xml:space="preserve">    (a) dissatisfaction</w:t>
      </w:r>
      <w:r>
        <w:br/>
      </w:r>
      <w:r>
        <w:t xml:space="preserve">    (b) strong disgust</w:t>
      </w:r>
      <w:r>
        <w:br/>
      </w:r>
      <w:r>
        <w:t xml:space="preserve">    (c) discouragement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making the voyage to that port from London, he found himself so strongly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impelled</w:t>
      </w:r>
      <w:r>
        <w:rPr>
          <w:b/>
          <w:bCs/>
        </w:rPr>
        <w:t xml:space="preserve"> </w:t>
      </w:r>
      <w:r>
        <w:rPr>
          <w:b/>
          <w:bCs/>
        </w:rPr>
        <w:t xml:space="preserve">to cut the vessel, that he resolved to walk back again.</w:t>
      </w:r>
      <w:r>
        <w:br/>
      </w:r>
      <w:r>
        <w:t xml:space="preserve">    (a) concentrated, look at, or paid attention to</w:t>
      </w:r>
      <w:r>
        <w:br/>
      </w:r>
      <w:r>
        <w:t xml:space="preserve">    (b) to make someone feel they must do something</w:t>
      </w:r>
      <w:r>
        <w:br/>
      </w:r>
      <w:r>
        <w:t xml:space="preserve">    (c) made appropriate in size, amount, or degree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Murder, manslaughter, arson, forgery,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swindling</w:t>
      </w:r>
      <w:r>
        <w:rPr>
          <w:b/>
          <w:bCs/>
        </w:rPr>
        <w:t xml:space="preserve">, house-breaking, highway robbery, larceny, conspiracy, fraud?</w:t>
      </w:r>
      <w:r>
        <w:br/>
      </w:r>
      <w:r>
        <w:t xml:space="preserve">    (a) tricking or cheating someone -- usually to get money</w:t>
      </w:r>
      <w:r>
        <w:br/>
      </w:r>
      <w:r>
        <w:t xml:space="preserve">    (b) controlling in advance (how something will turn out)</w:t>
      </w:r>
      <w:r>
        <w:br/>
      </w:r>
      <w:r>
        <w:t xml:space="preserve">    (c) holding together (connecting or uniting) or wrapping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walk was in itself a new enjoyment to him, and one that had rarely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diversified</w:t>
      </w:r>
      <w:r>
        <w:rPr>
          <w:b/>
          <w:bCs/>
        </w:rPr>
        <w:t xml:space="preserve"> </w:t>
      </w:r>
      <w:r>
        <w:rPr>
          <w:b/>
          <w:bCs/>
        </w:rPr>
        <w:t xml:space="preserve">his life afar off.</w:t>
      </w:r>
      <w:r>
        <w:br/>
      </w:r>
      <w:r>
        <w:t xml:space="preserve">    (a) jumped or leaped</w:t>
      </w:r>
      <w:r>
        <w:br/>
      </w:r>
      <w:r>
        <w:t xml:space="preserve">    (b) stopped fighting</w:t>
      </w:r>
      <w:r>
        <w:br/>
      </w:r>
      <w:r>
        <w:t xml:space="preserve">    (c) made more varied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don't think he'll find that I have been very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remiss</w:t>
      </w:r>
      <w:r>
        <w:rPr>
          <w:b/>
          <w:bCs/>
        </w:rPr>
        <w:t xml:space="preserve"> </w:t>
      </w:r>
      <w:r>
        <w:rPr>
          <w:b/>
          <w:bCs/>
        </w:rPr>
        <w:t xml:space="preserve">or confused in my way of conducting them; but that's for him to say—whoever he is—not for me.'</w:t>
      </w:r>
      <w:r>
        <w:br/>
      </w:r>
      <w:r>
        <w:t xml:space="preserve">    (a) careless -- especially with regard to a duty</w:t>
      </w:r>
      <w:r>
        <w:br/>
      </w:r>
      <w:r>
        <w:t xml:space="preserve">    (b) the state or degree of agreeing or approving</w:t>
      </w:r>
      <w:r>
        <w:br/>
      </w:r>
      <w:r>
        <w:t xml:space="preserve">    (c) exceedingly important, serious, or dangerous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sagacious</w:t>
      </w:r>
      <w:r>
        <w:rPr>
          <w:b/>
          <w:bCs/>
        </w:rPr>
        <w:t xml:space="preserve"> </w:t>
      </w:r>
      <w:r>
        <w:rPr>
          <w:b/>
          <w:bCs/>
        </w:rPr>
        <w:t xml:space="preserve">man in business, and has had a good apprenticeship to it.</w:t>
      </w:r>
      <w:r>
        <w:br/>
      </w:r>
      <w:r>
        <w:t xml:space="preserve">    (a) real</w:t>
      </w:r>
      <w:r>
        <w:br/>
      </w:r>
      <w:r>
        <w:t xml:space="preserve">    (b) city</w:t>
      </w:r>
      <w:r>
        <w:br/>
      </w:r>
      <w:r>
        <w:t xml:space="preserve">    (c) wise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stare of indignant wonder with which Young Barnacle accompanied this disclosure, would have strained his eyes injuriously but for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opportune</w:t>
      </w:r>
      <w:r>
        <w:rPr>
          <w:b/>
          <w:bCs/>
        </w:rPr>
        <w:t xml:space="preserve"> </w:t>
      </w:r>
      <w:r>
        <w:rPr>
          <w:b/>
          <w:bCs/>
        </w:rPr>
        <w:t xml:space="preserve">relief of dinner.</w:t>
      </w:r>
      <w:r>
        <w:br/>
      </w:r>
      <w:r>
        <w:t xml:space="preserve">    (a) favorable circumstances for a particular purpose -- especially the circumstance of good timing</w:t>
      </w:r>
      <w:r>
        <w:br/>
      </w:r>
      <w:r>
        <w:t xml:space="preserve">    (b) relating to a residential area located near the outer edge of a city where it isn't as crowded</w:t>
      </w:r>
      <w:r>
        <w:br/>
      </w:r>
      <w:r>
        <w:t xml:space="preserve">    (c) not relating to practice or belief that is long-established or was previously long-established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Mrs Chivery considered the latter precaution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superfluous</w:t>
      </w:r>
      <w:r>
        <w:rPr>
          <w:b/>
          <w:bCs/>
        </w:rPr>
        <w:t xml:space="preserve">, but said she would try.</w:t>
      </w:r>
      <w:r>
        <w:br/>
      </w:r>
      <w:r>
        <w:t xml:space="preserve">    (a) without purpose, job, or natural activity</w:t>
      </w:r>
      <w:r>
        <w:br/>
      </w:r>
      <w:r>
        <w:t xml:space="preserve">    (b) the quality of being sensible and careful</w:t>
      </w:r>
      <w:r>
        <w:br/>
      </w:r>
      <w:r>
        <w:t xml:space="preserve">    (c) more than is needed, desired, or required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three friends dined together on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auspicious</w:t>
      </w:r>
      <w:r>
        <w:rPr>
          <w:b/>
          <w:bCs/>
        </w:rPr>
        <w:t xml:space="preserve"> </w:t>
      </w:r>
      <w:r>
        <w:rPr>
          <w:b/>
          <w:bCs/>
        </w:rPr>
        <w:t xml:space="preserve">occasion; the factory and the factory wives and children made holiday and dined too; even Bleeding Heart Yard dined and was full of meat.</w:t>
      </w:r>
      <w:r>
        <w:br/>
      </w:r>
      <w:r>
        <w:t xml:space="preserve">    (a) favorable; or suggestive of good things to come</w:t>
      </w:r>
      <w:r>
        <w:br/>
      </w:r>
      <w:r>
        <w:t xml:space="preserve">    (b) not able to change to fit a different situation</w:t>
      </w:r>
      <w:r>
        <w:br/>
      </w:r>
      <w:r>
        <w:t xml:space="preserve">    (c) the degree to which something can be translated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walked up into Miss Flora's sitting-room, as in duty bound, and there found a breakfast-table comfortably laid for two, with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supplementary</w:t>
      </w:r>
      <w:r>
        <w:rPr>
          <w:b/>
          <w:bCs/>
        </w:rPr>
        <w:t xml:space="preserve"> </w:t>
      </w:r>
      <w:r>
        <w:rPr>
          <w:b/>
          <w:bCs/>
        </w:rPr>
        <w:t xml:space="preserve">tray upon it laid for one.</w:t>
      </w:r>
      <w:r>
        <w:br/>
      </w:r>
      <w:r>
        <w:t xml:space="preserve">    (a) additional</w:t>
      </w:r>
      <w:r>
        <w:br/>
      </w:r>
      <w:r>
        <w:t xml:space="preserve">    (b) is a replacement</w:t>
      </w:r>
      <w:r>
        <w:br/>
      </w:r>
      <w:r>
        <w:t xml:space="preserve">    (c) is a shorter version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Under the influence of this injury (and perhaps of some little straitness and irregularity in the matter of wages), he had grown neglectful of his person and morose in mind; and now beholding in Clennam one of the degraded body of his oppressors, received him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ignominy</w:t>
      </w:r>
      <w:r>
        <w:rPr>
          <w:b/>
          <w:bCs/>
        </w:rPr>
        <w:t xml:space="preserve">.</w:t>
      </w:r>
      <w:r>
        <w:br/>
      </w:r>
      <w:r>
        <w:t xml:space="preserve">    (a) circular movement</w:t>
      </w:r>
      <w:r>
        <w:br/>
      </w:r>
      <w:r>
        <w:t xml:space="preserve">    (b) shame or disgrace</w:t>
      </w:r>
      <w:r>
        <w:br/>
      </w:r>
      <w:r>
        <w:t xml:space="preserve">    (c) size or dimension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because you must have the unfortunate temperament of the poor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impetuous</w:t>
      </w:r>
      <w:r>
        <w:rPr>
          <w:b/>
          <w:bCs/>
        </w:rPr>
        <w:t xml:space="preserve"> </w:t>
      </w:r>
      <w:r>
        <w:rPr>
          <w:b/>
          <w:bCs/>
        </w:rPr>
        <w:t xml:space="preserve">girl herself, before you can fully understand it.</w:t>
      </w:r>
      <w:r>
        <w:br/>
      </w:r>
      <w:r>
        <w:t xml:space="preserve">    (a) impulsive (acting suddenly without much thought)</w:t>
      </w:r>
      <w:r>
        <w:br/>
      </w:r>
      <w:r>
        <w:t xml:space="preserve">    (b) most important; or person that is most important</w:t>
      </w:r>
      <w:r>
        <w:br/>
      </w:r>
      <w:r>
        <w:t xml:space="preserve">    (c) tending to have exceedingly unfavorable opinions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can have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droll</w:t>
      </w:r>
      <w:r>
        <w:rPr>
          <w:b/>
          <w:bCs/>
        </w:rPr>
        <w:t xml:space="preserve"> </w:t>
      </w:r>
      <w:r>
        <w:rPr>
          <w:b/>
          <w:bCs/>
        </w:rPr>
        <w:t xml:space="preserve">name again, playfully pointing you out and setting you apart, as it is right that you should be pointed out and set apart.</w:t>
      </w:r>
      <w:r>
        <w:br/>
      </w:r>
      <w:r>
        <w:t xml:space="preserve">    (a) comical in an unusual way</w:t>
      </w:r>
      <w:r>
        <w:br/>
      </w:r>
      <w:r>
        <w:t xml:space="preserve">    (b) not tending to find fault</w:t>
      </w:r>
      <w:r>
        <w:br/>
      </w:r>
      <w:r>
        <w:t xml:space="preserve">    (c) able to be disagreed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seemed to have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insatiate</w:t>
      </w:r>
      <w:r>
        <w:rPr>
          <w:b/>
          <w:bCs/>
        </w:rPr>
        <w:t xml:space="preserve"> </w:t>
      </w:r>
      <w:r>
        <w:rPr>
          <w:b/>
          <w:bCs/>
        </w:rPr>
        <w:t xml:space="preserve">delight in appealing to her and looking at her; excitedly sticking his hair up at the same moment, like a dark species of cockatoo.</w:t>
      </w:r>
      <w:r>
        <w:br/>
      </w:r>
      <w:r>
        <w:t xml:space="preserve">    (a) not possible to satisfy</w:t>
      </w:r>
      <w:r>
        <w:br/>
      </w:r>
      <w:r>
        <w:t xml:space="preserve">    (b) gradually add or remove</w:t>
      </w:r>
      <w:r>
        <w:br/>
      </w:r>
      <w:r>
        <w:t xml:space="preserve">    (c) feel sadness and regret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Mr Sparkler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opined</w:t>
      </w:r>
      <w:r>
        <w:rPr>
          <w:b/>
          <w:bCs/>
        </w:rPr>
        <w:t xml:space="preserve"> </w:t>
      </w:r>
      <w:r>
        <w:rPr>
          <w:b/>
          <w:bCs/>
        </w:rPr>
        <w:t xml:space="preserve">that he painted anything, if he could get the job.</w:t>
      </w:r>
      <w:r>
        <w:br/>
      </w:r>
      <w:r>
        <w:t xml:space="preserve">    (a) took on as one's own</w:t>
      </w:r>
      <w:r>
        <w:br/>
      </w:r>
      <w:r>
        <w:t xml:space="preserve">    (b) differed; or changed</w:t>
      </w:r>
      <w:r>
        <w:br/>
      </w:r>
      <w:r>
        <w:t xml:space="preserve">    (c) expressed an opinion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as if they had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tacitly</w:t>
      </w:r>
      <w:r>
        <w:rPr>
          <w:b/>
          <w:bCs/>
        </w:rPr>
        <w:t xml:space="preserve"> </w:t>
      </w:r>
      <w:r>
        <w:rPr>
          <w:b/>
          <w:bCs/>
        </w:rPr>
        <w:t xml:space="preserve">agreed to take their different provinces.</w:t>
      </w:r>
      <w:r>
        <w:br/>
      </w:r>
      <w:r>
        <w:t xml:space="preserve">    (a) in an indirect manner</w:t>
      </w:r>
      <w:r>
        <w:br/>
      </w:r>
      <w:r>
        <w:t xml:space="preserve">    (b) exactly or accurately</w:t>
      </w:r>
      <w:r>
        <w:br/>
      </w:r>
      <w:r>
        <w:t xml:space="preserve">    (c) completely or totally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the peculiarity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nuptials</w:t>
      </w:r>
      <w:r>
        <w:rPr>
          <w:b/>
          <w:bCs/>
        </w:rPr>
        <w:t xml:space="preserve"> </w:t>
      </w:r>
      <w:r>
        <w:rPr>
          <w:b/>
          <w:bCs/>
        </w:rPr>
        <w:t xml:space="preserve">that they were all Bride.</w:t>
      </w:r>
      <w:r>
        <w:br/>
      </w:r>
      <w:r>
        <w:t xml:space="preserve">    (a) animals that feed only on plants</w:t>
      </w:r>
      <w:r>
        <w:br/>
      </w:r>
      <w:r>
        <w:t xml:space="preserve">    (b) wedding ceremony and festivities</w:t>
      </w:r>
      <w:r>
        <w:br/>
      </w:r>
      <w:r>
        <w:t xml:space="preserve">    (c) measures of general intelligence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No;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repudiate</w:t>
      </w:r>
      <w:r>
        <w:rPr>
          <w:b/>
          <w:bCs/>
        </w:rPr>
        <w:t xml:space="preserve"> </w:t>
      </w:r>
      <w:r>
        <w:rPr>
          <w:b/>
          <w:bCs/>
        </w:rPr>
        <w:t xml:space="preserve">the title!</w:t>
      </w:r>
      <w:r>
        <w:br/>
      </w:r>
      <w:r>
        <w:t xml:space="preserve">    (a) strongly reject</w:t>
      </w:r>
      <w:r>
        <w:br/>
      </w:r>
      <w:r>
        <w:t xml:space="preserve">    (b) work or operate</w:t>
      </w:r>
      <w:r>
        <w:br/>
      </w:r>
      <w:r>
        <w:t xml:space="preserve">    (c) help make clear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2026-07-31T15:39:47Z</dcterms:created>
  <dcterms:modified xsi:type="dcterms:W3CDTF">2026-07-31T15:39:47Z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