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2f034116fed7b6b8f45a8c8274be0fb6a960e"/>
    <w:p>
      <w:pPr>
        <w:pStyle w:val="Heading1"/>
      </w:pPr>
      <w:r>
        <w:rPr>
          <w:b/>
          <w:bCs/>
        </w:rPr>
        <w:t xml:space="preserve">Listening for Lions</w:t>
      </w:r>
      <w:r>
        <w:br/>
      </w:r>
      <w:r>
        <w:rPr>
          <w:i/>
          <w:iCs/>
        </w:rPr>
        <w:t xml:space="preserve">Gloria Whelan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kindness</w:t>
      </w:r>
      <w:r>
        <w:br/>
      </w:r>
      <w:r>
        <w:t xml:space="preserve">    (b) hostility</w:t>
      </w:r>
      <w:r>
        <w:br/>
      </w:r>
      <w:r>
        <w:t xml:space="preserve">    (c) positive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see if we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</w:t>
      </w:r>
      <w:r>
        <w:rPr>
          <w:b/>
          <w:bCs/>
        </w:rPr>
        <w:t xml:space="preserve"> </w:t>
      </w:r>
      <w:r>
        <w:rPr>
          <w:b/>
          <w:bCs/>
        </w:rPr>
        <w:t xml:space="preserve">her into coming with us.</w:t>
      </w:r>
      <w:r>
        <w:br/>
      </w:r>
      <w:r>
        <w:t xml:space="preserve">    (a) drag forcefully</w:t>
      </w:r>
      <w:r>
        <w:br/>
      </w:r>
      <w:r>
        <w:t xml:space="preserve">    (b) gently persuade</w:t>
      </w:r>
      <w:r>
        <w:br/>
      </w:r>
      <w:r>
        <w:t xml:space="preserve">    (c) trick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coy</w:t>
      </w:r>
      <w:r>
        <w:rPr>
          <w:b/>
          <w:bCs/>
        </w:rPr>
        <w:t xml:space="preserve"> </w:t>
      </w:r>
      <w:r>
        <w:rPr>
          <w:b/>
          <w:bCs/>
        </w:rPr>
        <w:t xml:space="preserve">smile and refused to say whether she liked him.</w:t>
      </w:r>
      <w:r>
        <w:br/>
      </w:r>
      <w:r>
        <w:t xml:space="preserve">    (a) openly angry</w:t>
      </w:r>
      <w:r>
        <w:br/>
      </w:r>
      <w:r>
        <w:t xml:space="preserve">    (b) deeply confused</w:t>
      </w:r>
      <w:r>
        <w:br/>
      </w:r>
      <w:r>
        <w:t xml:space="preserve">    (c) shy but playful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attract</w:t>
      </w:r>
      <w:r>
        <w:br/>
      </w:r>
      <w:r>
        <w:t xml:space="preserve">    (c) entertain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kindness</w:t>
      </w:r>
      <w:r>
        <w:br/>
      </w:r>
      <w:r>
        <w:t xml:space="preserve">    (b) praise</w:t>
      </w:r>
      <w:r>
        <w:br/>
      </w:r>
      <w:r>
        <w:t xml:space="preserve">    (c) trickery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was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diagnosis</w:t>
      </w:r>
      <w:r>
        <w:rPr>
          <w:b/>
          <w:bCs/>
        </w:rPr>
        <w:t xml:space="preserve">?</w:t>
      </w:r>
      <w:r>
        <w:br/>
      </w:r>
      <w:r>
        <w:t xml:space="preserve">    (a) major symptom</w:t>
      </w:r>
      <w:r>
        <w:br/>
      </w:r>
      <w:r>
        <w:t xml:space="preserve">    (b) treatment for the illness</w:t>
      </w:r>
      <w:r>
        <w:br/>
      </w:r>
      <w:r>
        <w:t xml:space="preserve">    (c) identification of an illness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learns from others</w:t>
      </w:r>
      <w:r>
        <w:br/>
      </w:r>
      <w:r>
        <w:t xml:space="preserve">    (b) puzzles listeners</w:t>
      </w:r>
      <w:r>
        <w:br/>
      </w:r>
      <w:r>
        <w:t xml:space="preserve">    (c) teaches or instructs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influenza</w:t>
      </w:r>
      <w:r>
        <w:rPr>
          <w:b/>
          <w:bCs/>
        </w:rPr>
        <w:t xml:space="preserve"> </w:t>
      </w:r>
      <w:r>
        <w:rPr>
          <w:b/>
          <w:bCs/>
        </w:rPr>
        <w:t xml:space="preserve">pandemics occurred in the 20th century killing tens of millions of people.</w:t>
      </w:r>
      <w:r>
        <w:br/>
      </w:r>
      <w:r>
        <w:t xml:space="preserve">    (a) flu</w:t>
      </w:r>
      <w:r>
        <w:br/>
      </w:r>
      <w:r>
        <w:t xml:space="preserve">    (b) polio</w:t>
      </w:r>
      <w:r>
        <w:br/>
      </w:r>
      <w:r>
        <w:t xml:space="preserve">    (c) measles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evilly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brushed the horse's tangled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until it flowed smoothly down its neck.</w:t>
      </w:r>
      <w:r>
        <w:br/>
      </w:r>
      <w:r>
        <w:t xml:space="preserve">    (a) long curved tail</w:t>
      </w:r>
      <w:r>
        <w:br/>
      </w:r>
      <w:r>
        <w:t xml:space="preserve">    (b) sharp pointed hoof</w:t>
      </w:r>
      <w:r>
        <w:br/>
      </w:r>
      <w:r>
        <w:t xml:space="preserve">    (c) thick neck hair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notify</w:t>
      </w:r>
      <w:r>
        <w:rPr>
          <w:b/>
          <w:bCs/>
        </w:rPr>
        <w:t xml:space="preserve"> </w:t>
      </w:r>
      <w:r>
        <w:rPr>
          <w:b/>
          <w:bCs/>
        </w:rPr>
        <w:t xml:space="preserve">parents if the schedule changes.</w:t>
      </w:r>
      <w:r>
        <w:br/>
      </w:r>
      <w:r>
        <w:t xml:space="preserve">    (a) inform</w:t>
      </w:r>
      <w:r>
        <w:br/>
      </w:r>
      <w:r>
        <w:t xml:space="preserve">    (b) punish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omitted</w:t>
      </w:r>
      <w:r>
        <w:rPr>
          <w:b/>
          <w:bCs/>
        </w:rPr>
        <w:t xml:space="preserve"> </w:t>
      </w:r>
      <w:r>
        <w:rPr>
          <w:b/>
          <w:bCs/>
        </w:rPr>
        <w:t xml:space="preserve">a few details to place herself in a more favorable light.</w:t>
      </w:r>
      <w:r>
        <w:br/>
      </w:r>
      <w:r>
        <w:t xml:space="preserve">    (a) made up</w:t>
      </w:r>
      <w:r>
        <w:br/>
      </w:r>
      <w:r>
        <w:t xml:space="preserve">    (b) left out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fail</w:t>
      </w:r>
      <w:r>
        <w:br/>
      </w:r>
      <w:r>
        <w:t xml:space="preserve">    (b) work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give up at first try</w:t>
      </w:r>
      <w:r>
        <w:br/>
      </w:r>
      <w:r>
        <w:t xml:space="preserve">    (b) rest before any effort</w:t>
      </w:r>
      <w:r>
        <w:br/>
      </w:r>
      <w:r>
        <w:t xml:space="preserve">    (c) push on through hardship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defendant wear prison clothes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against the defendant.</w:t>
      </w:r>
      <w:r>
        <w:br/>
      </w:r>
      <w:r>
        <w:t xml:space="preserve">    (a) create a sympathetic belief in</w:t>
      </w:r>
      <w:r>
        <w:br/>
      </w:r>
      <w:r>
        <w:t xml:space="preserve">    (b) create an unfair belief in</w:t>
      </w:r>
      <w:r>
        <w:br/>
      </w:r>
      <w:r>
        <w:t xml:space="preserve">    (c) create a serious attitude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young king was ill, his uncle served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to rule the kingdom.</w:t>
      </w:r>
      <w:r>
        <w:br/>
      </w:r>
      <w:r>
        <w:t xml:space="preserve">    (a) elected prime minister</w:t>
      </w:r>
      <w:r>
        <w:br/>
      </w:r>
      <w:r>
        <w:t xml:space="preserve">    (b) temporary substitute ruler</w:t>
      </w:r>
      <w:r>
        <w:br/>
      </w:r>
      <w:r>
        <w:t xml:space="preserve">    (c) royal court advisor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Navy SEALs go through an incredibly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qualification and training program.</w:t>
      </w:r>
      <w:r>
        <w:br/>
      </w:r>
      <w:r>
        <w:t xml:space="preserve">    (a) difficult and demanding</w:t>
      </w:r>
      <w:r>
        <w:br/>
      </w:r>
      <w:r>
        <w:t xml:space="preserve">    (b) fun and energetic</w:t>
      </w:r>
      <w:r>
        <w:br/>
      </w:r>
      <w:r>
        <w:t xml:space="preserve">    (c) up-to-date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easily found</w:t>
      </w:r>
      <w:r>
        <w:br/>
      </w:r>
      <w:r>
        <w:t xml:space="preserve">    (c) in short supply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2026-07-31T17:58:19Z</dcterms:created>
  <dcterms:modified xsi:type="dcterms:W3CDTF">2026-07-31T17:58:19Z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