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4cc9e3ae92a9140f29a3c3e1b2cba890af2582"/>
    <w:p>
      <w:pPr>
        <w:pStyle w:val="Heading1"/>
      </w:pPr>
      <w:r>
        <w:rPr>
          <w:b/>
          <w:bCs/>
        </w:rPr>
        <w:t xml:space="preserve">Listening for Lions</w:t>
      </w:r>
      <w:r>
        <w:br/>
      </w:r>
      <w:r>
        <w:rPr>
          <w:i/>
          <w:iCs/>
        </w:rPr>
        <w:t xml:space="preserve">Gloria Whelan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over the world the cruel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influenza</w:t>
      </w:r>
      <w:r>
        <w:rPr>
          <w:b/>
          <w:bCs/>
        </w:rPr>
        <w:t xml:space="preserve"> </w:t>
      </w:r>
      <w:r>
        <w:rPr>
          <w:b/>
          <w:bCs/>
        </w:rPr>
        <w:t xml:space="preserve">had been taking lives.</w:t>
      </w:r>
      <w:r>
        <w:br/>
      </w:r>
      <w:r>
        <w:t xml:space="preserve">    (a) a fact or bit of information that is generally considered unimportant</w:t>
      </w:r>
      <w:r>
        <w:br/>
      </w:r>
      <w:r>
        <w:t xml:space="preserve">    (b) highly contagious respiratory disease commonly called</w:t>
      </w:r>
      <w:r>
        <w:t xml:space="preserve"> </w:t>
      </w:r>
      <w:r>
        <w:rPr>
          <w:i/>
          <w:iCs/>
        </w:rPr>
        <w:t xml:space="preserve">the flu</w:t>
      </w:r>
      <w:r>
        <w:br/>
      </w:r>
      <w:r>
        <w:t xml:space="preserve">    (c) the state or degree of being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showed me how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coax</w:t>
      </w:r>
      <w:r>
        <w:rPr>
          <w:b/>
          <w:bCs/>
        </w:rPr>
        <w:t xml:space="preserve"> </w:t>
      </w:r>
      <w:r>
        <w:rPr>
          <w:b/>
          <w:bCs/>
        </w:rPr>
        <w:t xml:space="preserve">the patients into taking their medicine, which they often refused, and how to give them goat broth with a lot of salt to treat the dehydration that came with cholera.</w:t>
      </w:r>
      <w:r>
        <w:br/>
      </w:r>
      <w:r>
        <w:t xml:space="preserve">    (a) give authority, power, knowledge, or confidence to someone so they can do something</w:t>
      </w:r>
      <w:r>
        <w:br/>
      </w:r>
      <w:r>
        <w:t xml:space="preserve">    (b) to think of something as true or likely, even though it is not known with certainty</w:t>
      </w:r>
      <w:r>
        <w:br/>
      </w:r>
      <w:r>
        <w:t xml:space="preserve">    (c) try to obtain a result through gentle and careful effort -- often gentle persuasion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orphans had to listen to someone reading from the Bible or some 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edifying</w:t>
      </w:r>
      <w:r>
        <w:rPr>
          <w:b/>
          <w:bCs/>
        </w:rPr>
        <w:t xml:space="preserve"> </w:t>
      </w:r>
      <w:r>
        <w:rPr>
          <w:b/>
          <w:bCs/>
        </w:rPr>
        <w:t xml:space="preserve">book during meals and could not talk with one another.</w:t>
      </w:r>
      <w:r>
        <w:br/>
      </w:r>
      <w:r>
        <w:t xml:space="preserve">    (a) translating</w:t>
      </w:r>
      <w:r>
        <w:br/>
      </w:r>
      <w:r>
        <w:t xml:space="preserve">    (b) disagreeing</w:t>
      </w:r>
      <w:r>
        <w:br/>
      </w:r>
      <w:r>
        <w:t xml:space="preserve">    (c) instructive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"The mission board will have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notified</w:t>
      </w:r>
      <w:r>
        <w:rPr>
          <w:b/>
          <w:bCs/>
        </w:rPr>
        <w:t xml:space="preserve">," I said.</w:t>
      </w:r>
      <w:r>
        <w:br/>
      </w:r>
      <w:r>
        <w:t xml:space="preserve">    (a) not judged in a negative way</w:t>
      </w:r>
      <w:r>
        <w:br/>
      </w:r>
      <w:r>
        <w:t xml:space="preserve">    (b) told someone about something</w:t>
      </w:r>
      <w:r>
        <w:br/>
      </w:r>
      <w:r>
        <w:t xml:space="preserve">    (c) found, sought, or researched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Prejudiced</w:t>
      </w:r>
      <w:r>
        <w:rPr>
          <w:b/>
          <w:bCs/>
        </w:rPr>
        <w:t xml:space="preserve">?</w:t>
      </w:r>
      <w:r>
        <w:br/>
      </w:r>
      <w:r>
        <w:t xml:space="preserve">    (a) injured the ligaments of a joint by stretching them too far (ligaments are the tough, fibrous bands that connect bones across joints)</w:t>
      </w:r>
      <w:r>
        <w:br/>
      </w:r>
      <w:r>
        <w:t xml:space="preserve">    (b) bias that prevents objective consideration -- especially an unreasonable belief that is unfair to members of a race, religion, or other group</w:t>
      </w:r>
      <w:r>
        <w:br/>
      </w:r>
      <w:r>
        <w:t xml:space="preserve">    (c) corrupted or seduced from virtue, duty, or allegiance  OR  excessively drank, engaged in casual sex, and/or drug abuse while partying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took a taxi across the city to the ship, which looked to me as large as Noah's ark, but Mrs. Pritchard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scornful</w:t>
      </w:r>
      <w:r>
        <w:rPr>
          <w:b/>
          <w:bCs/>
        </w:rPr>
        <w:t xml:space="preserve">.</w:t>
      </w:r>
      <w:r>
        <w:br/>
      </w:r>
      <w:r>
        <w:t xml:space="preserve">    (a) able to be protected or kept unchanged</w:t>
      </w:r>
      <w:r>
        <w:br/>
      </w:r>
      <w:r>
        <w:t xml:space="preserve">    (b) able to accept as true (without proof)</w:t>
      </w:r>
      <w:r>
        <w:br/>
      </w:r>
      <w:r>
        <w:t xml:space="preserve">    (c) full of strong disrespect or rejection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was just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</w:t>
      </w:r>
      <w:r>
        <w:rPr>
          <w:b/>
          <w:bCs/>
        </w:rPr>
        <w:t xml:space="preserve"> </w:t>
      </w:r>
      <w:r>
        <w:rPr>
          <w:b/>
          <w:bCs/>
        </w:rPr>
        <w:t xml:space="preserve">talk, I am sure.</w:t>
      </w:r>
      <w:r>
        <w:br/>
      </w:r>
      <w:r>
        <w:t xml:space="preserve">    (a) designed to be useful; or capable of working</w:t>
      </w:r>
      <w:r>
        <w:br/>
      </w:r>
      <w:r>
        <w:t xml:space="preserve">    (b) exceedingly important, serious, or dangerous</w:t>
      </w:r>
      <w:r>
        <w:br/>
      </w:r>
      <w:r>
        <w:t xml:space="preserve">    (c) the intention or desire to see others suffer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if upon hearing the news he threw up his hands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perished</w:t>
      </w:r>
      <w:r>
        <w:rPr>
          <w:b/>
          <w:bCs/>
        </w:rPr>
        <w:t xml:space="preserve"> </w:t>
      </w:r>
      <w:r>
        <w:rPr>
          <w:b/>
          <w:bCs/>
        </w:rPr>
        <w:t xml:space="preserve">in front of me?</w:t>
      </w:r>
      <w:r>
        <w:br/>
      </w:r>
      <w:r>
        <w:t xml:space="preserve">    (a) moved into position to work; or started</w:t>
      </w:r>
      <w:r>
        <w:br/>
      </w:r>
      <w:r>
        <w:t xml:space="preserve">    (b) examined in detail to better understand</w:t>
      </w:r>
      <w:r>
        <w:br/>
      </w:r>
      <w:r>
        <w:t xml:space="preserve">    (c) died, was destroyed, or ceased to exist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Wherever I went, tea would be set out, weak tea where money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.</w:t>
      </w:r>
      <w:r>
        <w:br/>
      </w:r>
      <w:r>
        <w:t xml:space="preserve">    (a) the state of not being aware or concerned about something</w:t>
      </w:r>
      <w:r>
        <w:br/>
      </w:r>
      <w:r>
        <w:t xml:space="preserve">    (b) in short supply  OR  barely or hardly (by a small margin)</w:t>
      </w:r>
      <w:r>
        <w:br/>
      </w:r>
      <w:r>
        <w:t xml:space="preserve">    (c) a state similar to sleep where one is unaware of anything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told him of the lion that had carried away small children and how the lion had been hunted down and a mask made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mane</w:t>
      </w:r>
      <w:r>
        <w:rPr>
          <w:b/>
          <w:bCs/>
        </w:rPr>
        <w:t xml:space="preserve"> </w:t>
      </w:r>
      <w:r>
        <w:rPr>
          <w:b/>
          <w:bCs/>
        </w:rPr>
        <w:t xml:space="preserve">and a great ngoma held to both celebrate and mourn his death.</w:t>
      </w:r>
      <w:r>
        <w:br/>
      </w:r>
      <w:r>
        <w:t xml:space="preserve">    (a) long coarse hair on an animal</w:t>
      </w:r>
      <w:r>
        <w:br/>
      </w:r>
      <w:r>
        <w:t xml:space="preserve">    (b) exchange, convert, or pay off</w:t>
      </w:r>
      <w:r>
        <w:br/>
      </w:r>
      <w:r>
        <w:t xml:space="preserve">    (c) select (on a computer screen)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 thought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deception</w:t>
      </w:r>
      <w:r>
        <w:rPr>
          <w:b/>
          <w:bCs/>
        </w:rPr>
        <w:t xml:space="preserve"> </w:t>
      </w:r>
      <w:r>
        <w:rPr>
          <w:b/>
          <w:bCs/>
        </w:rPr>
        <w:t xml:space="preserve">would be for only a few weeks.</w:t>
      </w:r>
      <w:r>
        <w:br/>
      </w:r>
      <w:r>
        <w:t xml:space="preserve">    (a) someone bound to serve another without pay -- such as a slave or serf</w:t>
      </w:r>
      <w:r>
        <w:br/>
      </w:r>
      <w:r>
        <w:t xml:space="preserve">    (b) the degree to which something can change to fit a different situation</w:t>
      </w:r>
      <w:r>
        <w:br/>
      </w:r>
      <w:r>
        <w:t xml:space="preserve">    (c) the act of lying to or misleading someone; or something that misleads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would surely punish me if I did not, but if I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deceived</w:t>
      </w:r>
      <w:r>
        <w:rPr>
          <w:b/>
          <w:bCs/>
        </w:rPr>
        <w:t xml:space="preserve"> </w:t>
      </w:r>
      <w:r>
        <w:rPr>
          <w:b/>
          <w:bCs/>
        </w:rPr>
        <w:t xml:space="preserve">Grandfather once, I would not deceive him again.</w:t>
      </w:r>
      <w:r>
        <w:br/>
      </w:r>
      <w:r>
        <w:t xml:space="preserve">    (a) began fighting</w:t>
      </w:r>
      <w:r>
        <w:br/>
      </w:r>
      <w:r>
        <w:t xml:space="preserve">    (b) lied or misled</w:t>
      </w:r>
      <w:r>
        <w:br/>
      </w:r>
      <w:r>
        <w:t xml:space="preserve">    (c) told (a story)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cautioned me, "Though sensible in her own way, my sister is inclined to be somewhat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and is, I'm afraid, a little too involved with art and other nonsense."</w:t>
      </w:r>
      <w:r>
        <w:br/>
      </w:r>
      <w:r>
        <w:t xml:space="preserve">    (a) tending to have exceedingly unfavorable opinions</w:t>
      </w:r>
      <w:r>
        <w:br/>
      </w:r>
      <w:r>
        <w:t xml:space="preserve">    (b) most important; or person that is most important</w:t>
      </w:r>
      <w:r>
        <w:br/>
      </w:r>
      <w:r>
        <w:t xml:space="preserve">    (c) impulsive (acting suddenly without much thought)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was very instructive, although you would have done well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omit</w:t>
      </w:r>
      <w:r>
        <w:rPr>
          <w:b/>
          <w:bCs/>
        </w:rPr>
        <w:t xml:space="preserve"> </w:t>
      </w:r>
      <w:r>
        <w:rPr>
          <w:b/>
          <w:bCs/>
        </w:rPr>
        <w:t xml:space="preserve">your last words.</w:t>
      </w:r>
      <w:r>
        <w:br/>
      </w:r>
      <w:r>
        <w:t xml:space="preserve">    (a) fulfill one's highest potential</w:t>
      </w:r>
      <w:r>
        <w:br/>
      </w:r>
      <w:r>
        <w:t xml:space="preserve">    (b) stop (something from happening)</w:t>
      </w:r>
      <w:r>
        <w:br/>
      </w:r>
      <w:r>
        <w:t xml:space="preserve">    (c) to exclude or neglect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gave me a rather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coy</w:t>
      </w:r>
      <w:r>
        <w:rPr>
          <w:b/>
          <w:bCs/>
        </w:rPr>
        <w:t xml:space="preserve"> </w:t>
      </w:r>
      <w:r>
        <w:rPr>
          <w:b/>
          <w:bCs/>
        </w:rPr>
        <w:t xml:space="preserve">smile and added, "It would give me so much pleasure to have you here in Stagsway."</w:t>
      </w:r>
      <w:r>
        <w:br/>
      </w:r>
      <w:r>
        <w:t xml:space="preserve">    (a) subtly playful</w:t>
      </w:r>
      <w:r>
        <w:br/>
      </w:r>
      <w:r>
        <w:t xml:space="preserve">    (b) the degree of being influenced by personal belief, feelings, or preferences (rather than being based purely upon fact)</w:t>
      </w:r>
      <w:r>
        <w:br/>
      </w:r>
      <w:r>
        <w:t xml:space="preserve">    (c) the quality of being characterized by fantastic imagery, or combinations of things and events that don't go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...she would have no idea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rigors</w:t>
      </w:r>
      <w:r>
        <w:rPr>
          <w:b/>
          <w:bCs/>
        </w:rPr>
        <w:t xml:space="preserve"> </w:t>
      </w:r>
      <w:r>
        <w:rPr>
          <w:b/>
          <w:bCs/>
        </w:rPr>
        <w:t xml:space="preserve">of running a hospital in Africa.</w:t>
      </w:r>
      <w:r>
        <w:br/>
      </w:r>
      <w:r>
        <w:t xml:space="preserve">    (a) periods of time when someone exhibits unusual behavior</w:t>
      </w:r>
      <w:r>
        <w:br/>
      </w:r>
      <w:r>
        <w:t xml:space="preserve">    (b) difficulties (things that are difficult and demanding)</w:t>
      </w:r>
      <w:r>
        <w:br/>
      </w:r>
      <w:r>
        <w:t xml:space="preserve">    (c) formal expressions of opinion arrived at by group vote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Sunday afternoon I followed the crowds to the zoological gardens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Regent</w:t>
      </w:r>
      <w:r>
        <w:rPr>
          <w:b/>
          <w:bCs/>
        </w:rPr>
        <w:t xml:space="preserve">'s Park.</w:t>
      </w:r>
      <w:r>
        <w:br/>
      </w:r>
      <w:r>
        <w:t xml:space="preserve">    (a) relating to an artistic movement pioneered by Pablo Picasso and Georges Braque that featured surfaces of geometrical planes to depict three-dimensional organic forms</w:t>
      </w:r>
      <w:r>
        <w:br/>
      </w:r>
      <w:r>
        <w:t xml:space="preserve">    (b) someone appointed to a position of temporary or delegated authority -- such as a temporarily while the king or queen is too young, too sick, or away; or a member of a governing board</w:t>
      </w:r>
      <w:r>
        <w:br/>
      </w:r>
      <w:r>
        <w:t xml:space="preserve">    (c) someone who walks slowly without definite direction  OR  someone who writes or talks without definite direction (changing subjects or rambling rather than in a purposeful direct way)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persevered</w:t>
      </w:r>
      <w:r>
        <w:rPr>
          <w:b/>
          <w:bCs/>
        </w:rPr>
        <w:t xml:space="preserve">.</w:t>
      </w:r>
      <w:r>
        <w:br/>
      </w:r>
      <w:r>
        <w:t xml:space="preserve">    (a) kept working at something despite difficulties</w:t>
      </w:r>
      <w:r>
        <w:br/>
      </w:r>
      <w:r>
        <w:t xml:space="preserve">    (b) held together (connected or united) or wrapped</w:t>
      </w:r>
      <w:r>
        <w:br/>
      </w:r>
      <w:r>
        <w:t xml:space="preserve">    (c) considered (for affect on a result or outcome)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Raspton chose a young resident who looked stunned at being singled out—"give us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diagnosis</w:t>
      </w:r>
      <w:r>
        <w:rPr>
          <w:b/>
          <w:bCs/>
        </w:rPr>
        <w:t xml:space="preserve">."</w:t>
      </w:r>
      <w:r>
        <w:br/>
      </w:r>
      <w:r>
        <w:t xml:space="preserve">    (a) the act or process of stopping something from happening</w:t>
      </w:r>
      <w:r>
        <w:br/>
      </w:r>
      <w:r>
        <w:t xml:space="preserve">    (b) the identification of the cause of a problem or illness</w:t>
      </w:r>
      <w:r>
        <w:br/>
      </w:r>
      <w:r>
        <w:t xml:space="preserve">    (c) a period of time when someone exhibits unusual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our last year the early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antagonisms</w:t>
      </w:r>
      <w:r>
        <w:rPr>
          <w:b/>
          <w:bCs/>
        </w:rPr>
        <w:t xml:space="preserve"> </w:t>
      </w:r>
      <w:r>
        <w:rPr>
          <w:b/>
          <w:bCs/>
        </w:rPr>
        <w:t xml:space="preserve">were forgotten.</w:t>
      </w:r>
      <w:r>
        <w:br/>
      </w:r>
      <w:r>
        <w:t xml:space="preserve">    (a) instances of donating one's income to a church; or the gifts given</w:t>
      </w:r>
      <w:r>
        <w:br/>
      </w:r>
      <w:r>
        <w:t xml:space="preserve">    (b) hostility, opposition, or tension between opposing forces or ideas</w:t>
      </w:r>
      <w:r>
        <w:br/>
      </w:r>
      <w:r>
        <w:t xml:space="preserve">    (c) basic building blocks of matter that makes up protons and neutrons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2026-07-31T17:58:19Z</dcterms:created>
  <dcterms:modified xsi:type="dcterms:W3CDTF">2026-07-31T17:58:19Z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