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5d9b613bf1b6b047a562707317fa4836103a89"/>
    <w:p>
      <w:pPr>
        <w:pStyle w:val="Heading1"/>
      </w:pPr>
      <w:r>
        <w:rPr>
          <w:b/>
          <w:bCs/>
        </w:rPr>
        <w:t xml:space="preserve">Like Water for Chocolate</w:t>
      </w:r>
      <w:r>
        <w:br/>
      </w:r>
      <w:r>
        <w:rPr>
          <w:i/>
          <w:iCs/>
        </w:rPr>
        <w:t xml:space="preserve">Laura Esquivel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appendicitis.</w:t>
      </w:r>
      <w:r>
        <w:br/>
      </w:r>
      <w:r>
        <w:t xml:space="preserve">    (a) gradual</w:t>
      </w:r>
      <w:r>
        <w:br/>
      </w:r>
      <w:r>
        <w:t xml:space="preserve">    (b) minor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colorless</w:t>
      </w:r>
      <w:r>
        <w:br/>
      </w:r>
      <w:r>
        <w:t xml:space="preserve">    (b) poor</w:t>
      </w:r>
      <w:r>
        <w:br/>
      </w:r>
      <w:r>
        <w:t xml:space="preserve">    (c)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gloomy (sad)</w:t>
      </w:r>
      <w:r>
        <w:br/>
      </w:r>
      <w:r>
        <w:t xml:space="preserve">    (b) calm and thoughtful</w:t>
      </w:r>
      <w:r>
        <w:br/>
      </w:r>
      <w:r>
        <w:t xml:space="preserve">    (c) emotionally 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parents.</w:t>
      </w:r>
      <w:r>
        <w:br/>
      </w:r>
      <w:r>
        <w:t xml:space="preserve">    (a) was proud</w:t>
      </w:r>
      <w:r>
        <w:br/>
      </w:r>
      <w:r>
        <w:t xml:space="preserve">    (b) trusted</w:t>
      </w:r>
      <w:r>
        <w:br/>
      </w:r>
      <w:r>
        <w:t xml:space="preserve">    (c) didn't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describe</w:t>
      </w:r>
      <w:r>
        <w:br/>
      </w:r>
      <w:r>
        <w:t xml:space="preserve">    (b) compare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difference</w:t>
      </w:r>
      <w:r>
        <w:br/>
      </w:r>
      <w:r>
        <w:t xml:space="preserve">    (b) covering of all styles</w:t>
      </w:r>
      <w:r>
        <w:br/>
      </w:r>
      <w:r>
        <w:t xml:space="preserve">    (c) notable similarity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increase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exaggerating</w:t>
      </w:r>
      <w:r>
        <w:br/>
      </w:r>
      <w:r>
        <w:t xml:space="preserve">    (b) minimizing</w:t>
      </w:r>
      <w:r>
        <w:br/>
      </w:r>
      <w:r>
        <w:t xml:space="preserve">    (c) showing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and</w:t>
      </w:r>
      <w:r>
        <w:br/>
      </w:r>
      <w:r>
        <w:t xml:space="preserve">    (b) also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whatever way</w:t>
      </w:r>
      <w:r>
        <w:br/>
      </w:r>
      <w:r>
        <w:t xml:space="preserve">    (b) even if in a non-standard manner</w:t>
      </w:r>
      <w:r>
        <w:br/>
      </w:r>
      <w:r>
        <w:t xml:space="preserve">    (c) to whatever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import taxes are too high,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illicit</w:t>
      </w:r>
      <w:r>
        <w:rPr>
          <w:b/>
          <w:bCs/>
        </w:rPr>
        <w:t xml:space="preserve"> </w:t>
      </w:r>
      <w:r>
        <w:rPr>
          <w:b/>
          <w:bCs/>
        </w:rPr>
        <w:t xml:space="preserve">trade increases.</w:t>
      </w:r>
      <w:r>
        <w:br/>
      </w:r>
      <w:r>
        <w:t xml:space="preserve">    (a) lost</w:t>
      </w:r>
      <w:r>
        <w:br/>
      </w:r>
      <w:r>
        <w:t xml:space="preserve">    (b) cost of</w:t>
      </w:r>
      <w:r>
        <w:br/>
      </w:r>
      <w:r>
        <w:t xml:space="preserve">    (c) illegal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night sky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</w:t>
      </w:r>
      <w:r>
        <w:rPr>
          <w:b/>
          <w:bCs/>
        </w:rPr>
        <w:t xml:space="preserve"> </w:t>
      </w:r>
      <w:r>
        <w:rPr>
          <w:b/>
          <w:bCs/>
        </w:rPr>
        <w:t xml:space="preserve">as we gazed at countless stars.</w:t>
      </w:r>
      <w:r>
        <w:br/>
      </w:r>
      <w:r>
        <w:t xml:space="preserve">    (a) silent</w:t>
      </w:r>
      <w:r>
        <w:br/>
      </w:r>
      <w:r>
        <w:t xml:space="preserve">    (b) blurry</w:t>
      </w:r>
      <w:r>
        <w:br/>
      </w:r>
      <w:r>
        <w:t xml:space="preserve">    (c) endless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to dance at parties, even when everyone else joined in.</w:t>
      </w:r>
      <w:r>
        <w:br/>
      </w:r>
      <w:r>
        <w:t xml:space="preserve">    (a) wild and uncontrolled</w:t>
      </w:r>
      <w:r>
        <w:br/>
      </w:r>
      <w:r>
        <w:t xml:space="preserve">    (b) loud and confident</w:t>
      </w:r>
      <w:r>
        <w:br/>
      </w:r>
      <w:r>
        <w:t xml:space="preserve">    (c) shy and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insomnia</w:t>
      </w:r>
      <w:r>
        <w:rPr>
          <w:b/>
          <w:bCs/>
        </w:rPr>
        <w:t xml:space="preserve"> </w:t>
      </w:r>
      <w:r>
        <w:rPr>
          <w:b/>
          <w:bCs/>
        </w:rPr>
        <w:t xml:space="preserve">kept him awake for hours, staring at the ceiling each night.</w:t>
      </w:r>
      <w:r>
        <w:br/>
      </w:r>
      <w:r>
        <w:t xml:space="preserve">    (a) inability to sleep</w:t>
      </w:r>
      <w:r>
        <w:br/>
      </w:r>
      <w:r>
        <w:t xml:space="preserve">    (b) fear of darkness</w:t>
      </w:r>
      <w:r>
        <w:br/>
      </w:r>
      <w:r>
        <w:t xml:space="preserve">    (c) ear ringing problem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motivational speech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kindled</w:t>
      </w:r>
      <w:r>
        <w:rPr>
          <w:b/>
          <w:bCs/>
        </w:rPr>
        <w:t xml:space="preserve"> </w:t>
      </w:r>
      <w:r>
        <w:rPr>
          <w:b/>
          <w:bCs/>
        </w:rPr>
        <w:t xml:space="preserve">a sense of determination among the listeners.</w:t>
      </w:r>
      <w:r>
        <w:br/>
      </w:r>
      <w:r>
        <w:t xml:space="preserve">    (a) taught</w:t>
      </w:r>
      <w:r>
        <w:br/>
      </w:r>
      <w:r>
        <w:t xml:space="preserve">    (b) aroused</w:t>
      </w:r>
      <w:r>
        <w:br/>
      </w:r>
      <w:r>
        <w:t xml:space="preserve">    (c) discouraged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snow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luminous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moonlight.</w:t>
      </w:r>
      <w:r>
        <w:br/>
      </w:r>
      <w:r>
        <w:t xml:space="preserve">    (a) bright and glowing</w:t>
      </w:r>
      <w:r>
        <w:br/>
      </w:r>
      <w:r>
        <w:t xml:space="preserve">    (b) wet and slushy</w:t>
      </w:r>
      <w:r>
        <w:br/>
      </w:r>
      <w:r>
        <w:t xml:space="preserve">    (c) soft and silent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excuse</w:t>
      </w:r>
      <w:r>
        <w:br/>
      </w:r>
      <w:r>
        <w:t xml:space="preserve">    (b) reason</w:t>
      </w:r>
      <w:r>
        <w:br/>
      </w:r>
      <w:r>
        <w:t xml:space="preserve">    (c) technique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Repeating the false rumor would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perpetuate</w:t>
      </w:r>
      <w:r>
        <w:rPr>
          <w:b/>
          <w:bCs/>
        </w:rPr>
        <w:t xml:space="preserve"> </w:t>
      </w:r>
      <w:r>
        <w:rPr>
          <w:b/>
          <w:bCs/>
        </w:rPr>
        <w:t xml:space="preserve">the misunderstanding.</w:t>
      </w:r>
      <w:r>
        <w:br/>
      </w:r>
      <w:r>
        <w:t xml:space="preserve">    (a) prove to be true</w:t>
      </w:r>
      <w:r>
        <w:br/>
      </w:r>
      <w:r>
        <w:t xml:space="preserve">    (b) bring to an end</w:t>
      </w:r>
      <w:r>
        <w:br/>
      </w:r>
      <w:r>
        <w:t xml:space="preserve">    (c) cause to continue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conducted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rigorous</w:t>
      </w:r>
      <w:r>
        <w:rPr>
          <w:b/>
          <w:bCs/>
        </w:rPr>
        <w:t xml:space="preserve"> </w:t>
      </w:r>
      <w:r>
        <w:rPr>
          <w:b/>
          <w:bCs/>
        </w:rPr>
        <w:t xml:space="preserve">study to ensure the results were reliable.</w:t>
      </w:r>
      <w:r>
        <w:br/>
      </w:r>
      <w:r>
        <w:t xml:space="preserve">    (a) expensive</w:t>
      </w:r>
      <w:r>
        <w:br/>
      </w:r>
      <w:r>
        <w:t xml:space="preserve">    (b) thorough</w:t>
      </w:r>
      <w:r>
        <w:br/>
      </w:r>
      <w:r>
        <w:t xml:space="preserve">    (c) speedy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Bullies made his school days a constant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</w:t>
      </w:r>
      <w:r>
        <w:rPr>
          <w:b/>
          <w:bCs/>
        </w:rPr>
        <w:t xml:space="preserve"> </w:t>
      </w:r>
      <w:r>
        <w:rPr>
          <w:b/>
          <w:bCs/>
        </w:rPr>
        <w:t xml:space="preserve">he could not escape.</w:t>
      </w:r>
      <w:r>
        <w:br/>
      </w:r>
      <w:r>
        <w:t xml:space="preserve">    (a) severe suffering</w:t>
      </w:r>
      <w:r>
        <w:br/>
      </w:r>
      <w:r>
        <w:t xml:space="preserve">    (b) great enjoyment</w:t>
      </w:r>
      <w:r>
        <w:br/>
      </w:r>
      <w:r>
        <w:t xml:space="preserve">    (c) simple confusion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2026-07-31T17:16:37Z</dcterms:created>
  <dcterms:modified xsi:type="dcterms:W3CDTF">2026-07-31T17:16:37Z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