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62e5ea9086ba1f1011731f612ccac4cc9ed8701"/>
    <w:p>
      <w:pPr>
        <w:pStyle w:val="Heading1"/>
      </w:pPr>
      <w:r>
        <w:rPr>
          <w:b/>
          <w:bCs/>
        </w:rPr>
        <w:t xml:space="preserve">Like Water for Chocolate</w:t>
      </w:r>
      <w:r>
        <w:br/>
      </w:r>
      <w:r>
        <w:rPr>
          <w:i/>
          <w:iCs/>
        </w:rPr>
        <w:t xml:space="preserve">Laura Esquivel</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And besides, she'd like to know what kind of studies had</w:t>
      </w:r>
      <w:r>
        <w:rPr>
          <w:b/>
          <w:bCs/>
        </w:rPr>
        <w:t xml:space="preserve"> </w:t>
      </w:r>
      <w:r>
        <w:rPr>
          <w:b/>
          <w:bCs/>
          <w:u w:val="single"/>
        </w:rPr>
        <w:t xml:space="preserve">established</w:t>
      </w:r>
      <w:r>
        <w:rPr>
          <w:b/>
          <w:bCs/>
        </w:rPr>
        <w:t xml:space="preserve"> </w:t>
      </w:r>
      <w:r>
        <w:rPr>
          <w:b/>
          <w:bCs/>
        </w:rPr>
        <w:t xml:space="preserve">that the youngest daughter and not the eldest is best suited to care for their mother.</w:t>
      </w:r>
      <w:r>
        <w:br/>
      </w:r>
      <w:r>
        <w:t xml:space="preserve">    (a) shown</w:t>
      </w:r>
      <w:r>
        <w:br/>
      </w:r>
      <w:r>
        <w:t xml:space="preserve">    (b) disproved</w:t>
      </w:r>
      <w:r>
        <w:br/>
      </w:r>
      <w:r>
        <w:t xml:space="preserve">    (c) doubted</w:t>
      </w:r>
    </w:p>
    <w:p>
      <w:pPr>
        <w:pStyle w:val="Compact"/>
        <w:numPr>
          <w:ilvl w:val="0"/>
          <w:numId w:val="1001"/>
        </w:numPr>
      </w:pPr>
      <w:r>
        <w:rPr>
          <w:b/>
          <w:bCs/>
        </w:rPr>
        <w:t xml:space="preserve">From the first, they had</w:t>
      </w:r>
      <w:r>
        <w:rPr>
          <w:b/>
          <w:bCs/>
        </w:rPr>
        <w:t xml:space="preserve"> </w:t>
      </w:r>
      <w:r>
        <w:rPr>
          <w:b/>
          <w:bCs/>
          <w:u w:val="single"/>
        </w:rPr>
        <w:t xml:space="preserve">established</w:t>
      </w:r>
      <w:r>
        <w:rPr>
          <w:b/>
          <w:bCs/>
        </w:rPr>
        <w:t xml:space="preserve"> </w:t>
      </w:r>
      <w:r>
        <w:rPr>
          <w:b/>
          <w:bCs/>
        </w:rPr>
        <w:t xml:space="preserve">a communication that went far beyond words.</w:t>
      </w:r>
      <w:r>
        <w:br/>
      </w:r>
      <w:r>
        <w:t xml:space="preserve">    (a) searched for</w:t>
      </w:r>
      <w:r>
        <w:br/>
      </w:r>
      <w:r>
        <w:t xml:space="preserve">    (b) aspired to (hoped for)</w:t>
      </w:r>
      <w:r>
        <w:br/>
      </w:r>
      <w:r>
        <w:t xml:space="preserve">    (c) created and maintained</w:t>
      </w:r>
    </w:p>
    <w:p>
      <w:pPr>
        <w:pStyle w:val="Compact"/>
        <w:numPr>
          <w:ilvl w:val="0"/>
          <w:numId w:val="1001"/>
        </w:numPr>
      </w:pPr>
      <w:r>
        <w:rPr>
          <w:b/>
          <w:bCs/>
        </w:rPr>
        <w:t xml:space="preserve">It was as if all her inner joy, which had nearly been extinguished, had suddenly been</w:t>
      </w:r>
      <w:r>
        <w:rPr>
          <w:b/>
          <w:bCs/>
        </w:rPr>
        <w:t xml:space="preserve"> </w:t>
      </w:r>
      <w:r>
        <w:rPr>
          <w:b/>
          <w:bCs/>
          <w:u w:val="single"/>
        </w:rPr>
        <w:t xml:space="preserve">rekindled</w:t>
      </w:r>
      <w:r>
        <w:rPr>
          <w:b/>
          <w:bCs/>
        </w:rPr>
        <w:t xml:space="preserve"> </w:t>
      </w:r>
      <w:r>
        <w:rPr>
          <w:b/>
          <w:bCs/>
        </w:rPr>
        <w:t xml:space="preserve">by Pedro's warm breath upon her neck, the hot touch of his hands upon her back, his chest...</w:t>
      </w:r>
      <w:r>
        <w:br/>
      </w:r>
      <w:r>
        <w:t xml:space="preserve">    (a) re-aroused</w:t>
      </w:r>
      <w:r>
        <w:br/>
      </w:r>
      <w:r>
        <w:t xml:space="preserve">    (b) together at the same time</w:t>
      </w:r>
      <w:r>
        <w:br/>
      </w:r>
      <w:r>
        <w:t xml:space="preserve">    (c) lacks trust or confidence</w:t>
      </w:r>
    </w:p>
    <w:p>
      <w:pPr>
        <w:pStyle w:val="Compact"/>
        <w:numPr>
          <w:ilvl w:val="0"/>
          <w:numId w:val="1001"/>
        </w:numPr>
      </w:pPr>
      <w:r>
        <w:rPr>
          <w:b/>
          <w:bCs/>
        </w:rPr>
        <w:t xml:space="preserve">The delicacy of her face, the perfection of her pure virginal body</w:t>
      </w:r>
      <w:r>
        <w:rPr>
          <w:b/>
          <w:bCs/>
        </w:rPr>
        <w:t xml:space="preserve"> </w:t>
      </w:r>
      <w:r>
        <w:rPr>
          <w:b/>
          <w:bCs/>
          <w:u w:val="single"/>
        </w:rPr>
        <w:t xml:space="preserve">contrasted</w:t>
      </w:r>
      <w:r>
        <w:rPr>
          <w:b/>
          <w:bCs/>
        </w:rPr>
        <w:t xml:space="preserve"> </w:t>
      </w:r>
      <w:r>
        <w:rPr>
          <w:b/>
          <w:bCs/>
        </w:rPr>
        <w:t xml:space="preserve">with the passion, the lust, that leapt from her eyes, from her every pore.</w:t>
      </w:r>
      <w:r>
        <w:br/>
      </w:r>
      <w:r>
        <w:t xml:space="preserve">    (a) gave a completely different impression</w:t>
      </w:r>
      <w:r>
        <w:br/>
      </w:r>
      <w:r>
        <w:t xml:space="preserve">    (b) fit perfectly</w:t>
      </w:r>
      <w:r>
        <w:br/>
      </w:r>
      <w:r>
        <w:t xml:space="preserve">    (c) suffered</w:t>
      </w:r>
    </w:p>
    <w:p>
      <w:pPr>
        <w:pStyle w:val="Compact"/>
        <w:numPr>
          <w:ilvl w:val="0"/>
          <w:numId w:val="1001"/>
        </w:numPr>
      </w:pPr>
      <w:r>
        <w:rPr>
          <w:b/>
          <w:bCs/>
        </w:rPr>
        <w:t xml:space="preserve">John,</w:t>
      </w:r>
      <w:r>
        <w:rPr>
          <w:b/>
          <w:bCs/>
        </w:rPr>
        <w:t xml:space="preserve"> </w:t>
      </w:r>
      <w:r>
        <w:rPr>
          <w:b/>
          <w:bCs/>
          <w:u w:val="single"/>
        </w:rPr>
        <w:t xml:space="preserve">in contrast</w:t>
      </w:r>
      <w:r>
        <w:rPr>
          <w:b/>
          <w:bCs/>
        </w:rPr>
        <w:t xml:space="preserve">, was offering her something different, the opportunity to establish a new family that no one could take away from her.</w:t>
      </w:r>
      <w:r>
        <w:br/>
      </w:r>
      <w:r>
        <w:t xml:space="preserve">    (a) in a comparison that shows a difference</w:t>
      </w:r>
      <w:r>
        <w:br/>
      </w:r>
      <w:r>
        <w:t xml:space="preserve">    (b) a comparison that shows a similarity</w:t>
      </w:r>
      <w:r>
        <w:br/>
      </w:r>
      <w:r>
        <w:t xml:space="preserve">    (c) something that is additional</w:t>
      </w:r>
    </w:p>
    <w:p>
      <w:pPr>
        <w:pStyle w:val="Compact"/>
        <w:numPr>
          <w:ilvl w:val="0"/>
          <w:numId w:val="1001"/>
        </w:numPr>
      </w:pPr>
      <w:r>
        <w:rPr>
          <w:b/>
          <w:bCs/>
        </w:rPr>
        <w:t xml:space="preserve">For months she'd been</w:t>
      </w:r>
      <w:r>
        <w:rPr>
          <w:b/>
          <w:bCs/>
        </w:rPr>
        <w:t xml:space="preserve"> </w:t>
      </w:r>
      <w:r>
        <w:rPr>
          <w:b/>
          <w:bCs/>
          <w:u w:val="single"/>
        </w:rPr>
        <w:t xml:space="preserve">tormented</w:t>
      </w:r>
      <w:r>
        <w:rPr>
          <w:b/>
          <w:bCs/>
        </w:rPr>
        <w:t xml:space="preserve"> </w:t>
      </w:r>
      <w:r>
        <w:rPr>
          <w:b/>
          <w:bCs/>
        </w:rPr>
        <w:t xml:space="preserve">by the thought that Pedro had lied to her on his wedding day, that he'd told her he loved her just so she wouldn't suffer, or that as time went on, he really had grown to love Rosaura.</w:t>
      </w:r>
      <w:r>
        <w:br/>
      </w:r>
      <w:r>
        <w:t xml:space="preserve">    (a) made to experience extreme doubt</w:t>
      </w:r>
      <w:r>
        <w:br/>
      </w:r>
      <w:r>
        <w:t xml:space="preserve">    (b) made to experience severe guilt</w:t>
      </w:r>
      <w:r>
        <w:br/>
      </w:r>
      <w:r>
        <w:t xml:space="preserve">    (c) made to experience great mental suffering</w:t>
      </w:r>
    </w:p>
    <w:p>
      <w:pPr>
        <w:pStyle w:val="Compact"/>
        <w:numPr>
          <w:ilvl w:val="0"/>
          <w:numId w:val="1001"/>
        </w:numPr>
      </w:pPr>
      <w:r>
        <w:rPr>
          <w:b/>
          <w:bCs/>
        </w:rPr>
        <w:t xml:space="preserve">Tita was so happy that she didn't realize that her mother—like John, except that she had a different</w:t>
      </w:r>
      <w:r>
        <w:rPr>
          <w:b/>
          <w:bCs/>
        </w:rPr>
        <w:t xml:space="preserve"> </w:t>
      </w:r>
      <w:r>
        <w:rPr>
          <w:b/>
          <w:bCs/>
          <w:u w:val="single"/>
        </w:rPr>
        <w:t xml:space="preserve">motive</w:t>
      </w:r>
      <w:r>
        <w:rPr>
          <w:b/>
          <w:bCs/>
        </w:rPr>
        <w:t xml:space="preserve">—was not letting her out of sight for a single instant.</w:t>
      </w:r>
      <w:r>
        <w:br/>
      </w:r>
      <w:r>
        <w:t xml:space="preserve">    (a) small quantity or indication</w:t>
      </w:r>
      <w:r>
        <w:br/>
      </w:r>
      <w:r>
        <w:t xml:space="preserve">    (b) reason (for doing something)</w:t>
      </w:r>
      <w:r>
        <w:br/>
      </w:r>
      <w:r>
        <w:t xml:space="preserve">    (c) the sacred writings of Islam</w:t>
      </w:r>
    </w:p>
    <w:p>
      <w:pPr>
        <w:pStyle w:val="Compact"/>
        <w:numPr>
          <w:ilvl w:val="0"/>
          <w:numId w:val="1001"/>
        </w:numPr>
      </w:pPr>
      <w:r>
        <w:rPr>
          <w:b/>
          <w:bCs/>
        </w:rPr>
        <w:t xml:space="preserve">no matter how hard Tita tried she always got an</w:t>
      </w:r>
      <w:r>
        <w:rPr>
          <w:b/>
          <w:bCs/>
        </w:rPr>
        <w:t xml:space="preserve"> </w:t>
      </w:r>
      <w:r>
        <w:rPr>
          <w:b/>
          <w:bCs/>
          <w:u w:val="single"/>
        </w:rPr>
        <w:t xml:space="preserve">infinite</w:t>
      </w:r>
      <w:r>
        <w:rPr>
          <w:b/>
          <w:bCs/>
        </w:rPr>
        <w:t xml:space="preserve"> </w:t>
      </w:r>
      <w:r>
        <w:rPr>
          <w:b/>
          <w:bCs/>
        </w:rPr>
        <w:t xml:space="preserve">number of things wrong.</w:t>
      </w:r>
      <w:r>
        <w:br/>
      </w:r>
      <w:r>
        <w:t xml:space="preserve">    (a) important</w:t>
      </w:r>
      <w:r>
        <w:br/>
      </w:r>
      <w:r>
        <w:t xml:space="preserve">    (b) too numerous to count</w:t>
      </w:r>
      <w:r>
        <w:br/>
      </w:r>
      <w:r>
        <w:t xml:space="preserve">    (c) insignificant</w:t>
      </w:r>
    </w:p>
    <w:p>
      <w:pPr>
        <w:pStyle w:val="Compact"/>
        <w:numPr>
          <w:ilvl w:val="0"/>
          <w:numId w:val="1001"/>
        </w:numPr>
      </w:pPr>
      <w:r>
        <w:rPr>
          <w:b/>
          <w:bCs/>
        </w:rPr>
        <w:t xml:space="preserve">Chencha, weeping, was running alongside the carriage as they left and barely managed to toss onto Tita's shoulders the enormous bedspread she had knit during her endless nights of</w:t>
      </w:r>
      <w:r>
        <w:rPr>
          <w:b/>
          <w:bCs/>
        </w:rPr>
        <w:t xml:space="preserve"> </w:t>
      </w:r>
      <w:r>
        <w:rPr>
          <w:b/>
          <w:bCs/>
          <w:u w:val="single"/>
        </w:rPr>
        <w:t xml:space="preserve">insomnia</w:t>
      </w:r>
      <w:r>
        <w:rPr>
          <w:b/>
          <w:bCs/>
        </w:rPr>
        <w:t xml:space="preserve">.</w:t>
      </w:r>
      <w:r>
        <w:br/>
      </w:r>
      <w:r>
        <w:t xml:space="preserve">    (a) has a hunched posture</w:t>
      </w:r>
      <w:r>
        <w:br/>
      </w:r>
      <w:r>
        <w:t xml:space="preserve">    (b) shows or demonstrates</w:t>
      </w:r>
      <w:r>
        <w:br/>
      </w:r>
      <w:r>
        <w:t xml:space="preserve">    (c) an inability to sleep</w:t>
      </w:r>
    </w:p>
    <w:p>
      <w:pPr>
        <w:pStyle w:val="Compact"/>
        <w:numPr>
          <w:ilvl w:val="0"/>
          <w:numId w:val="1001"/>
        </w:numPr>
      </w:pPr>
      <w:r>
        <w:rPr>
          <w:b/>
          <w:bCs/>
        </w:rPr>
        <w:t xml:space="preserve">She could move them</w:t>
      </w:r>
      <w:r>
        <w:rPr>
          <w:b/>
          <w:bCs/>
        </w:rPr>
        <w:t xml:space="preserve"> </w:t>
      </w:r>
      <w:r>
        <w:rPr>
          <w:b/>
          <w:bCs/>
          <w:u w:val="single"/>
        </w:rPr>
        <w:t xml:space="preserve">however</w:t>
      </w:r>
      <w:r>
        <w:rPr>
          <w:b/>
          <w:bCs/>
        </w:rPr>
        <w:t xml:space="preserve"> </w:t>
      </w:r>
      <w:r>
        <w:rPr>
          <w:b/>
          <w:bCs/>
        </w:rPr>
        <w:t xml:space="preserve">she pleased, yet she didn't know what to do with them, other than knitting.</w:t>
      </w:r>
      <w:r>
        <w:br/>
      </w:r>
      <w:r>
        <w:t xml:space="preserve">    (a) in whatever way</w:t>
      </w:r>
      <w:r>
        <w:br/>
      </w:r>
      <w:r>
        <w:t xml:space="preserve">    (b) starts fighting</w:t>
      </w:r>
      <w:r>
        <w:br/>
      </w:r>
      <w:r>
        <w:t xml:space="preserve">    (c) starts (a fire)</w:t>
      </w:r>
    </w:p>
    <w:p>
      <w:pPr>
        <w:pStyle w:val="Compact"/>
        <w:numPr>
          <w:ilvl w:val="0"/>
          <w:numId w:val="1001"/>
        </w:numPr>
      </w:pPr>
      <w:r>
        <w:rPr>
          <w:b/>
          <w:bCs/>
          <w:u w:val="single"/>
        </w:rPr>
        <w:t xml:space="preserve">However</w:t>
      </w:r>
      <w:r>
        <w:rPr>
          <w:b/>
          <w:bCs/>
        </w:rPr>
        <w:t xml:space="preserve">, hot chocolate made with water is more digestible than that made with milk.</w:t>
      </w:r>
      <w:r>
        <w:br/>
      </w:r>
      <w:r>
        <w:t xml:space="preserve">    (a) in keeping with or in agreement with what was just stated</w:t>
      </w:r>
      <w:r>
        <w:br/>
      </w:r>
      <w:r>
        <w:t xml:space="preserve">    (b) though (used to connect contrasting ideas)</w:t>
      </w:r>
      <w:r>
        <w:br/>
      </w:r>
      <w:r>
        <w:t xml:space="preserve">    (c) therefore (for that reason)</w:t>
      </w:r>
    </w:p>
    <w:p>
      <w:pPr>
        <w:pStyle w:val="Compact"/>
        <w:numPr>
          <w:ilvl w:val="0"/>
          <w:numId w:val="1001"/>
        </w:numPr>
      </w:pPr>
      <w:r>
        <w:rPr>
          <w:b/>
          <w:bCs/>
        </w:rPr>
        <w:t xml:space="preserve">Using this method, he obtained a</w:t>
      </w:r>
      <w:r>
        <w:rPr>
          <w:b/>
          <w:bCs/>
        </w:rPr>
        <w:t xml:space="preserve"> </w:t>
      </w:r>
      <w:r>
        <w:rPr>
          <w:b/>
          <w:bCs/>
          <w:u w:val="single"/>
        </w:rPr>
        <w:t xml:space="preserve">luminous</w:t>
      </w:r>
      <w:r>
        <w:rPr>
          <w:b/>
          <w:bCs/>
        </w:rPr>
        <w:t xml:space="preserve"> </w:t>
      </w:r>
      <w:r>
        <w:rPr>
          <w:b/>
          <w:bCs/>
        </w:rPr>
        <w:t xml:space="preserve">substance that burned with an intensity such as had never been seen before.</w:t>
      </w:r>
      <w:r>
        <w:br/>
      </w:r>
      <w:r>
        <w:t xml:space="preserve">    (a) red</w:t>
      </w:r>
      <w:r>
        <w:br/>
      </w:r>
      <w:r>
        <w:t xml:space="preserve">    (b) glowing</w:t>
      </w:r>
      <w:r>
        <w:br/>
      </w:r>
      <w:r>
        <w:t xml:space="preserve">    (c) white</w:t>
      </w:r>
    </w:p>
    <w:p>
      <w:pPr>
        <w:pStyle w:val="Compact"/>
        <w:numPr>
          <w:ilvl w:val="0"/>
          <w:numId w:val="1001"/>
        </w:numPr>
      </w:pPr>
      <w:r>
        <w:rPr>
          <w:b/>
          <w:bCs/>
        </w:rPr>
        <w:t xml:space="preserve">Mama Elena asked the doctor to lock the door and</w:t>
      </w:r>
      <w:r>
        <w:rPr>
          <w:b/>
          <w:bCs/>
        </w:rPr>
        <w:t xml:space="preserve"> </w:t>
      </w:r>
      <w:r>
        <w:rPr>
          <w:b/>
          <w:bCs/>
          <w:u w:val="single"/>
        </w:rPr>
        <w:t xml:space="preserve">confided</w:t>
      </w:r>
      <w:r>
        <w:rPr>
          <w:b/>
          <w:bCs/>
        </w:rPr>
        <w:t xml:space="preserve"> </w:t>
      </w:r>
      <w:r>
        <w:rPr>
          <w:b/>
          <w:bCs/>
        </w:rPr>
        <w:t xml:space="preserve">to him her suspicions about the bitterness of the food.</w:t>
      </w:r>
      <w:r>
        <w:br/>
      </w:r>
      <w:r>
        <w:t xml:space="preserve">    (a) placed trust (in someone) by talking about private things</w:t>
      </w:r>
      <w:r>
        <w:br/>
      </w:r>
      <w:r>
        <w:t xml:space="preserve">    (b) viewed in a certain way so as to form a belief or opinion</w:t>
      </w:r>
      <w:r>
        <w:br/>
      </w:r>
      <w:r>
        <w:t xml:space="preserve">    (c) made a decision or voiced an opinion by formal group vote</w:t>
      </w:r>
    </w:p>
    <w:p>
      <w:pPr>
        <w:pStyle w:val="Compact"/>
        <w:numPr>
          <w:ilvl w:val="0"/>
          <w:numId w:val="1001"/>
        </w:numPr>
      </w:pPr>
      <w:r>
        <w:rPr>
          <w:b/>
          <w:bCs/>
        </w:rPr>
        <w:t xml:space="preserve">"You know that she can't marry!" she exclaimed, gripped by a violent</w:t>
      </w:r>
      <w:r>
        <w:rPr>
          <w:b/>
          <w:bCs/>
        </w:rPr>
        <w:t xml:space="preserve"> </w:t>
      </w:r>
      <w:r>
        <w:rPr>
          <w:b/>
          <w:bCs/>
          <w:u w:val="single"/>
        </w:rPr>
        <w:t xml:space="preserve">agitation</w:t>
      </w:r>
      <w:r>
        <w:rPr>
          <w:b/>
          <w:bCs/>
        </w:rPr>
        <w:t xml:space="preserve">.</w:t>
      </w:r>
      <w:r>
        <w:br/>
      </w:r>
      <w:r>
        <w:t xml:space="preserve">    (a) formula (a mathematical expression that describe a relationship between variables)</w:t>
      </w:r>
      <w:r>
        <w:br/>
      </w:r>
      <w:r>
        <w:t xml:space="preserve">    (b) the act of stirring up (emotionally or physically); or a state of emotional unrest</w:t>
      </w:r>
      <w:r>
        <w:br/>
      </w:r>
      <w:r>
        <w:t xml:space="preserve">    (c) officially telling someone about something; or something that contains the message</w:t>
      </w:r>
    </w:p>
    <w:p>
      <w:pPr>
        <w:pStyle w:val="Compact"/>
        <w:numPr>
          <w:ilvl w:val="0"/>
          <w:numId w:val="1001"/>
        </w:numPr>
      </w:pPr>
      <w:r>
        <w:rPr>
          <w:b/>
          <w:bCs/>
        </w:rPr>
        <w:t xml:space="preserve">Young Jose Trevino was the product of an</w:t>
      </w:r>
      <w:r>
        <w:rPr>
          <w:b/>
          <w:bCs/>
        </w:rPr>
        <w:t xml:space="preserve"> </w:t>
      </w:r>
      <w:r>
        <w:rPr>
          <w:b/>
          <w:bCs/>
          <w:u w:val="single"/>
        </w:rPr>
        <w:t xml:space="preserve">illicit</w:t>
      </w:r>
      <w:r>
        <w:rPr>
          <w:b/>
          <w:bCs/>
        </w:rPr>
        <w:t xml:space="preserve"> </w:t>
      </w:r>
      <w:r>
        <w:rPr>
          <w:b/>
          <w:bCs/>
        </w:rPr>
        <w:t xml:space="preserve">love affair between the elder Jose Trevino and a beautiful Negress.</w:t>
      </w:r>
      <w:r>
        <w:br/>
      </w:r>
      <w:r>
        <w:t xml:space="preserve">    (a) contrary to law or accepted morality</w:t>
      </w:r>
      <w:r>
        <w:br/>
      </w:r>
      <w:r>
        <w:t xml:space="preserve">    (b) passionate</w:t>
      </w:r>
      <w:r>
        <w:br/>
      </w:r>
      <w:r>
        <w:t xml:space="preserve">    (c) regretted</w:t>
      </w:r>
    </w:p>
    <w:p>
      <w:pPr>
        <w:pStyle w:val="Compact"/>
        <w:numPr>
          <w:ilvl w:val="0"/>
          <w:numId w:val="1001"/>
        </w:numPr>
      </w:pPr>
      <w:r>
        <w:rPr>
          <w:b/>
          <w:bCs/>
        </w:rPr>
        <w:t xml:space="preserve">Tita prayed that the idea of</w:t>
      </w:r>
      <w:r>
        <w:rPr>
          <w:b/>
          <w:bCs/>
        </w:rPr>
        <w:t xml:space="preserve"> </w:t>
      </w:r>
      <w:r>
        <w:rPr>
          <w:b/>
          <w:bCs/>
          <w:u w:val="single"/>
        </w:rPr>
        <w:t xml:space="preserve">perpetuating</w:t>
      </w:r>
      <w:r>
        <w:rPr>
          <w:b/>
          <w:bCs/>
        </w:rPr>
        <w:t xml:space="preserve"> </w:t>
      </w:r>
      <w:r>
        <w:rPr>
          <w:b/>
          <w:bCs/>
        </w:rPr>
        <w:t xml:space="preserve">this cruel tradition would not cross Rosaura's mind.</w:t>
      </w:r>
      <w:r>
        <w:br/>
      </w:r>
      <w:r>
        <w:t xml:space="preserve">    (a) working or operating</w:t>
      </w:r>
      <w:r>
        <w:br/>
      </w:r>
      <w:r>
        <w:t xml:space="preserve">    (b) to cause to continue</w:t>
      </w:r>
      <w:r>
        <w:br/>
      </w:r>
      <w:r>
        <w:t xml:space="preserve">    (c) happening repeatedly</w:t>
      </w:r>
    </w:p>
    <w:p>
      <w:pPr>
        <w:pStyle w:val="Compact"/>
        <w:numPr>
          <w:ilvl w:val="0"/>
          <w:numId w:val="1001"/>
        </w:numPr>
      </w:pPr>
      <w:r>
        <w:rPr>
          <w:b/>
          <w:bCs/>
        </w:rPr>
        <w:t xml:space="preserve">...her senses were more</w:t>
      </w:r>
      <w:r>
        <w:rPr>
          <w:b/>
          <w:bCs/>
        </w:rPr>
        <w:t xml:space="preserve"> </w:t>
      </w:r>
      <w:r>
        <w:rPr>
          <w:b/>
          <w:bCs/>
          <w:u w:val="single"/>
        </w:rPr>
        <w:t xml:space="preserve">acute</w:t>
      </w:r>
      <w:r>
        <w:rPr>
          <w:b/>
          <w:bCs/>
        </w:rPr>
        <w:t xml:space="preserve">,</w:t>
      </w:r>
      <w:r>
        <w:br/>
      </w:r>
      <w:r>
        <w:t xml:space="preserve">    (a) dulled (not working well)</w:t>
      </w:r>
      <w:r>
        <w:br/>
      </w:r>
      <w:r>
        <w:t xml:space="preserve">    (b) perceptive (working very well)</w:t>
      </w:r>
      <w:r>
        <w:br/>
      </w:r>
      <w:r>
        <w:t xml:space="preserve">    (c) unusual</w:t>
      </w:r>
    </w:p>
    <w:p>
      <w:pPr>
        <w:pStyle w:val="Compact"/>
        <w:numPr>
          <w:ilvl w:val="0"/>
          <w:numId w:val="1001"/>
        </w:numPr>
      </w:pPr>
      <w:r>
        <w:rPr>
          <w:b/>
          <w:bCs/>
        </w:rPr>
        <w:t xml:space="preserve">John's diagnosis was an</w:t>
      </w:r>
      <w:r>
        <w:rPr>
          <w:b/>
          <w:bCs/>
        </w:rPr>
        <w:t xml:space="preserve"> </w:t>
      </w:r>
      <w:r>
        <w:rPr>
          <w:b/>
          <w:bCs/>
          <w:u w:val="single"/>
        </w:rPr>
        <w:t xml:space="preserve">acute</w:t>
      </w:r>
      <w:r>
        <w:rPr>
          <w:b/>
          <w:bCs/>
        </w:rPr>
        <w:t xml:space="preserve"> </w:t>
      </w:r>
      <w:r>
        <w:rPr>
          <w:b/>
          <w:bCs/>
        </w:rPr>
        <w:t xml:space="preserve">congestion of the stomach.</w:t>
      </w:r>
      <w:r>
        <w:br/>
      </w:r>
      <w:r>
        <w:t xml:space="preserve">    (a) gradually getting worse</w:t>
      </w:r>
      <w:r>
        <w:br/>
      </w:r>
      <w:r>
        <w:t xml:space="preserve">    (b) minor</w:t>
      </w:r>
      <w:r>
        <w:br/>
      </w:r>
      <w:r>
        <w:t xml:space="preserve">    (c) very bad</w:t>
      </w:r>
    </w:p>
    <w:p>
      <w:pPr>
        <w:pStyle w:val="Compact"/>
        <w:numPr>
          <w:ilvl w:val="0"/>
          <w:numId w:val="1001"/>
        </w:numPr>
      </w:pPr>
      <w:r>
        <w:rPr>
          <w:b/>
          <w:bCs/>
        </w:rPr>
        <w:t xml:space="preserve">By itself, the regimen proposed here, when followed</w:t>
      </w:r>
      <w:r>
        <w:rPr>
          <w:b/>
          <w:bCs/>
        </w:rPr>
        <w:t xml:space="preserve"> </w:t>
      </w:r>
      <w:r>
        <w:rPr>
          <w:b/>
          <w:bCs/>
          <w:u w:val="single"/>
        </w:rPr>
        <w:t xml:space="preserve">rigorously</w:t>
      </w:r>
      <w:r>
        <w:rPr>
          <w:b/>
          <w:bCs/>
        </w:rPr>
        <w:t xml:space="preserve">, can purify the foulest breath.</w:t>
      </w:r>
      <w:r>
        <w:br/>
      </w:r>
      <w:r>
        <w:t xml:space="preserve">    (a) sarcastically or critically</w:t>
      </w:r>
      <w:r>
        <w:br/>
      </w:r>
      <w:r>
        <w:t xml:space="preserve">    (b) in an indirect manner</w:t>
      </w:r>
      <w:r>
        <w:br/>
      </w:r>
      <w:r>
        <w:t xml:space="preserve">    (c) thoroughly and carefully</w:t>
      </w:r>
    </w:p>
    <w:p>
      <w:pPr>
        <w:pStyle w:val="Compact"/>
        <w:numPr>
          <w:ilvl w:val="0"/>
          <w:numId w:val="1001"/>
        </w:numPr>
      </w:pPr>
      <w:r>
        <w:rPr>
          <w:b/>
          <w:bCs/>
        </w:rPr>
        <w:t xml:space="preserve">She lightly hitched her skirt up to her knee, quite</w:t>
      </w:r>
      <w:r>
        <w:rPr>
          <w:b/>
          <w:bCs/>
        </w:rPr>
        <w:t xml:space="preserve"> </w:t>
      </w:r>
      <w:r>
        <w:rPr>
          <w:b/>
          <w:bCs/>
          <w:u w:val="single"/>
        </w:rPr>
        <w:t xml:space="preserve">uninhibited</w:t>
      </w:r>
      <w:r>
        <w:rPr>
          <w:b/>
          <w:bCs/>
        </w:rPr>
        <w:t xml:space="preserve">.</w:t>
      </w:r>
      <w:r>
        <w:br/>
      </w:r>
      <w:r>
        <w:t xml:space="preserve">    (a) the process of excessive encouragement or excitement</w:t>
      </w:r>
      <w:r>
        <w:br/>
      </w:r>
      <w:r>
        <w:t xml:space="preserve">    (b) the ability to take or adopt power or responsibility</w:t>
      </w:r>
      <w:r>
        <w:br/>
      </w:r>
      <w:r>
        <w:t xml:space="preserve">    (c) acting naturally without being overly self-conscious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2026-07-31T17:16:37Z</dcterms:created>
  <dcterms:modified xsi:type="dcterms:W3CDTF">2026-07-31T17:16:37Z</dcterms:modified>
</cp:coreProperties>
</file>

<file path=docProps/custom.xml><?xml version="1.0" encoding="utf-8"?>
<Properties xmlns="http://schemas.openxmlformats.org/officeDocument/2006/custom-properties" xmlns:vt="http://schemas.openxmlformats.org/officeDocument/2006/docPropsVTypes"/>
</file>