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692716c392add7ba50493326070106c025933b"/>
    <w:p>
      <w:pPr>
        <w:pStyle w:val="Heading1"/>
      </w:pPr>
      <w:r>
        <w:rPr>
          <w:b/>
          <w:bCs/>
        </w:rPr>
        <w:t xml:space="preserve">Light in August</w:t>
      </w:r>
      <w:r>
        <w:br/>
      </w:r>
      <w:r>
        <w:rPr>
          <w:i/>
          <w:iCs/>
        </w:rPr>
        <w:t xml:space="preserve">William Faulkner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pair of dusty, heavy, man-looking shoes beside them are not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.</w:t>
      </w:r>
      <w:r>
        <w:br/>
      </w:r>
      <w:r>
        <w:t xml:space="preserve">    (a) the degree to which a performance of or to someone else's work lends itself to the expression of personal artistic ideas or feelings by the performer</w:t>
      </w:r>
      <w:r>
        <w:br/>
      </w:r>
      <w:r>
        <w:t xml:space="preserve">    (b) unmoving, inactive, or unable to move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slow, lethargic, or without interest</w:t>
      </w:r>
      <w:r>
        <w:br/>
      </w:r>
      <w:r>
        <w:br/>
      </w:r>
      <w:r>
        <w:t xml:space="preserve">or (in chemistry/medicine):</w:t>
      </w:r>
      <w:r>
        <w:br/>
      </w:r>
      <w:r>
        <w:br/>
      </w:r>
      <w:r>
        <w:t xml:space="preserve">chemically inactive (not having an effect)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seems to be watching the road as it unrolls between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 </w:t>
      </w:r>
      <w:r>
        <w:rPr>
          <w:b/>
          <w:bCs/>
        </w:rPr>
        <w:t xml:space="preserve">ears of the mules.</w:t>
      </w:r>
      <w:r>
        <w:br/>
      </w:r>
      <w:r>
        <w:t xml:space="preserve">    (a) make possible</w:t>
      </w:r>
      <w:r>
        <w:br/>
      </w:r>
      <w:r>
        <w:t xml:space="preserve">    (b) make flexible</w:t>
      </w:r>
      <w:r>
        <w:br/>
      </w:r>
      <w:r>
        <w:t xml:space="preserve">    (c) stop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still there, the gray woman with a cold, harsh,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irascible</w:t>
      </w:r>
      <w:r>
        <w:rPr>
          <w:b/>
          <w:bCs/>
        </w:rPr>
        <w:t xml:space="preserve"> </w:t>
      </w:r>
      <w:r>
        <w:rPr>
          <w:b/>
          <w:bCs/>
        </w:rPr>
        <w:t xml:space="preserve">face, who bore five children in six years and raised them to man—and womanhood.</w:t>
      </w:r>
      <w:r>
        <w:br/>
      </w:r>
      <w:r>
        <w:t xml:space="preserve">    (a) unable to find</w:t>
      </w:r>
      <w:r>
        <w:br/>
      </w:r>
      <w:r>
        <w:t xml:space="preserve">    (b) easily angered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before the act was completed the man, without changing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and contemptuous attitude, turned his face and looked once at the proffered pail through the drooping smoke of the cigarette.</w:t>
      </w:r>
      <w:r>
        <w:br/>
      </w:r>
      <w:r>
        <w:t xml:space="preserve">    (a) impulsive</w:t>
      </w:r>
      <w:r>
        <w:br/>
      </w:r>
      <w:r>
        <w:t xml:space="preserve">    (b) lazy</w:t>
      </w:r>
      <w:r>
        <w:br/>
      </w:r>
      <w:r>
        <w:t xml:space="preserve">    (c) unfocused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clean, Spartan room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redolent</w:t>
      </w:r>
      <w:r>
        <w:rPr>
          <w:b/>
          <w:bCs/>
        </w:rPr>
        <w:t xml:space="preserve"> </w:t>
      </w:r>
      <w:r>
        <w:rPr>
          <w:b/>
          <w:bCs/>
        </w:rPr>
        <w:t xml:space="preserve">of Sunday.</w:t>
      </w:r>
      <w:r>
        <w:br/>
      </w:r>
      <w:r>
        <w:t xml:space="preserve">    (a) reminiscent (serving to bring to mind)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or smelling like something; or having a sweet fragrance</w:t>
      </w:r>
      <w:r>
        <w:br/>
      </w:r>
      <w:r>
        <w:t xml:space="preserve">    (b) acts to tendency to engage in acts that resist government authority or attempt to overthrow a government</w:t>
      </w:r>
      <w:r>
        <w:br/>
      </w:r>
      <w:r>
        <w:t xml:space="preserve">    (c) a mental disorder characterized by alternating episodes of major depression and abnormally elevated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went on, in steady single file, the two backs in their rigid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abnegation</w:t>
      </w:r>
      <w:r>
        <w:rPr>
          <w:b/>
          <w:bCs/>
        </w:rPr>
        <w:t xml:space="preserve"> </w:t>
      </w:r>
      <w:r>
        <w:rPr>
          <w:b/>
          <w:bCs/>
        </w:rPr>
        <w:t xml:space="preserve">of all compromise more alike than actual blood could have made them.</w:t>
      </w:r>
      <w:r>
        <w:br/>
      </w:r>
      <w:r>
        <w:t xml:space="preserve">    (a) renunciation (rejection) -- often self-denial of luxuries</w:t>
      </w:r>
      <w:r>
        <w:br/>
      </w:r>
      <w:r>
        <w:t xml:space="preserve">    (b) feels or expresses regret for having done something wrong</w:t>
      </w:r>
      <w:r>
        <w:br/>
      </w:r>
      <w:r>
        <w:t xml:space="preserve">    (c) the quality of appropriateness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lying so, on his back, his hands crossed on his breast like a tomb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effigy</w:t>
      </w:r>
      <w:r>
        <w:rPr>
          <w:b/>
          <w:bCs/>
        </w:rPr>
        <w:t xml:space="preserve">, when he heard again feet on the cramped stairs.</w:t>
      </w:r>
      <w:r>
        <w:br/>
      </w:r>
      <w:r>
        <w:t xml:space="preserve">    (a) measure of general intelligence</w:t>
      </w:r>
      <w:r>
        <w:br/>
      </w:r>
      <w:r>
        <w:t xml:space="preserve">    (b) a model or other representation</w:t>
      </w:r>
      <w:r>
        <w:br/>
      </w:r>
      <w:r>
        <w:t xml:space="preserve">    (c) a firm decision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Joe knew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parsimony</w:t>
      </w:r>
      <w:r>
        <w:rPr>
          <w:b/>
          <w:bCs/>
        </w:rPr>
        <w:t xml:space="preserve"> </w:t>
      </w:r>
      <w:r>
        <w:rPr>
          <w:b/>
          <w:bCs/>
        </w:rPr>
        <w:t xml:space="preserve">had no part in this.</w:t>
      </w:r>
      <w:r>
        <w:br/>
      </w:r>
      <w:r>
        <w:t xml:space="preserve">    (a) the state of being unaware of one's mental activity</w:t>
      </w:r>
      <w:r>
        <w:br/>
      </w:r>
      <w:r>
        <w:t xml:space="preserve">    (b) increasing reason or general desire to do something</w:t>
      </w:r>
      <w:r>
        <w:br/>
      </w:r>
      <w:r>
        <w:t xml:space="preserve">    (c) extremely reluctant to spend money or use resources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notseeing and the hardknowing as though in a cave he seemed to see a diminishing row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suavely</w:t>
      </w:r>
      <w:r>
        <w:rPr>
          <w:b/>
          <w:bCs/>
        </w:rPr>
        <w:t xml:space="preserve"> </w:t>
      </w:r>
      <w:r>
        <w:rPr>
          <w:b/>
          <w:bCs/>
        </w:rPr>
        <w:t xml:space="preserve">shaped urns in moonlight, blanched.</w:t>
      </w:r>
      <w:r>
        <w:br/>
      </w:r>
      <w:r>
        <w:t xml:space="preserve">    (a) in an improper, awkward, or unfavorable manner</w:t>
      </w:r>
      <w:r>
        <w:br/>
      </w:r>
      <w:r>
        <w:t xml:space="preserve">    (b) in a manner where a clear decision is not made</w:t>
      </w:r>
      <w:r>
        <w:br/>
      </w:r>
      <w:r>
        <w:t xml:space="preserve">    (c) in a manner that is sophisticated and charming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desisted</w:t>
      </w:r>
      <w:r>
        <w:rPr>
          <w:b/>
          <w:bCs/>
        </w:rPr>
        <w:t xml:space="preserve">; he seemed to be leaning a little toward the horse.</w:t>
      </w:r>
      <w:r>
        <w:br/>
      </w:r>
      <w:r>
        <w:t xml:space="preserve">    (a) stopped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Again Brown's voice came, high, full of alarm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threat: "Don't you hit me!"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false, or not genuine -- often seeming plausible, or intentionally deceptive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 performs,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engenders</w:t>
      </w:r>
      <w:r>
        <w:rPr>
          <w:b/>
          <w:bCs/>
        </w:rPr>
        <w:t xml:space="preserve">, so much more than he can or should have to bear.</w:t>
      </w:r>
      <w:r>
        <w:br/>
      </w:r>
      <w:r>
        <w:t xml:space="preserve">    (a) causes</w:t>
      </w:r>
      <w:r>
        <w:br/>
      </w:r>
      <w:r>
        <w:t xml:space="preserve">    (b) copies</w:t>
      </w:r>
      <w:r>
        <w:br/>
      </w:r>
      <w:r>
        <w:t xml:space="preserve">    (c) trades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just wanted peace; I paid them their price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quibbling</w:t>
      </w:r>
      <w:r>
        <w:rPr>
          <w:b/>
          <w:bCs/>
        </w:rPr>
        <w:t xml:space="preserve">.</w:t>
      </w:r>
      <w:r>
        <w:br/>
      </w:r>
      <w:r>
        <w:t xml:space="preserve">    (a) finding, searching, or researching</w:t>
      </w:r>
      <w:r>
        <w:br/>
      </w:r>
      <w:r>
        <w:t xml:space="preserve">    (b) arguing (about unimportant things)</w:t>
      </w:r>
      <w:r>
        <w:br/>
      </w:r>
      <w:r>
        <w:t xml:space="preserve">    (c) learning, discovering, or deciding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time the town either forgot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condoned</w:t>
      </w:r>
      <w:r>
        <w:rPr>
          <w:b/>
          <w:bCs/>
        </w:rPr>
        <w:t xml:space="preserve">, because Hines was an old man and harmless, that which in a young man it would have crucified.</w:t>
      </w:r>
      <w:r>
        <w:br/>
      </w:r>
      <w:r>
        <w:t xml:space="preserve">    (a) emphasized (called attention to something)</w:t>
      </w:r>
      <w:r>
        <w:br/>
      </w:r>
      <w:r>
        <w:t xml:space="preserve">    (b) not fit for service to humans or home life</w:t>
      </w:r>
      <w:r>
        <w:br/>
      </w:r>
      <w:r>
        <w:t xml:space="preserve">    (c) accepted without criticism; or approved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there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inarticulateness</w:t>
      </w:r>
      <w:r>
        <w:rPr>
          <w:b/>
          <w:bCs/>
        </w:rPr>
        <w:t xml:space="preserve"> </w:t>
      </w:r>
      <w:r>
        <w:rPr>
          <w:b/>
          <w:bCs/>
        </w:rPr>
        <w:t xml:space="preserve">behind it, articulateness is nullified by the immobility of the face itself; if hope or yearning, neither hope nor yearning show.</w:t>
      </w:r>
      <w:r>
        <w:br/>
      </w:r>
      <w:r>
        <w:t xml:space="preserve">    (a) inability to express oneself clearly; or not expressed clearly</w:t>
      </w:r>
      <w:r>
        <w:br/>
      </w:r>
      <w:r>
        <w:t xml:space="preserve">    (b) the state or degree of being improper, awkward, or unfavorable</w:t>
      </w:r>
      <w:r>
        <w:br/>
      </w:r>
      <w:r>
        <w:t xml:space="preserve">    (c) the characteristic of being excessively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he saw that her face was not stupid,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vacuous</w:t>
      </w:r>
      <w:r>
        <w:rPr>
          <w:b/>
          <w:bCs/>
        </w:rPr>
        <w:t xml:space="preserve">.</w:t>
      </w:r>
      <w:r>
        <w:br/>
      </w:r>
      <w:r>
        <w:t xml:space="preserve">    (a) lacking intelligent thought</w:t>
      </w:r>
      <w:r>
        <w:br/>
      </w:r>
      <w:r>
        <w:t xml:space="preserve">    (b) not attractive or desirable</w:t>
      </w:r>
      <w:r>
        <w:br/>
      </w:r>
      <w:r>
        <w:t xml:space="preserve">    (c) related to being antisocial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Anyway it got him back to the cabin, where the two of them left the car and approached the cabin door, beyond which the lamp still burned: for that interval he ran in the final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hiatus</w:t>
      </w:r>
      <w:r>
        <w:rPr>
          <w:b/>
          <w:bCs/>
        </w:rPr>
        <w:t xml:space="preserve"> </w:t>
      </w:r>
      <w:r>
        <w:rPr>
          <w:b/>
          <w:bCs/>
        </w:rPr>
        <w:t xml:space="preserve">of peace before the blow fell and the clawed thing overtook him from behind.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gap in time without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indefatigable</w:t>
      </w:r>
      <w:r>
        <w:rPr>
          <w:b/>
          <w:bCs/>
        </w:rPr>
        <w:t xml:space="preserve">, restrained yet forceful; there was something about him irresistible and prophetlike.</w:t>
      </w:r>
      <w:r>
        <w:br/>
      </w:r>
      <w:r>
        <w:t xml:space="preserve">    (a) sincerity (realness)</w:t>
      </w:r>
      <w:r>
        <w:br/>
      </w:r>
      <w:r>
        <w:t xml:space="preserve">    (b) not demonstrative of</w:t>
      </w:r>
      <w:r>
        <w:br/>
      </w:r>
      <w:r>
        <w:t xml:space="preserve">    (c) with tireless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Somehow the very sound of the two words with their evocation secret and irrevocable and something of a hidden and unsleeping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omnipotent</w:t>
      </w:r>
      <w:r>
        <w:rPr>
          <w:b/>
          <w:bCs/>
        </w:rPr>
        <w:t xml:space="preserve"> </w:t>
      </w:r>
      <w:r>
        <w:rPr>
          <w:b/>
          <w:bCs/>
        </w:rPr>
        <w:t xml:space="preserve">eye watching the doings of men, began to reassure Grimm's men in their own makebelieve.</w:t>
      </w:r>
      <w:r>
        <w:br/>
      </w:r>
      <w:r>
        <w:t xml:space="preserve">    (a) sticking out</w:t>
      </w:r>
      <w:r>
        <w:br/>
      </w:r>
      <w:r>
        <w:t xml:space="preserve">    (b) all powerful</w:t>
      </w:r>
      <w:r>
        <w:br/>
      </w:r>
      <w:r>
        <w:t xml:space="preserve">    (c) not pleasing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'But there are more things in heaven and earth too than truth,' he thinks,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paraphrases</w:t>
      </w:r>
      <w:r>
        <w:rPr>
          <w:b/>
          <w:bCs/>
        </w:rPr>
        <w:t xml:space="preserve">, quietly, not quizzical, not humorous; not unquizzical and not humorless too.</w:t>
      </w:r>
      <w:r>
        <w:br/>
      </w:r>
      <w:r>
        <w:t xml:space="preserve">    (a) provides evidence of something -- especially oral evidence in court</w:t>
      </w:r>
      <w:r>
        <w:br/>
      </w:r>
      <w:r>
        <w:t xml:space="preserve">    (b) express the same message in different (or slightly different) words</w:t>
      </w:r>
      <w:r>
        <w:br/>
      </w:r>
      <w:r>
        <w:t xml:space="preserve">    (c) (noun) causes of dissatisfaction  OR  (verb) causes dissatisfaction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2026-07-31T16:51:43Z</dcterms:created>
  <dcterms:modified xsi:type="dcterms:W3CDTF">2026-07-31T16:51:43Z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