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58d3ac7217090c11d4647447cb3a4de40e7f40"/>
    <w:p>
      <w:pPr>
        <w:pStyle w:val="Heading1"/>
      </w:pPr>
      <w:r>
        <w:rPr>
          <w:b/>
          <w:bCs/>
        </w:rPr>
        <w:t xml:space="preserve">Ligeia</w:t>
      </w:r>
      <w:r>
        <w:br/>
      </w:r>
      <w:r>
        <w:rPr>
          <w:i/>
          <w:iCs/>
        </w:rPr>
        <w:t xml:space="preserve">Edgar Allan Poe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primary focus is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acquisition</w:t>
      </w:r>
      <w:r>
        <w:rPr>
          <w:b/>
          <w:bCs/>
        </w:rPr>
        <w:t xml:space="preserve"> </w:t>
      </w:r>
      <w:r>
        <w:rPr>
          <w:b/>
          <w:bCs/>
        </w:rPr>
        <w:t xml:space="preserve">of money and the things it can buy.</w:t>
      </w:r>
      <w:r>
        <w:br/>
      </w:r>
      <w:r>
        <w:t xml:space="preserve">    (a) spending</w:t>
      </w:r>
      <w:r>
        <w:br/>
      </w:r>
      <w:r>
        <w:t xml:space="preserve">    (b) fearing</w:t>
      </w:r>
      <w:r>
        <w:br/>
      </w:r>
      <w:r>
        <w:t xml:space="preserve">    (c) getting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wants to save the planet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alleviate</w:t>
      </w:r>
      <w:r>
        <w:rPr>
          <w:b/>
          <w:bCs/>
        </w:rPr>
        <w:t xml:space="preserve"> </w:t>
      </w:r>
      <w:r>
        <w:rPr>
          <w:b/>
          <w:bCs/>
        </w:rPr>
        <w:t xml:space="preserve">poverty at the same time.</w:t>
      </w:r>
      <w:r>
        <w:br/>
      </w:r>
      <w:r>
        <w:t xml:space="preserve">    (a) lessen</w:t>
      </w:r>
      <w:r>
        <w:br/>
      </w:r>
      <w:r>
        <w:t xml:space="preserve">    (b) understand</w:t>
      </w:r>
      <w:r>
        <w:br/>
      </w:r>
      <w:r>
        <w:t xml:space="preserve">    (c) eliminate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consider the accident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anomaly</w:t>
      </w:r>
      <w:r>
        <w:rPr>
          <w:b/>
          <w:bCs/>
        </w:rPr>
        <w:t xml:space="preserve">--not a reason to change standard procedures.</w:t>
      </w:r>
      <w:r>
        <w:br/>
      </w:r>
      <w:r>
        <w:t xml:space="preserve">    (a) unusual occurrence</w:t>
      </w:r>
      <w:r>
        <w:br/>
      </w:r>
      <w:r>
        <w:t xml:space="preserve">    (b) proof of concept</w:t>
      </w:r>
      <w:r>
        <w:br/>
      </w:r>
      <w:r>
        <w:t xml:space="preserve">    (c) normal occurrence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aspiration</w:t>
      </w:r>
      <w:r>
        <w:rPr>
          <w:b/>
          <w:bCs/>
        </w:rPr>
        <w:t xml:space="preserve"> </w:t>
      </w:r>
      <w:r>
        <w:rPr>
          <w:b/>
          <w:bCs/>
        </w:rPr>
        <w:t xml:space="preserve">to travel the world was finally realized when she received a job offer from an international company.</w:t>
      </w:r>
      <w:r>
        <w:br/>
      </w:r>
      <w:r>
        <w:t xml:space="preserve">    (a) payment</w:t>
      </w:r>
      <w:r>
        <w:br/>
      </w:r>
      <w:r>
        <w:t xml:space="preserve">    (b) reason</w:t>
      </w:r>
      <w:r>
        <w:br/>
      </w:r>
      <w:r>
        <w:t xml:space="preserve">    (c) desire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Russia's Lake Baikal, is the world's deepest and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capacious</w:t>
      </w:r>
      <w:r>
        <w:rPr>
          <w:b/>
          <w:bCs/>
        </w:rPr>
        <w:t xml:space="preserve"> </w:t>
      </w:r>
      <w:r>
        <w:rPr>
          <w:b/>
          <w:bCs/>
        </w:rPr>
        <w:t xml:space="preserve">lake.</w:t>
      </w:r>
      <w:r>
        <w:br/>
      </w:r>
      <w:r>
        <w:t xml:space="preserve">    (a) cold</w:t>
      </w:r>
      <w:r>
        <w:br/>
      </w:r>
      <w:r>
        <w:t xml:space="preserve">    (b) large</w:t>
      </w:r>
      <w:r>
        <w:br/>
      </w:r>
      <w:r>
        <w:t xml:space="preserve">    (c) salty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court overturned the ruling--describing it as having been made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capricious</w:t>
      </w:r>
      <w:r>
        <w:rPr>
          <w:b/>
          <w:bCs/>
        </w:rPr>
        <w:t xml:space="preserve"> </w:t>
      </w:r>
      <w:r>
        <w:rPr>
          <w:b/>
          <w:bCs/>
        </w:rPr>
        <w:t xml:space="preserve">manner.</w:t>
      </w:r>
      <w:r>
        <w:br/>
      </w:r>
      <w:r>
        <w:t xml:space="preserve">    (a) biased</w:t>
      </w:r>
      <w:r>
        <w:br/>
      </w:r>
      <w:r>
        <w:t xml:space="preserve">    (b) harmful</w:t>
      </w:r>
      <w:r>
        <w:br/>
      </w:r>
      <w:r>
        <w:t xml:space="preserve">    (c) impulsive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sincere apology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engendered</w:t>
      </w:r>
      <w:r>
        <w:rPr>
          <w:b/>
          <w:bCs/>
        </w:rPr>
        <w:t xml:space="preserve"> </w:t>
      </w:r>
      <w:r>
        <w:rPr>
          <w:b/>
          <w:bCs/>
        </w:rPr>
        <w:t xml:space="preserve">forgiveness from the people she had hurt.</w:t>
      </w:r>
      <w:r>
        <w:br/>
      </w:r>
      <w:r>
        <w:t xml:space="preserve">    (a) refused to accept</w:t>
      </w:r>
      <w:r>
        <w:br/>
      </w:r>
      <w:r>
        <w:t xml:space="preserve">    (b) caused to develop</w:t>
      </w:r>
      <w:r>
        <w:br/>
      </w:r>
      <w:r>
        <w:t xml:space="preserve">    (c) tried to hide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erudite</w:t>
      </w:r>
      <w:r>
        <w:rPr>
          <w:b/>
          <w:bCs/>
        </w:rPr>
        <w:t xml:space="preserve"> </w:t>
      </w:r>
      <w:r>
        <w:rPr>
          <w:b/>
          <w:bCs/>
        </w:rPr>
        <w:t xml:space="preserve">professor gave a fascinating lecture on ancient philosophy.</w:t>
      </w:r>
      <w:r>
        <w:br/>
      </w:r>
      <w:r>
        <w:t xml:space="preserve">    (a) newly hired</w:t>
      </w:r>
      <w:r>
        <w:br/>
      </w:r>
      <w:r>
        <w:t xml:space="preserve">    (b) deeply learned</w:t>
      </w:r>
      <w:r>
        <w:br/>
      </w:r>
      <w:r>
        <w:t xml:space="preserve">    (c) rather forgetful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exulted</w:t>
      </w:r>
      <w:r>
        <w:rPr>
          <w:b/>
          <w:bCs/>
        </w:rPr>
        <w:t xml:space="preserve"> </w:t>
      </w:r>
      <w:r>
        <w:rPr>
          <w:b/>
          <w:bCs/>
        </w:rPr>
        <w:t xml:space="preserve">in the victory.</w:t>
      </w:r>
      <w:r>
        <w:br/>
      </w:r>
      <w:r>
        <w:t xml:space="preserve">    (a) finally rested</w:t>
      </w:r>
      <w:r>
        <w:br/>
      </w:r>
      <w:r>
        <w:t xml:space="preserve">    (b) sang</w:t>
      </w:r>
      <w:r>
        <w:br/>
      </w:r>
      <w:r>
        <w:t xml:space="preserve">    (c) felt extreme happiness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appreciate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forbearance</w:t>
      </w:r>
      <w:r>
        <w:rPr>
          <w:b/>
          <w:bCs/>
        </w:rPr>
        <w:t xml:space="preserve">.</w:t>
      </w:r>
      <w:r>
        <w:br/>
      </w:r>
      <w:r>
        <w:t xml:space="preserve">    (a) patience or tolerance</w:t>
      </w:r>
      <w:r>
        <w:br/>
      </w:r>
      <w:r>
        <w:t xml:space="preserve">    (b) financial loan</w:t>
      </w:r>
      <w:r>
        <w:br/>
      </w:r>
      <w:r>
        <w:t xml:space="preserve">    (c) family concerns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Visitors spoke softly as they entered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hallowed</w:t>
      </w:r>
      <w:r>
        <w:rPr>
          <w:b/>
          <w:bCs/>
        </w:rPr>
        <w:t xml:space="preserve"> </w:t>
      </w:r>
      <w:r>
        <w:rPr>
          <w:b/>
          <w:bCs/>
        </w:rPr>
        <w:t xml:space="preserve">memorial.</w:t>
      </w:r>
      <w:r>
        <w:br/>
      </w:r>
      <w:r>
        <w:t xml:space="preserve">    (a) open to everyone</w:t>
      </w:r>
      <w:r>
        <w:br/>
      </w:r>
      <w:r>
        <w:t xml:space="preserve">    (b) deeply respected</w:t>
      </w:r>
      <w:r>
        <w:br/>
      </w:r>
      <w:r>
        <w:t xml:space="preserve">    (c) newly repaired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prophet warned the villagers against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idolatry</w:t>
      </w:r>
      <w:r>
        <w:rPr>
          <w:b/>
          <w:bCs/>
        </w:rPr>
        <w:t xml:space="preserve"> </w:t>
      </w:r>
      <w:r>
        <w:rPr>
          <w:b/>
          <w:bCs/>
        </w:rPr>
        <w:t xml:space="preserve">and worship of false gods.</w:t>
      </w:r>
      <w:r>
        <w:br/>
      </w:r>
      <w:r>
        <w:t xml:space="preserve">    (a) worship of physical idols</w:t>
      </w:r>
      <w:r>
        <w:br/>
      </w:r>
      <w:r>
        <w:t xml:space="preserve">    (b) rejection of all beliefs</w:t>
      </w:r>
      <w:r>
        <w:br/>
      </w:r>
      <w:r>
        <w:t xml:space="preserve">    (c) doubt about religion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imbued</w:t>
      </w:r>
      <w:r>
        <w:rPr>
          <w:b/>
          <w:bCs/>
        </w:rPr>
        <w:t xml:space="preserve"> </w:t>
      </w:r>
      <w:r>
        <w:rPr>
          <w:b/>
          <w:bCs/>
        </w:rPr>
        <w:t xml:space="preserve">from infancy with a sense that life should be fair.</w:t>
      </w:r>
      <w:r>
        <w:br/>
      </w:r>
      <w:r>
        <w:t xml:space="preserve">    (a) filled</w:t>
      </w:r>
      <w:r>
        <w:br/>
      </w:r>
      <w:r>
        <w:t xml:space="preserve">    (b) misled</w:t>
      </w:r>
      <w:r>
        <w:br/>
      </w:r>
      <w:r>
        <w:t xml:space="preserve">    (c) discouraged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made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impetuous</w:t>
      </w:r>
      <w:r>
        <w:rPr>
          <w:b/>
          <w:bCs/>
        </w:rPr>
        <w:t xml:space="preserve"> </w:t>
      </w:r>
      <w:r>
        <w:rPr>
          <w:b/>
          <w:bCs/>
        </w:rPr>
        <w:t xml:space="preserve">purchase, buying the car without test-driving it first.</w:t>
      </w:r>
      <w:r>
        <w:br/>
      </w:r>
      <w:r>
        <w:t xml:space="preserve">    (a) wealthy</w:t>
      </w:r>
      <w:r>
        <w:br/>
      </w:r>
      <w:r>
        <w:t xml:space="preserve">    (b) impulsive</w:t>
      </w:r>
      <w:r>
        <w:br/>
      </w:r>
      <w:r>
        <w:t xml:space="preserve">    (c) cautious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thrives at sifting through that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detail.</w:t>
      </w:r>
      <w:r>
        <w:br/>
      </w:r>
      <w:r>
        <w:t xml:space="preserve">    (a) including even small considerations</w:t>
      </w:r>
      <w:r>
        <w:br/>
      </w:r>
      <w:r>
        <w:t xml:space="preserve">    (b) quickly eliminated</w:t>
      </w:r>
      <w:r>
        <w:br/>
      </w:r>
      <w:r>
        <w:t xml:space="preserve">    (c) available from prior research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critics described the gaudy hotel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monstrosity</w:t>
      </w:r>
      <w:r>
        <w:rPr>
          <w:b/>
          <w:bCs/>
        </w:rPr>
        <w:t xml:space="preserve">.</w:t>
      </w:r>
      <w:r>
        <w:br/>
      </w:r>
      <w:r>
        <w:t xml:space="preserve">    (a) a lovely sight</w:t>
      </w:r>
      <w:r>
        <w:br/>
      </w:r>
      <w:r>
        <w:t xml:space="preserve">    (b) a tiny gem</w:t>
      </w:r>
      <w:r>
        <w:br/>
      </w:r>
      <w:r>
        <w:t xml:space="preserve">    (c) an ugly eyesore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tone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peremptory</w:t>
      </w:r>
      <w:r>
        <w:rPr>
          <w:b/>
          <w:bCs/>
        </w:rPr>
        <w:t xml:space="preserve">, preventing argument or disagreement.</w:t>
      </w:r>
      <w:r>
        <w:br/>
      </w:r>
      <w:r>
        <w:t xml:space="preserve">    (a) not in line with her usual manner</w:t>
      </w:r>
      <w:r>
        <w:br/>
      </w:r>
      <w:r>
        <w:t xml:space="preserve">    (b) not allowing contradiction or refusal</w:t>
      </w:r>
      <w:r>
        <w:br/>
      </w:r>
      <w:r>
        <w:t xml:space="preserve">    (c) more rushed than usual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Top athletes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persevere</w:t>
      </w:r>
      <w:r>
        <w:rPr>
          <w:b/>
          <w:bCs/>
        </w:rPr>
        <w:t xml:space="preserve"> </w:t>
      </w:r>
      <w:r>
        <w:rPr>
          <w:b/>
          <w:bCs/>
        </w:rPr>
        <w:t xml:space="preserve">through pain to reach their goals.</w:t>
      </w:r>
      <w:r>
        <w:br/>
      </w:r>
      <w:r>
        <w:t xml:space="preserve">    (a) push on through hardship</w:t>
      </w:r>
      <w:r>
        <w:br/>
      </w:r>
      <w:r>
        <w:t xml:space="preserve">    (b) give up at first try</w:t>
      </w:r>
      <w:r>
        <w:br/>
      </w:r>
      <w:r>
        <w:t xml:space="preserve">    (c) rest before any effort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Have you read MLK's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poignant</w:t>
      </w:r>
      <w:r>
        <w:rPr>
          <w:b/>
          <w:bCs/>
        </w:rPr>
        <w:t xml:space="preserve"> </w:t>
      </w:r>
      <w:r>
        <w:rPr>
          <w:b/>
          <w:bCs/>
        </w:rPr>
        <w:t xml:space="preserve">"Letter from Birmingham Jail"?</w:t>
      </w:r>
      <w:r>
        <w:br/>
      </w:r>
      <w:r>
        <w:t xml:space="preserve">    (a) long</w:t>
      </w:r>
      <w:r>
        <w:br/>
      </w:r>
      <w:r>
        <w:t xml:space="preserve">    (b) logically compelling</w:t>
      </w:r>
      <w:r>
        <w:br/>
      </w:r>
      <w:r>
        <w:t xml:space="preserve">    (c) arousing deep emotion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months of practice, she gained enough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proficiency</w:t>
      </w:r>
      <w:r>
        <w:rPr>
          <w:b/>
          <w:bCs/>
        </w:rPr>
        <w:t xml:space="preserve"> </w:t>
      </w:r>
      <w:r>
        <w:rPr>
          <w:b/>
          <w:bCs/>
        </w:rPr>
        <w:t xml:space="preserve">in Spanish to hold a simple conversation.</w:t>
      </w:r>
      <w:r>
        <w:br/>
      </w:r>
      <w:r>
        <w:t xml:space="preserve">    (a) skill</w:t>
      </w:r>
      <w:r>
        <w:br/>
      </w:r>
      <w:r>
        <w:t xml:space="preserve">    (b) permission</w:t>
      </w:r>
      <w:r>
        <w:br/>
      </w:r>
      <w:r>
        <w:t xml:space="preserve">    (c) interest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2026-07-31T17:12:11Z</dcterms:created>
  <dcterms:modified xsi:type="dcterms:W3CDTF">2026-07-31T17:12:11Z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