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96ddb33bb0cb48569624a32b40091de2c4299e"/>
    <w:p>
      <w:pPr>
        <w:pStyle w:val="Heading1"/>
      </w:pPr>
      <w:r>
        <w:rPr>
          <w:b/>
          <w:bCs/>
        </w:rPr>
        <w:t xml:space="preserve">Ligeia</w:t>
      </w:r>
      <w:r>
        <w:br/>
      </w:r>
      <w:r>
        <w:rPr>
          <w:i/>
          <w:iCs/>
        </w:rPr>
        <w:t xml:space="preserve">Edgar Allan Poe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Who knoweth the mysteries of the will, with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vigor</w:t>
      </w:r>
      <w:r>
        <w:rPr>
          <w:b/>
          <w:bCs/>
        </w:rPr>
        <w:t xml:space="preserve">?</w:t>
      </w:r>
      <w:r>
        <w:br/>
      </w:r>
      <w:r>
        <w:t xml:space="preserve">    (a) lacking things most people enjoy</w:t>
      </w:r>
      <w:r>
        <w:br/>
      </w:r>
      <w:r>
        <w:t xml:space="preserve">    (b) strength, energy, or good health</w:t>
      </w:r>
      <w:r>
        <w:br/>
      </w:r>
      <w:r>
        <w:t xml:space="preserve">    (c) opposed to people who are Jewish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God is but a great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pervading</w:t>
      </w:r>
      <w:r>
        <w:rPr>
          <w:b/>
          <w:bCs/>
        </w:rPr>
        <w:t xml:space="preserve"> </w:t>
      </w:r>
      <w:r>
        <w:rPr>
          <w:b/>
          <w:bCs/>
        </w:rPr>
        <w:t xml:space="preserve">all things by nature of its intentness.</w:t>
      </w:r>
      <w:r>
        <w:br/>
      </w:r>
      <w:r>
        <w:t xml:space="preserve">    (a) happening repeatedly</w:t>
      </w:r>
      <w:r>
        <w:br/>
      </w:r>
      <w:r>
        <w:t xml:space="preserve">    (b) spreading or filling</w:t>
      </w:r>
      <w:r>
        <w:br/>
      </w:r>
      <w:r>
        <w:t xml:space="preserve">    (c) working or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Long years have since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elapsed</w:t>
      </w:r>
      <w:r>
        <w:rPr>
          <w:b/>
          <w:bCs/>
        </w:rPr>
        <w:t xml:space="preserve">, and my memory is feeble through much suffering.</w:t>
      </w:r>
      <w:r>
        <w:br/>
      </w:r>
      <w:r>
        <w:t xml:space="preserve">    (a) took on as one's own</w:t>
      </w:r>
      <w:r>
        <w:br/>
      </w:r>
      <w:r>
        <w:t xml:space="preserve">    (b) of time:  to pass by</w:t>
      </w:r>
      <w:r>
        <w:br/>
      </w:r>
      <w:r>
        <w:t xml:space="preserve">    (c) began fighting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now, while I write,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recollection</w:t>
      </w:r>
      <w:r>
        <w:rPr>
          <w:b/>
          <w:bCs/>
        </w:rPr>
        <w:t xml:space="preserve"> </w:t>
      </w:r>
      <w:r>
        <w:rPr>
          <w:b/>
          <w:bCs/>
        </w:rPr>
        <w:t xml:space="preserve">flashes upon me that I have never known the paternal name of her who was my friend and my betrothed, and who became the partner of my studies, and finally the wife of my bosom.</w:t>
      </w:r>
      <w:r>
        <w:br/>
      </w:r>
      <w:r>
        <w:t xml:space="preserve">    (a) result</w:t>
      </w:r>
      <w:r>
        <w:br/>
      </w:r>
      <w:r>
        <w:t xml:space="preserve">    (b) battle</w:t>
      </w:r>
      <w:r>
        <w:br/>
      </w:r>
      <w:r>
        <w:t xml:space="preserve">    (c) memory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 in vain attempt to portray the majesty, the quiet ease, of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demeanor</w:t>
      </w:r>
      <w:r>
        <w:rPr>
          <w:b/>
          <w:bCs/>
        </w:rPr>
        <w:t xml:space="preserve">, or the incomprehensible lightness and elasticity of her footfall.</w:t>
      </w:r>
      <w:r>
        <w:br/>
      </w:r>
      <w:r>
        <w:t xml:space="preserve">    (a) lacking experience or sophistication</w:t>
      </w:r>
      <w:r>
        <w:br/>
      </w:r>
      <w:r>
        <w:t xml:space="preserve">    (b) the manner in which a person behaves</w:t>
      </w:r>
      <w:r>
        <w:br/>
      </w:r>
      <w:r>
        <w:t xml:space="preserve">    (c) a Muslim religious teacher or leader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 radiance of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opium</w:t>
      </w:r>
      <w:r>
        <w:rPr>
          <w:b/>
          <w:bCs/>
        </w:rPr>
        <w:t xml:space="preserve">-dream—an airy and spirit-lifting vision more wildly divine than the phantasies which hovered vision about the slumbering souls of the daughters of Delos.</w:t>
      </w:r>
      <w:r>
        <w:br/>
      </w:r>
      <w:r>
        <w:t xml:space="preserve">    (a) a powerful narcotic</w:t>
      </w:r>
      <w:r>
        <w:br/>
      </w:r>
      <w:r>
        <w:t xml:space="preserve">    (b) a powerful herbal remedy</w:t>
      </w:r>
      <w:r>
        <w:br/>
      </w:r>
      <w:r>
        <w:t xml:space="preserve">    (c) a powerful cooking additive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 majesty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!</w:t>
      </w:r>
      <w:r>
        <w:br/>
      </w:r>
      <w:r>
        <w:t xml:space="preserve">    (a) the quality of being sensible and careful</w:t>
      </w:r>
      <w:r>
        <w:br/>
      </w:r>
      <w:r>
        <w:t xml:space="preserve">    (b) wonderful</w:t>
      </w:r>
      <w:r>
        <w:br/>
      </w:r>
      <w:r>
        <w:t xml:space="preserve">    (c) unable or difficult to meet and talk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 the same luxurious smoothness of surface, the same scarcely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perceptible</w:t>
      </w:r>
      <w:r>
        <w:rPr>
          <w:b/>
          <w:bCs/>
        </w:rPr>
        <w:t xml:space="preserve"> </w:t>
      </w:r>
      <w:r>
        <w:rPr>
          <w:b/>
          <w:bCs/>
        </w:rPr>
        <w:t xml:space="preserve">tendency to the aquiline, the same harmoniously curved nostrils speaking the free spirit.</w:t>
      </w:r>
      <w:r>
        <w:br/>
      </w:r>
      <w:r>
        <w:t xml:space="preserve">    (a) capable of being noticed</w:t>
      </w:r>
      <w:r>
        <w:br/>
      </w:r>
      <w:r>
        <w:t xml:space="preserve">    (b) the state of being awake</w:t>
      </w:r>
      <w:r>
        <w:br/>
      </w:r>
      <w:r>
        <w:t xml:space="preserve">    (c) able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might have been, too, that in these eyes of my beloved lay the secret to which Lord Verulam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alludes</w:t>
      </w:r>
      <w:r>
        <w:rPr>
          <w:b/>
          <w:bCs/>
        </w:rPr>
        <w:t xml:space="preserve">.</w:t>
      </w:r>
      <w:r>
        <w:br/>
      </w:r>
      <w:r>
        <w:t xml:space="preserve">    (a) makes an indirect reference</w:t>
      </w:r>
      <w:r>
        <w:br/>
      </w:r>
      <w:r>
        <w:t xml:space="preserve">    (b) covers up (to hide a wrong)</w:t>
      </w:r>
      <w:r>
        <w:br/>
      </w:r>
      <w:r>
        <w:t xml:space="preserve">    (c) draws pictures to accompany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thus how frequently, in my intense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scrutiny</w:t>
      </w:r>
      <w:r>
        <w:rPr>
          <w:b/>
          <w:bCs/>
        </w:rPr>
        <w:t xml:space="preserve"> </w:t>
      </w:r>
      <w:r>
        <w:rPr>
          <w:b/>
          <w:bCs/>
        </w:rPr>
        <w:t xml:space="preserve">of Ligeia's eyes, have I felt approaching the full knowledge of their expression—felt it approaching—yet not quite be mine—and so at length entirely depart!</w:t>
      </w:r>
      <w:r>
        <w:br/>
      </w:r>
      <w:r>
        <w:t xml:space="preserve">    (a) the best or most important</w:t>
      </w:r>
      <w:r>
        <w:br/>
      </w:r>
      <w:r>
        <w:t xml:space="preserve">    (b) a secret agreement or plot</w:t>
      </w:r>
      <w:r>
        <w:br/>
      </w:r>
      <w:r>
        <w:t xml:space="preserve">    (c) careful look or inspection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Length of years,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subsequent</w:t>
      </w:r>
      <w:r>
        <w:rPr>
          <w:b/>
          <w:bCs/>
        </w:rPr>
        <w:t xml:space="preserve"> </w:t>
      </w:r>
      <w:r>
        <w:rPr>
          <w:b/>
          <w:bCs/>
        </w:rPr>
        <w:t xml:space="preserve">reflection, have enabled me to trace, indeed, some remote connection between this passage in the English moralist and a portion of the character of Ligeia.</w:t>
      </w:r>
      <w:r>
        <w:br/>
      </w:r>
      <w:r>
        <w:t xml:space="preserve">    (a) the state of being awake</w:t>
      </w:r>
      <w:r>
        <w:br/>
      </w:r>
      <w:r>
        <w:t xml:space="preserve">    (b) following something else</w:t>
      </w:r>
      <w:r>
        <w:br/>
      </w:r>
      <w:r>
        <w:t xml:space="preserve">    (c) able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Length of years, and subsequent reflection, have enabled me to trace, indeed, some remote connection between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passage</w:t>
      </w:r>
      <w:r>
        <w:rPr>
          <w:b/>
          <w:bCs/>
        </w:rPr>
        <w:t xml:space="preserve"> </w:t>
      </w:r>
      <w:r>
        <w:rPr>
          <w:b/>
          <w:bCs/>
        </w:rPr>
        <w:t xml:space="preserve">in the English moralist and a portion of the character of Ligeia.</w:t>
      </w:r>
      <w:r>
        <w:br/>
      </w:r>
      <w:r>
        <w:t xml:space="preserve">    (a) a short part of a longer written work</w:t>
      </w:r>
      <w:r>
        <w:br/>
      </w:r>
      <w:r>
        <w:t xml:space="preserve">    (b) the act of stopping a battle or fight</w:t>
      </w:r>
      <w:r>
        <w:br/>
      </w:r>
      <w:r>
        <w:t xml:space="preserve">    (c) dense, rainy forest with many species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all the women whom I have ever known, she, the outwardly calm, the ever-</w:t>
      </w:r>
      <w:r>
        <w:rPr>
          <w:b/>
          <w:bCs/>
          <w:u w:val="single"/>
        </w:rPr>
        <w:t xml:space="preserve">placid</w:t>
      </w:r>
      <w:r>
        <w:rPr>
          <w:b/>
          <w:bCs/>
        </w:rPr>
        <w:t xml:space="preserve"> </w:t>
      </w:r>
      <w:r>
        <w:rPr>
          <w:b/>
          <w:bCs/>
        </w:rPr>
        <w:t xml:space="preserve">Ligeia, was the most violently a prey to the tumultuous vultures of stern passion.</w:t>
      </w:r>
      <w:r>
        <w:br/>
      </w:r>
      <w:r>
        <w:t xml:space="preserve">    (a) not attractive or desirable</w:t>
      </w:r>
      <w:r>
        <w:br/>
      </w:r>
      <w:r>
        <w:t xml:space="preserve">    (b) related to being antisocial</w:t>
      </w:r>
      <w:r>
        <w:br/>
      </w:r>
      <w:r>
        <w:t xml:space="preserve">    (c) calm and not easily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saw not then what I now clearly perceive, that the acquisitions of Ligeia were gigantic, were astounding; yet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sufficiently</w:t>
      </w:r>
      <w:r>
        <w:rPr>
          <w:b/>
          <w:bCs/>
        </w:rPr>
        <w:t xml:space="preserve"> </w:t>
      </w:r>
      <w:r>
        <w:rPr>
          <w:b/>
          <w:bCs/>
        </w:rPr>
        <w:t xml:space="preserve">aware of her infinite supremacy to resign myself, with a child-like confidence, to her guidance through the chaotic world of metaphysical investigation at which I was most busily occupied during the earlier years of our marriage.</w:t>
      </w:r>
      <w:r>
        <w:br/>
      </w:r>
      <w:r>
        <w:t xml:space="preserve">    (a) adequately (in a manner that provides enough -- often without being more than is needed)</w:t>
      </w:r>
      <w:r>
        <w:br/>
      </w:r>
      <w:r>
        <w:t xml:space="preserve">    (b) done in a rude or unfriendly manner because of using too few words or moving too quickly</w:t>
      </w:r>
      <w:r>
        <w:br/>
      </w:r>
      <w:r>
        <w:t xml:space="preserve">    (c) in a manner that relates to questions that cannot be answered with the scientific method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 not until the last instance, amid the most convulsive writhings of her fierce spirit, was shaken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external</w:t>
      </w:r>
      <w:r>
        <w:rPr>
          <w:b/>
          <w:bCs/>
        </w:rPr>
        <w:t xml:space="preserve"> </w:t>
      </w:r>
      <w:r>
        <w:rPr>
          <w:b/>
          <w:bCs/>
        </w:rPr>
        <w:t xml:space="preserve">placidity of her demeanor.</w:t>
      </w:r>
      <w:r>
        <w:br/>
      </w:r>
      <w:r>
        <w:t xml:space="preserve">    (a) various</w:t>
      </w:r>
      <w:r>
        <w:br/>
      </w:r>
      <w:r>
        <w:t xml:space="preserve">    (b) outside</w:t>
      </w:r>
      <w:r>
        <w:br/>
      </w:r>
      <w:r>
        <w:t xml:space="preserve">    (c) certain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unmerited, all unworthily bestowed, I at length recognized the principle of her longing with so wildly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</w:t>
      </w:r>
      <w:r>
        <w:rPr>
          <w:b/>
          <w:bCs/>
        </w:rPr>
        <w:t xml:space="preserve"> </w:t>
      </w:r>
      <w:r>
        <w:rPr>
          <w:b/>
          <w:bCs/>
        </w:rPr>
        <w:t xml:space="preserve">a desire for the life which was now fleeing so rapidly away.</w:t>
      </w:r>
      <w:r>
        <w:br/>
      </w:r>
      <w:r>
        <w:t xml:space="preserve">    (a) good or beneficial</w:t>
      </w:r>
      <w:r>
        <w:br/>
      </w:r>
      <w:r>
        <w:t xml:space="preserve">    (b) sincere or serious</w:t>
      </w:r>
      <w:r>
        <w:br/>
      </w:r>
      <w:r>
        <w:t xml:space="preserve">    (c) impossible to find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blood-red thing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writhes</w:t>
      </w:r>
      <w:r>
        <w:rPr>
          <w:b/>
          <w:bCs/>
        </w:rPr>
        <w:t xml:space="preserve"> </w:t>
      </w:r>
      <w:r>
        <w:rPr>
          <w:b/>
          <w:bCs/>
        </w:rPr>
        <w:t xml:space="preserve">from out The scenic solitude!</w:t>
      </w:r>
      <w:r>
        <w:br/>
      </w:r>
      <w:r>
        <w:t xml:space="preserve">    (a) moves in a twisting or contorted motion</w:t>
      </w:r>
      <w:r>
        <w:br/>
      </w:r>
      <w:r>
        <w:t xml:space="preserve">    (b) protects something or keeps it as it is</w:t>
      </w:r>
      <w:r>
        <w:br/>
      </w:r>
      <w:r>
        <w:t xml:space="preserve">    (c) examines in detail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over each quivering form, The curtain, a funeral pall, Comes down with the rush of a storm, And the angels,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pallid</w:t>
      </w:r>
      <w:r>
        <w:rPr>
          <w:b/>
          <w:bCs/>
        </w:rPr>
        <w:t xml:space="preserve"> </w:t>
      </w:r>
      <w:r>
        <w:rPr>
          <w:b/>
          <w:bCs/>
        </w:rPr>
        <w:t xml:space="preserve">and wan, Uprising, unveiling, affirm That the play is the tragedy, "Man," And its hero the Conqueror Worm.</w:t>
      </w:r>
      <w:r>
        <w:br/>
      </w:r>
      <w:r>
        <w:t xml:space="preserve">    (a) mental weakness caused by old age; or describing a medical condition as caused by old age</w:t>
      </w:r>
      <w:r>
        <w:br/>
      </w:r>
      <w:r>
        <w:t xml:space="preserve">    (b) abnormally pale (lacking healthy skin color); or anything that lacks energy or liveliness</w:t>
      </w:r>
      <w:r>
        <w:br/>
      </w:r>
      <w:r>
        <w:t xml:space="preserve">    (c) relating to a government, country, or ruling family of a country ruled by a king of queen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room lay in a high turret of the castellated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abbey</w:t>
      </w:r>
      <w:r>
        <w:rPr>
          <w:b/>
          <w:bCs/>
        </w:rPr>
        <w:t xml:space="preserve">, was pentagonal in shape, and of capacious size.</w:t>
      </w:r>
      <w:r>
        <w:br/>
      </w:r>
      <w:r>
        <w:t xml:space="preserve">    (a) a building where monks or nuns live or lived; or a church associated with such a building</w:t>
      </w:r>
      <w:r>
        <w:br/>
      </w:r>
      <w:r>
        <w:t xml:space="preserve">    (b) a large cathedral open to the public</w:t>
      </w:r>
      <w:r>
        <w:br/>
      </w:r>
      <w:r>
        <w:t xml:space="preserve">    (c) a small, rural parish church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 short period it was certain, however, that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relapse</w:t>
      </w:r>
      <w:r>
        <w:rPr>
          <w:b/>
          <w:bCs/>
        </w:rPr>
        <w:t xml:space="preserve"> </w:t>
      </w:r>
      <w:r>
        <w:rPr>
          <w:b/>
          <w:bCs/>
        </w:rPr>
        <w:t xml:space="preserve">had taken place; the color disappeared from both eyelid and cheek, leaving a wanness even more than that of marble; the lips became doubly shrivelled and pinched up in the ghastly expression of death; a repulsive clamminess and coldness overspread rapidly the surface of the body; and all the usual rigorous illness immediately supervened.</w:t>
      </w:r>
      <w:r>
        <w:br/>
      </w:r>
      <w:r>
        <w:t xml:space="preserve">    (a) keep busy thinking about or doing something</w:t>
      </w:r>
      <w:r>
        <w:br/>
      </w:r>
      <w:r>
        <w:t xml:space="preserve">    (b) return to an undesirable previous condition</w:t>
      </w:r>
      <w:r>
        <w:br/>
      </w:r>
      <w:r>
        <w:t xml:space="preserve">    (c) cancel or annul a formal ruling or contract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2026-05-20T03:48:31Z</dcterms:created>
  <dcterms:modified xsi:type="dcterms:W3CDTF">2026-05-20T03:48:31Z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