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f16355a300593d015ed8184221512b23d124dd"/>
    <w:p>
      <w:pPr>
        <w:pStyle w:val="Heading1"/>
      </w:pPr>
      <w:r>
        <w:rPr>
          <w:b/>
          <w:bCs/>
        </w:rPr>
        <w:t xml:space="preserve">Life of Pi</w:t>
      </w:r>
      <w:r>
        <w:br/>
      </w:r>
      <w:r>
        <w:rPr>
          <w:i/>
          <w:iCs/>
        </w:rPr>
        <w:t xml:space="preserve">Yann Martel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widely available</w:t>
      </w:r>
      <w:r>
        <w:br/>
      </w:r>
      <w:r>
        <w:t xml:space="preserve">    (b) highly disputed</w:t>
      </w:r>
      <w:r>
        <w:br/>
      </w:r>
      <w:r>
        <w:t xml:space="preserve">    (c) extremely scarce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changed</w:t>
      </w:r>
      <w:r>
        <w:br/>
      </w:r>
      <w:r>
        <w:t xml:space="preserve">    (b) read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is remembered</w:t>
      </w:r>
      <w:r>
        <w:br/>
      </w:r>
      <w:r>
        <w:t xml:space="preserve">    (b) continues</w:t>
      </w:r>
      <w:r>
        <w:br/>
      </w:r>
      <w:r>
        <w:t xml:space="preserve">    (c) gets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think about</w:t>
      </w:r>
      <w:r>
        <w:br/>
      </w:r>
      <w:r>
        <w:t xml:space="preserve">    (b) avoid</w:t>
      </w:r>
      <w:r>
        <w:br/>
      </w:r>
      <w:r>
        <w:t xml:space="preserve">    (c) assign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wooden boat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buoyant</w:t>
      </w:r>
      <w:r>
        <w:rPr>
          <w:b/>
          <w:bCs/>
        </w:rPr>
        <w:t xml:space="preserve"> </w:t>
      </w:r>
      <w:r>
        <w:rPr>
          <w:b/>
          <w:bCs/>
        </w:rPr>
        <w:t xml:space="preserve">even without a captured pocket of air.</w:t>
      </w:r>
      <w:r>
        <w:br/>
      </w:r>
      <w:r>
        <w:t xml:space="preserve">    (a) tends to float</w:t>
      </w:r>
      <w:r>
        <w:br/>
      </w:r>
      <w:r>
        <w:t xml:space="preserve">    (b) is stable</w:t>
      </w:r>
      <w:r>
        <w:br/>
      </w:r>
      <w:r>
        <w:t xml:space="preserve">    (c) very strong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bear species are omnivorous, but individuals' diets can range from almost exclusively herbivorous to almost exclusively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carnivorous</w:t>
      </w:r>
      <w:r>
        <w:rPr>
          <w:b/>
          <w:bCs/>
        </w:rPr>
        <w:t xml:space="preserve"> </w:t>
      </w:r>
      <w:r>
        <w:rPr>
          <w:b/>
          <w:bCs/>
        </w:rPr>
        <w:t xml:space="preserve">depending on what food sources are available locally and seasonally.</w:t>
      </w:r>
      <w:r>
        <w:br/>
      </w:r>
      <w:r>
        <w:t xml:space="preserve">    (a) meat-eating</w:t>
      </w:r>
      <w:r>
        <w:br/>
      </w:r>
      <w:r>
        <w:t xml:space="preserve">    (b) both meat-eating and plant-eating</w:t>
      </w:r>
      <w:r>
        <w:br/>
      </w:r>
      <w:r>
        <w:t xml:space="preserve">    (c) plant-eating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most countries,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is to shake the head to indicate "no", but in Bulgaria that indicates "yes".</w:t>
      </w:r>
      <w:r>
        <w:br/>
      </w:r>
      <w:r>
        <w:t xml:space="preserve">    (a) movement</w:t>
      </w:r>
      <w:r>
        <w:br/>
      </w:r>
      <w:r>
        <w:t xml:space="preserve">    (b) agreement</w:t>
      </w:r>
      <w:r>
        <w:br/>
      </w:r>
      <w:r>
        <w:t xml:space="preserve">    (c) normal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signed the United Nations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Torture.</w:t>
      </w:r>
      <w:r>
        <w:br/>
      </w:r>
      <w:r>
        <w:t xml:space="preserve">    (a) written study with findings</w:t>
      </w:r>
      <w:r>
        <w:br/>
      </w:r>
      <w:r>
        <w:t xml:space="preserve">    (b) written international agreement</w:t>
      </w:r>
      <w:r>
        <w:br/>
      </w:r>
      <w:r>
        <w:t xml:space="preserve">    (c) a large conference or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antelope.</w:t>
      </w:r>
      <w:r>
        <w:br/>
      </w:r>
      <w:r>
        <w:t xml:space="preserve">    (a) killed</w:t>
      </w:r>
      <w:r>
        <w:br/>
      </w:r>
      <w:r>
        <w:t xml:space="preserve">    (b) caught</w:t>
      </w:r>
      <w:r>
        <w:br/>
      </w:r>
      <w:r>
        <w:t xml:space="preserve">    (c) 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devours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written about him.</w:t>
      </w:r>
      <w:r>
        <w:br/>
      </w:r>
      <w:r>
        <w:t xml:space="preserve">    (a) discusses with friends</w:t>
      </w:r>
      <w:r>
        <w:br/>
      </w:r>
      <w:r>
        <w:t xml:space="preserve">    (b) is careful to avoid</w:t>
      </w:r>
      <w:r>
        <w:br/>
      </w:r>
      <w:r>
        <w:t xml:space="preserve">    (c) reads with eager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proves</w:t>
      </w:r>
      <w:r>
        <w:br/>
      </w:r>
      <w:r>
        <w:t xml:space="preserve">    (b) disproves</w:t>
      </w:r>
      <w:r>
        <w:br/>
      </w:r>
      <w:r>
        <w:t xml:space="preserve">    (c) makes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chosen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imam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his knowledge and good character.</w:t>
      </w:r>
      <w:r>
        <w:br/>
      </w:r>
      <w:r>
        <w:t xml:space="preserve">    (a) federal judge</w:t>
      </w:r>
      <w:r>
        <w:br/>
      </w:r>
      <w:r>
        <w:t xml:space="preserve">    (b) Muslim leader</w:t>
      </w:r>
      <w:r>
        <w:br/>
      </w:r>
      <w:r>
        <w:t xml:space="preserve">    (c) politician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value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</w:t>
      </w:r>
      <w:r>
        <w:rPr>
          <w:b/>
          <w:bCs/>
        </w:rPr>
        <w:t xml:space="preserve"> </w:t>
      </w:r>
      <w:r>
        <w:rPr>
          <w:b/>
          <w:bCs/>
        </w:rPr>
        <w:t xml:space="preserve">is needed to calculate any circle's area.</w:t>
      </w:r>
      <w:r>
        <w:br/>
      </w:r>
      <w:r>
        <w:t xml:space="preserve">    (a) a triangle's height</w:t>
      </w:r>
      <w:r>
        <w:br/>
      </w:r>
      <w:r>
        <w:t xml:space="preserve">    (b) the circle ratio</w:t>
      </w:r>
      <w:r>
        <w:br/>
      </w:r>
      <w:r>
        <w:t xml:space="preserve">    (c) a square's diagonal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happy</w:t>
      </w:r>
      <w:r>
        <w:br/>
      </w:r>
      <w:r>
        <w:t xml:space="preserve">    (b) pretty sure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minor and unnoticed</w:t>
      </w:r>
      <w:r>
        <w:br/>
      </w:r>
      <w:r>
        <w:t xml:space="preserve">    (b) harmful or damaging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set at a high price only the military could afford</w:t>
      </w:r>
      <w:r>
        <w:br/>
      </w:r>
      <w:r>
        <w:t xml:space="preserve">    (c) imported in small amounts from many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author used gloomy weather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a depressing situation.</w:t>
      </w:r>
      <w:r>
        <w:br/>
      </w:r>
      <w:r>
        <w:t xml:space="preserve">    (a) express</w:t>
      </w:r>
      <w:r>
        <w:br/>
      </w:r>
      <w:r>
        <w:t xml:space="preserve">    (b) distract from</w:t>
      </w:r>
      <w:r>
        <w:br/>
      </w:r>
      <w:r>
        <w:t xml:space="preserve">    (c) make interesting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stop signs in this neighborhood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light, so you won't miss them even if there isn't a nearby streetlight.</w:t>
      </w:r>
      <w:r>
        <w:br/>
      </w:r>
      <w:r>
        <w:t xml:space="preserve">    (a) bounce back</w:t>
      </w:r>
      <w:r>
        <w:br/>
      </w:r>
      <w:r>
        <w:t xml:space="preserve">    (b) absorb</w:t>
      </w:r>
      <w:r>
        <w:br/>
      </w:r>
      <w:r>
        <w:t xml:space="preserve">    (c)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sloth</w:t>
      </w:r>
      <w:r>
        <w:rPr>
          <w:b/>
          <w:bCs/>
        </w:rPr>
        <w:t xml:space="preserve"> </w:t>
      </w:r>
      <w:r>
        <w:rPr>
          <w:b/>
          <w:bCs/>
        </w:rPr>
        <w:t xml:space="preserve">is hanging upside down in that tree.</w:t>
      </w:r>
      <w:r>
        <w:br/>
      </w:r>
      <w:r>
        <w:t xml:space="preserve">    (a) a type of animal that imitates bird songs</w:t>
      </w:r>
      <w:r>
        <w:br/>
      </w:r>
      <w:r>
        <w:t xml:space="preserve">    (b) a type of animal that moves very slowly</w:t>
      </w:r>
      <w:r>
        <w:br/>
      </w:r>
      <w:r>
        <w:t xml:space="preserve">    (c) a type of animal with odd mating habits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thought that there are over 20,000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of ants.</w:t>
      </w:r>
      <w:r>
        <w:br/>
      </w:r>
      <w:r>
        <w:t xml:space="preserve">    (a) different categories</w:t>
      </w:r>
      <w:r>
        <w:br/>
      </w:r>
      <w:r>
        <w:t xml:space="preserve">    (b) different diets</w:t>
      </w:r>
      <w:r>
        <w:br/>
      </w:r>
      <w:r>
        <w:t xml:space="preserve">    (c) different nest types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2026-07-31T15:39:08Z</dcterms:created>
  <dcterms:modified xsi:type="dcterms:W3CDTF">2026-07-31T15:39:08Z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