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86bca788383823c14a36854395ba88e918f535"/>
    <w:p>
      <w:pPr>
        <w:pStyle w:val="Heading1"/>
      </w:pPr>
      <w:r>
        <w:rPr>
          <w:b/>
          <w:bCs/>
        </w:rPr>
        <w:t xml:space="preserve">Life of Pi</w:t>
      </w:r>
      <w:r>
        <w:br/>
      </w:r>
      <w:r>
        <w:rPr>
          <w:i/>
          <w:iCs/>
        </w:rPr>
        <w:t xml:space="preserve">Yann Martel</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You've done your research, gathering the facts —historical, social, climatic, culinary—that will give your story its feel of</w:t>
      </w:r>
      <w:r>
        <w:rPr>
          <w:b/>
          <w:bCs/>
        </w:rPr>
        <w:t xml:space="preserve"> </w:t>
      </w:r>
      <w:r>
        <w:rPr>
          <w:b/>
          <w:bCs/>
          <w:u w:val="single"/>
        </w:rPr>
        <w:t xml:space="preserve">authenticity</w:t>
      </w:r>
      <w:r>
        <w:rPr>
          <w:b/>
          <w:bCs/>
        </w:rPr>
        <w:t xml:space="preserve">.</w:t>
      </w:r>
      <w:r>
        <w:br/>
      </w:r>
      <w:r>
        <w:t xml:space="preserve">    (a) not mirroring back (an image)</w:t>
      </w:r>
      <w:r>
        <w:br/>
      </w:r>
      <w:r>
        <w:t xml:space="preserve">    (b) quality of being real or true</w:t>
      </w:r>
      <w:r>
        <w:br/>
      </w:r>
      <w:r>
        <w:t xml:space="preserve">    (c) not recognizable as different</w:t>
      </w:r>
    </w:p>
    <w:p>
      <w:pPr>
        <w:pStyle w:val="Compact"/>
        <w:numPr>
          <w:ilvl w:val="0"/>
          <w:numId w:val="1001"/>
        </w:numPr>
      </w:pPr>
      <w:r>
        <w:rPr>
          <w:b/>
          <w:bCs/>
        </w:rPr>
        <w:t xml:space="preserve">Among zookeepers, Goliath's death is famous; he was a bull elephant seal, a great big</w:t>
      </w:r>
      <w:r>
        <w:rPr>
          <w:b/>
          <w:bCs/>
        </w:rPr>
        <w:t xml:space="preserve"> </w:t>
      </w:r>
      <w:r>
        <w:rPr>
          <w:b/>
          <w:bCs/>
          <w:u w:val="single"/>
        </w:rPr>
        <w:t xml:space="preserve">venerable</w:t>
      </w:r>
      <w:r>
        <w:rPr>
          <w:b/>
          <w:bCs/>
        </w:rPr>
        <w:t xml:space="preserve"> </w:t>
      </w:r>
      <w:r>
        <w:rPr>
          <w:b/>
          <w:bCs/>
        </w:rPr>
        <w:t xml:space="preserve">beast of two tons, star of his European zoo, loved by all visitors.</w:t>
      </w:r>
      <w:r>
        <w:br/>
      </w:r>
      <w:r>
        <w:t xml:space="preserve">    (a) relating to understanding or explaining something in a particular way</w:t>
      </w:r>
      <w:r>
        <w:br/>
      </w:r>
      <w:r>
        <w:t xml:space="preserve">    (b) long respected</w:t>
      </w:r>
      <w:r>
        <w:br/>
      </w:r>
      <w:r>
        <w:t xml:space="preserve">    (c) [of food] able to be prepared in a manner that keeps it from spoiling</w:t>
      </w:r>
    </w:p>
    <w:p>
      <w:pPr>
        <w:pStyle w:val="Compact"/>
        <w:numPr>
          <w:ilvl w:val="0"/>
          <w:numId w:val="1001"/>
        </w:numPr>
      </w:pPr>
      <w:r>
        <w:rPr>
          <w:b/>
          <w:bCs/>
        </w:rPr>
        <w:t xml:space="preserve">The only reason these guinea pigs weren't dangerous—didn't draw blood with their teeth and claws—was that they were practically</w:t>
      </w:r>
      <w:r>
        <w:rPr>
          <w:b/>
          <w:bCs/>
        </w:rPr>
        <w:t xml:space="preserve"> </w:t>
      </w:r>
      <w:r>
        <w:rPr>
          <w:b/>
          <w:bCs/>
          <w:u w:val="single"/>
        </w:rPr>
        <w:t xml:space="preserve">domesticated</w:t>
      </w:r>
      <w:r>
        <w:rPr>
          <w:b/>
          <w:bCs/>
        </w:rPr>
        <w:t xml:space="preserve">.</w:t>
      </w:r>
      <w:r>
        <w:br/>
      </w:r>
      <w:r>
        <w:t xml:space="preserve">    (a) not persuaded to want something (often sex or love) through temptation</w:t>
      </w:r>
      <w:r>
        <w:br/>
      </w:r>
      <w:r>
        <w:t xml:space="preserve">    (b) to make fit for service to humans or home life -- by breeding or taming</w:t>
      </w:r>
      <w:r>
        <w:br/>
      </w:r>
      <w:r>
        <w:t xml:space="preserve">    (c) stuck out, attracted more attention than desired, or imposed on others</w:t>
      </w:r>
    </w:p>
    <w:p>
      <w:pPr>
        <w:pStyle w:val="Compact"/>
        <w:numPr>
          <w:ilvl w:val="0"/>
          <w:numId w:val="1001"/>
        </w:numPr>
      </w:pPr>
      <w:r>
        <w:rPr>
          <w:b/>
          <w:bCs/>
        </w:rPr>
        <w:t xml:space="preserve">Wild animals that are captured when they are fully mature are another example of escape-prone animals; often they are too set in their ways to reconstruct their</w:t>
      </w:r>
      <w:r>
        <w:rPr>
          <w:b/>
          <w:bCs/>
        </w:rPr>
        <w:t xml:space="preserve"> </w:t>
      </w:r>
      <w:r>
        <w:rPr>
          <w:b/>
          <w:bCs/>
          <w:u w:val="single"/>
        </w:rPr>
        <w:t xml:space="preserve">subjective</w:t>
      </w:r>
      <w:r>
        <w:rPr>
          <w:b/>
          <w:bCs/>
        </w:rPr>
        <w:t xml:space="preserve"> </w:t>
      </w:r>
      <w:r>
        <w:rPr>
          <w:b/>
          <w:bCs/>
        </w:rPr>
        <w:t xml:space="preserve">worlds and adapt to a new environment.</w:t>
      </w:r>
      <w:r>
        <w:br/>
      </w:r>
      <w:r>
        <w:t xml:space="preserve">    (a) influenced by personal belief, feelings, or preferences (rather than being based purely upon fact)</w:t>
      </w:r>
      <w:r>
        <w:br/>
      </w:r>
      <w:r>
        <w:t xml:space="preserve">    (b) the quality of bad circumstances for a particular purpose -- especially the circumstance of timing</w:t>
      </w:r>
      <w:r>
        <w:br/>
      </w:r>
      <w:r>
        <w:t xml:space="preserve">    (c) the state or quality of expressing or displaying sexual activity or violence with detailed clarity</w:t>
      </w:r>
    </w:p>
    <w:p>
      <w:pPr>
        <w:pStyle w:val="Compact"/>
        <w:numPr>
          <w:ilvl w:val="0"/>
          <w:numId w:val="1001"/>
        </w:numPr>
      </w:pPr>
      <w:r>
        <w:rPr>
          <w:b/>
          <w:bCs/>
        </w:rPr>
        <w:t xml:space="preserve">Even Rama, that most human of</w:t>
      </w:r>
      <w:r>
        <w:rPr>
          <w:b/>
          <w:bCs/>
        </w:rPr>
        <w:t xml:space="preserve"> </w:t>
      </w:r>
      <w:r>
        <w:rPr>
          <w:b/>
          <w:bCs/>
          <w:u w:val="single"/>
        </w:rPr>
        <w:t xml:space="preserve">avatars</w:t>
      </w:r>
      <w:r>
        <w:rPr>
          <w:b/>
          <w:bCs/>
        </w:rPr>
        <w:t xml:space="preserve">, who had to be reminded of his divinity when he grew long-faced over the struggle to get Sita, his wife, back from Ravana, evil king of Lanka, was no slouch.</w:t>
      </w:r>
      <w:r>
        <w:br/>
      </w:r>
      <w:r>
        <w:t xml:space="preserve">    (a) atoms with an electrical charge caused by the loss or gain of an electron</w:t>
      </w:r>
      <w:r>
        <w:br/>
      </w:r>
      <w:r>
        <w:t xml:space="preserve">    (b) things that hold other things together, or wrap or cover or tie something</w:t>
      </w:r>
      <w:r>
        <w:br/>
      </w:r>
      <w:r>
        <w:t xml:space="preserve">    (c) earthly manifestations of a Hindu god</w:t>
      </w:r>
    </w:p>
    <w:p>
      <w:pPr>
        <w:pStyle w:val="Compact"/>
        <w:numPr>
          <w:ilvl w:val="0"/>
          <w:numId w:val="1001"/>
        </w:numPr>
      </w:pPr>
      <w:r>
        <w:rPr>
          <w:b/>
          <w:bCs/>
        </w:rPr>
        <w:t xml:space="preserve">These people walk by a widow deformed by</w:t>
      </w:r>
      <w:r>
        <w:rPr>
          <w:b/>
          <w:bCs/>
        </w:rPr>
        <w:t xml:space="preserve"> </w:t>
      </w:r>
      <w:r>
        <w:rPr>
          <w:b/>
          <w:bCs/>
          <w:u w:val="single"/>
        </w:rPr>
        <w:t xml:space="preserve">leprosy</w:t>
      </w:r>
      <w:r>
        <w:rPr>
          <w:b/>
          <w:bCs/>
        </w:rPr>
        <w:t xml:space="preserve"> </w:t>
      </w:r>
      <w:r>
        <w:rPr>
          <w:b/>
          <w:bCs/>
        </w:rPr>
        <w:t xml:space="preserve">begging for a few paise, walk by children dressed in rags living in the street, and they think, "Business as usual."</w:t>
      </w:r>
      <w:r>
        <w:br/>
      </w:r>
      <w:r>
        <w:t xml:space="preserve">    (a) the act of forcing into an undesired activity or situation -- such as legally sentencing someone to punishment  OR  the act of finding guilty -- especially in court</w:t>
      </w:r>
      <w:r>
        <w:br/>
      </w:r>
      <w:r>
        <w:t xml:space="preserve">    (b) an infectious bacterial disease that affects skin and nerves</w:t>
      </w:r>
      <w:r>
        <w:br/>
      </w:r>
      <w:r>
        <w:t xml:space="preserve">    (c) a workplace where people do scientific or medical research, or produce drugs or chemicals (also used figuratively)  OR  (as an adjective) related to such a place</w:t>
      </w:r>
    </w:p>
    <w:p>
      <w:pPr>
        <w:pStyle w:val="Compact"/>
        <w:numPr>
          <w:ilvl w:val="0"/>
          <w:numId w:val="1001"/>
        </w:numPr>
      </w:pPr>
      <w:r>
        <w:rPr>
          <w:b/>
          <w:bCs/>
        </w:rPr>
        <w:t xml:space="preserve">He marvelled at everything, at how to tall trees came tall giraffes, how carnivores were supplied with</w:t>
      </w:r>
      <w:r>
        <w:rPr>
          <w:b/>
          <w:bCs/>
        </w:rPr>
        <w:t xml:space="preserve"> </w:t>
      </w:r>
      <w:r>
        <w:rPr>
          <w:b/>
          <w:bCs/>
          <w:u w:val="single"/>
        </w:rPr>
        <w:t xml:space="preserve">herbivores</w:t>
      </w:r>
      <w:r>
        <w:rPr>
          <w:b/>
          <w:bCs/>
        </w:rPr>
        <w:t xml:space="preserve"> </w:t>
      </w:r>
      <w:r>
        <w:rPr>
          <w:b/>
          <w:bCs/>
        </w:rPr>
        <w:t xml:space="preserve">and...</w:t>
      </w:r>
      <w:r>
        <w:br/>
      </w:r>
      <w:r>
        <w:t xml:space="preserve">    (a) wedding ceremony and festivities</w:t>
      </w:r>
      <w:r>
        <w:br/>
      </w:r>
      <w:r>
        <w:t xml:space="preserve">    (b) plant-eating animals</w:t>
      </w:r>
      <w:r>
        <w:br/>
      </w:r>
      <w:r>
        <w:t xml:space="preserve">    (c) measures of general intelligence</w:t>
      </w:r>
    </w:p>
    <w:p>
      <w:pPr>
        <w:pStyle w:val="Compact"/>
        <w:numPr>
          <w:ilvl w:val="0"/>
          <w:numId w:val="1001"/>
        </w:numPr>
      </w:pPr>
      <w:r>
        <w:rPr>
          <w:b/>
          <w:bCs/>
        </w:rPr>
        <w:t xml:space="preserve">He marvelled at everything, at how to tall trees came tall giraffes, how carnivores were supplied with herbivores and herbivores with grass, how some creatures crowded the day and others the night, how some that needed sharp beaks had sharp beaks and others that needed</w:t>
      </w:r>
      <w:r>
        <w:rPr>
          <w:b/>
          <w:bCs/>
        </w:rPr>
        <w:t xml:space="preserve"> </w:t>
      </w:r>
      <w:r>
        <w:rPr>
          <w:b/>
          <w:bCs/>
          <w:u w:val="single"/>
        </w:rPr>
        <w:t xml:space="preserve">limber</w:t>
      </w:r>
      <w:r>
        <w:rPr>
          <w:b/>
          <w:bCs/>
        </w:rPr>
        <w:t xml:space="preserve"> </w:t>
      </w:r>
      <w:r>
        <w:rPr>
          <w:b/>
          <w:bCs/>
        </w:rPr>
        <w:t xml:space="preserve">limbs had limber limbs.</w:t>
      </w:r>
      <w:r>
        <w:br/>
      </w:r>
      <w:r>
        <w:t xml:space="preserve">    (a) make possible</w:t>
      </w:r>
      <w:r>
        <w:br/>
      </w:r>
      <w:r>
        <w:t xml:space="preserve">    (b) stop fighting</w:t>
      </w:r>
      <w:r>
        <w:br/>
      </w:r>
      <w:r>
        <w:t xml:space="preserve">    (c) make flexible</w:t>
      </w:r>
    </w:p>
    <w:p>
      <w:pPr>
        <w:pStyle w:val="Compact"/>
        <w:numPr>
          <w:ilvl w:val="0"/>
          <w:numId w:val="1001"/>
        </w:numPr>
      </w:pPr>
      <w:r>
        <w:rPr>
          <w:b/>
          <w:bCs/>
        </w:rPr>
        <w:t xml:space="preserve">If goats could be brought to live</w:t>
      </w:r>
      <w:r>
        <w:rPr>
          <w:b/>
          <w:bCs/>
        </w:rPr>
        <w:t xml:space="preserve"> </w:t>
      </w:r>
      <w:r>
        <w:rPr>
          <w:b/>
          <w:bCs/>
          <w:u w:val="single"/>
        </w:rPr>
        <w:t xml:space="preserve">amicably</w:t>
      </w:r>
      <w:r>
        <w:rPr>
          <w:b/>
          <w:bCs/>
        </w:rPr>
        <w:t xml:space="preserve"> </w:t>
      </w:r>
      <w:r>
        <w:rPr>
          <w:b/>
          <w:bCs/>
        </w:rPr>
        <w:t xml:space="preserve">with rhinoceros, why not orang-utans with hyenas?</w:t>
      </w:r>
      <w:r>
        <w:br/>
      </w:r>
      <w:r>
        <w:t xml:space="preserve">    (a) friendly or showing goodwill</w:t>
      </w:r>
      <w:r>
        <w:br/>
      </w:r>
      <w:r>
        <w:t xml:space="preserve">    (b) in a manner that is not good</w:t>
      </w:r>
      <w:r>
        <w:br/>
      </w:r>
      <w:r>
        <w:t xml:space="preserve">    (c) in a manner that finds fault</w:t>
      </w:r>
    </w:p>
    <w:p>
      <w:pPr>
        <w:pStyle w:val="Compact"/>
        <w:numPr>
          <w:ilvl w:val="0"/>
          <w:numId w:val="1001"/>
        </w:numPr>
      </w:pPr>
      <w:r>
        <w:rPr>
          <w:b/>
          <w:bCs/>
        </w:rPr>
        <w:t xml:space="preserve">That is the plain</w:t>
      </w:r>
      <w:r>
        <w:rPr>
          <w:b/>
          <w:bCs/>
        </w:rPr>
        <w:t xml:space="preserve"> </w:t>
      </w:r>
      <w:r>
        <w:rPr>
          <w:b/>
          <w:bCs/>
          <w:u w:val="single"/>
        </w:rPr>
        <w:t xml:space="preserve">empirical</w:t>
      </w:r>
      <w:r>
        <w:rPr>
          <w:b/>
          <w:bCs/>
        </w:rPr>
        <w:t xml:space="preserve"> </w:t>
      </w:r>
      <w:r>
        <w:rPr>
          <w:b/>
          <w:bCs/>
        </w:rPr>
        <w:t xml:space="preserve">truth.</w:t>
      </w:r>
      <w:r>
        <w:br/>
      </w:r>
      <w:r>
        <w:t xml:space="preserve">    (a) not concerned with what others might think of oneself</w:t>
      </w:r>
      <w:r>
        <w:br/>
      </w:r>
      <w:r>
        <w:t xml:space="preserve">    (b) having the ability to change for different situations</w:t>
      </w:r>
      <w:r>
        <w:br/>
      </w:r>
      <w:r>
        <w:t xml:space="preserve">    (c) based on experience or observation rather than theory</w:t>
      </w:r>
    </w:p>
    <w:p>
      <w:pPr>
        <w:pStyle w:val="Compact"/>
        <w:numPr>
          <w:ilvl w:val="0"/>
          <w:numId w:val="1001"/>
        </w:numPr>
      </w:pPr>
      <w:r>
        <w:rPr>
          <w:b/>
          <w:bCs/>
        </w:rPr>
        <w:t xml:space="preserve">The feat surely made Richard Parker the largest stowaway,</w:t>
      </w:r>
      <w:r>
        <w:rPr>
          <w:b/>
          <w:bCs/>
        </w:rPr>
        <w:t xml:space="preserve"> </w:t>
      </w:r>
      <w:r>
        <w:rPr>
          <w:b/>
          <w:bCs/>
          <w:u w:val="single"/>
        </w:rPr>
        <w:t xml:space="preserve">proportionally</w:t>
      </w:r>
      <w:r>
        <w:rPr>
          <w:b/>
          <w:bCs/>
        </w:rPr>
        <w:t xml:space="preserve"> </w:t>
      </w:r>
      <w:r>
        <w:rPr>
          <w:b/>
          <w:bCs/>
        </w:rPr>
        <w:t xml:space="preserve">speaking, in the history of navigation.</w:t>
      </w:r>
      <w:r>
        <w:br/>
      </w:r>
      <w:r>
        <w:t xml:space="preserve">    (a) in a manner that is extremely sad or miserable--often with loneliness</w:t>
      </w:r>
      <w:r>
        <w:br/>
      </w:r>
      <w:r>
        <w:t xml:space="preserve">    (b) in a manner that is appropriate or related in size, amount, or degree</w:t>
      </w:r>
      <w:r>
        <w:br/>
      </w:r>
      <w:r>
        <w:t xml:space="preserve">    (c) in a manner that is not sexually attractive, or persuasively tempting</w:t>
      </w:r>
    </w:p>
    <w:p>
      <w:pPr>
        <w:pStyle w:val="Compact"/>
        <w:numPr>
          <w:ilvl w:val="0"/>
          <w:numId w:val="1001"/>
        </w:numPr>
      </w:pPr>
      <w:r>
        <w:rPr>
          <w:b/>
          <w:bCs/>
        </w:rPr>
        <w:t xml:space="preserve">The mere thought of the word provoked a shot of pain behind my jaws and a</w:t>
      </w:r>
      <w:r>
        <w:rPr>
          <w:b/>
          <w:bCs/>
        </w:rPr>
        <w:t xml:space="preserve"> </w:t>
      </w:r>
      <w:r>
        <w:rPr>
          <w:b/>
          <w:bCs/>
          <w:u w:val="single"/>
        </w:rPr>
        <w:t xml:space="preserve">deluge</w:t>
      </w:r>
      <w:r>
        <w:rPr>
          <w:b/>
          <w:bCs/>
        </w:rPr>
        <w:t xml:space="preserve"> </w:t>
      </w:r>
      <w:r>
        <w:rPr>
          <w:b/>
          <w:bCs/>
        </w:rPr>
        <w:t xml:space="preserve">of saliva in my mouth.</w:t>
      </w:r>
      <w:r>
        <w:br/>
      </w:r>
      <w:r>
        <w:t xml:space="preserve">    (a) an overwhelming amount; or to overwhelm -- especially said of water</w:t>
      </w:r>
      <w:r>
        <w:br/>
      </w:r>
      <w:r>
        <w:t xml:space="preserve">    (b) spend time with; or someone with whom a person spends a lot of time</w:t>
      </w:r>
      <w:r>
        <w:br/>
      </w:r>
      <w:r>
        <w:t xml:space="preserve">    (c) to show something -- such as to demonstrate, express, or represent</w:t>
      </w:r>
    </w:p>
    <w:p>
      <w:pPr>
        <w:pStyle w:val="Compact"/>
        <w:numPr>
          <w:ilvl w:val="0"/>
          <w:numId w:val="1001"/>
        </w:numPr>
      </w:pPr>
      <w:r>
        <w:rPr>
          <w:b/>
          <w:bCs/>
        </w:rPr>
        <w:t xml:space="preserve">Plan Number Six: Wage a War of</w:t>
      </w:r>
      <w:r>
        <w:rPr>
          <w:b/>
          <w:bCs/>
        </w:rPr>
        <w:t xml:space="preserve"> </w:t>
      </w:r>
      <w:r>
        <w:rPr>
          <w:b/>
          <w:bCs/>
          <w:u w:val="single"/>
        </w:rPr>
        <w:t xml:space="preserve">Attrition</w:t>
      </w:r>
      <w:r>
        <w:rPr>
          <w:b/>
          <w:bCs/>
        </w:rPr>
        <w:t xml:space="preserve">.</w:t>
      </w:r>
      <w:r>
        <w:br/>
      </w:r>
      <w:r>
        <w:t xml:space="preserve">    (a) feels or expresses regret for having done something wrong</w:t>
      </w:r>
      <w:r>
        <w:br/>
      </w:r>
      <w:r>
        <w:t xml:space="preserve">    (b) a gradual reduction in number, strength, or effectiveness</w:t>
      </w:r>
      <w:r>
        <w:br/>
      </w:r>
      <w:r>
        <w:t xml:space="preserve">    (c) the quality of appropriateness in size, amount, or degree</w:t>
      </w:r>
    </w:p>
    <w:p>
      <w:pPr>
        <w:pStyle w:val="Compact"/>
        <w:numPr>
          <w:ilvl w:val="0"/>
          <w:numId w:val="1001"/>
        </w:numPr>
      </w:pPr>
      <w:r>
        <w:rPr>
          <w:b/>
          <w:bCs/>
        </w:rPr>
        <w:t xml:space="preserve">In water that was dense, glassy and flecked by millions of lit-up specks of</w:t>
      </w:r>
      <w:r>
        <w:rPr>
          <w:b/>
          <w:bCs/>
        </w:rPr>
        <w:t xml:space="preserve"> </w:t>
      </w:r>
      <w:r>
        <w:rPr>
          <w:b/>
          <w:bCs/>
          <w:u w:val="single"/>
        </w:rPr>
        <w:t xml:space="preserve">plankton</w:t>
      </w:r>
      <w:r>
        <w:rPr>
          <w:b/>
          <w:bCs/>
        </w:rPr>
        <w:t xml:space="preserve">, fish like trucks and buses and cars and bicycles and pedestrians were madly racing about, no doubt honking and hollering at each other.</w:t>
      </w:r>
      <w:r>
        <w:br/>
      </w:r>
      <w:r>
        <w:t xml:space="preserve">    (a) tiny or microscopic plants and animals that float in water</w:t>
      </w:r>
      <w:r>
        <w:br/>
      </w:r>
      <w:r>
        <w:t xml:space="preserve">    (b) soccer:  games that are not a part of official competition</w:t>
      </w:r>
      <w:r>
        <w:br/>
      </w:r>
      <w:r>
        <w:t xml:space="preserve">    (c) ability to withstand strain and/or quickly recover from it</w:t>
      </w:r>
    </w:p>
    <w:p>
      <w:pPr>
        <w:pStyle w:val="Compact"/>
        <w:numPr>
          <w:ilvl w:val="0"/>
          <w:numId w:val="1001"/>
        </w:numPr>
      </w:pPr>
      <w:r>
        <w:rPr>
          <w:b/>
          <w:bCs/>
        </w:rPr>
        <w:t xml:space="preserve">The same part of my mind that had rebuked me over my fishing</w:t>
      </w:r>
      <w:r>
        <w:rPr>
          <w:b/>
          <w:bCs/>
        </w:rPr>
        <w:t xml:space="preserve"> </w:t>
      </w:r>
      <w:r>
        <w:rPr>
          <w:b/>
          <w:bCs/>
          <w:u w:val="single"/>
        </w:rPr>
        <w:t xml:space="preserve">fiasco</w:t>
      </w:r>
      <w:r>
        <w:rPr>
          <w:b/>
          <w:bCs/>
        </w:rPr>
        <w:t xml:space="preserve"> </w:t>
      </w:r>
      <w:r>
        <w:rPr>
          <w:b/>
          <w:bCs/>
        </w:rPr>
        <w:t xml:space="preserve">scolded me again.</w:t>
      </w:r>
      <w:r>
        <w:br/>
      </w:r>
      <w:r>
        <w:t xml:space="preserve">    (a) complete failure</w:t>
      </w:r>
      <w:r>
        <w:br/>
      </w:r>
      <w:r>
        <w:t xml:space="preserve">    (b) something that helps clarify or demonstrate</w:t>
      </w:r>
      <w:r>
        <w:br/>
      </w:r>
      <w:r>
        <w:t xml:space="preserve">    (c) the act of taking something on as one's own</w:t>
      </w:r>
    </w:p>
    <w:p>
      <w:pPr>
        <w:pStyle w:val="Compact"/>
        <w:numPr>
          <w:ilvl w:val="0"/>
          <w:numId w:val="1001"/>
        </w:numPr>
      </w:pPr>
      <w:r>
        <w:rPr>
          <w:b/>
          <w:bCs/>
        </w:rPr>
        <w:t xml:space="preserve">I slashed its neck to the</w:t>
      </w:r>
      <w:r>
        <w:rPr>
          <w:b/>
          <w:bCs/>
        </w:rPr>
        <w:t xml:space="preserve"> </w:t>
      </w:r>
      <w:r>
        <w:rPr>
          <w:b/>
          <w:bCs/>
          <w:u w:val="single"/>
        </w:rPr>
        <w:t xml:space="preserve">vertebrae</w:t>
      </w:r>
      <w:r>
        <w:rPr>
          <w:b/>
          <w:bCs/>
        </w:rPr>
        <w:t xml:space="preserve">.</w:t>
      </w:r>
      <w:r>
        <w:br/>
      </w:r>
      <w:r>
        <w:t xml:space="preserve">    (a) a central open spaces in buildings</w:t>
      </w:r>
      <w:r>
        <w:br/>
      </w:r>
      <w:r>
        <w:t xml:space="preserve">    (b) bony segments of the spinal column</w:t>
      </w:r>
      <w:r>
        <w:br/>
      </w:r>
      <w:r>
        <w:t xml:space="preserve">    (c) acts of stopping a battle or fight</w:t>
      </w:r>
    </w:p>
    <w:p>
      <w:pPr>
        <w:pStyle w:val="Compact"/>
        <w:numPr>
          <w:ilvl w:val="0"/>
          <w:numId w:val="1001"/>
        </w:numPr>
      </w:pPr>
      <w:r>
        <w:rPr>
          <w:b/>
          <w:bCs/>
        </w:rPr>
        <w:t xml:space="preserve">You are so bored you sink into a state of</w:t>
      </w:r>
      <w:r>
        <w:rPr>
          <w:b/>
          <w:bCs/>
        </w:rPr>
        <w:t xml:space="preserve"> </w:t>
      </w:r>
      <w:r>
        <w:rPr>
          <w:b/>
          <w:bCs/>
          <w:u w:val="single"/>
        </w:rPr>
        <w:t xml:space="preserve">apathy</w:t>
      </w:r>
      <w:r>
        <w:rPr>
          <w:b/>
          <w:bCs/>
        </w:rPr>
        <w:t xml:space="preserve"> </w:t>
      </w:r>
      <w:r>
        <w:rPr>
          <w:b/>
          <w:bCs/>
        </w:rPr>
        <w:t xml:space="preserve">close to a coma.</w:t>
      </w:r>
      <w:r>
        <w:br/>
      </w:r>
      <w:r>
        <w:t xml:space="preserve">    (a) lack of interest and enthusiasm</w:t>
      </w:r>
      <w:r>
        <w:br/>
      </w:r>
      <w:r>
        <w:t xml:space="preserve">    (b) poor ability to make a decision</w:t>
      </w:r>
      <w:r>
        <w:br/>
      </w:r>
      <w:r>
        <w:t xml:space="preserve">    (c) non-traditional or non-standard</w:t>
      </w:r>
    </w:p>
    <w:p>
      <w:pPr>
        <w:pStyle w:val="Compact"/>
        <w:numPr>
          <w:ilvl w:val="0"/>
          <w:numId w:val="1001"/>
        </w:numPr>
      </w:pPr>
      <w:r>
        <w:rPr>
          <w:b/>
          <w:bCs/>
        </w:rPr>
        <w:t xml:space="preserve">I always made sure I was there before him,</w:t>
      </w:r>
      <w:r>
        <w:rPr>
          <w:b/>
          <w:bCs/>
        </w:rPr>
        <w:t xml:space="preserve"> </w:t>
      </w:r>
      <w:r>
        <w:rPr>
          <w:b/>
          <w:bCs/>
          <w:u w:val="single"/>
        </w:rPr>
        <w:t xml:space="preserve">copiously</w:t>
      </w:r>
      <w:r>
        <w:rPr>
          <w:b/>
          <w:bCs/>
        </w:rPr>
        <w:t xml:space="preserve"> </w:t>
      </w:r>
      <w:r>
        <w:rPr>
          <w:b/>
          <w:bCs/>
        </w:rPr>
        <w:t xml:space="preserve">marking my territory with urine so that he didn't forget who was who and what was whose.</w:t>
      </w:r>
      <w:r>
        <w:br/>
      </w:r>
      <w:r>
        <w:t xml:space="preserve">    (a) in a manner that is not easily noticed</w:t>
      </w:r>
      <w:r>
        <w:br/>
      </w:r>
      <w:r>
        <w:t xml:space="preserve">    (b) in a disrespectful or rejecting manner</w:t>
      </w:r>
      <w:r>
        <w:br/>
      </w:r>
      <w:r>
        <w:t xml:space="preserve">    (c) abundant (large in quantity)</w:t>
      </w:r>
    </w:p>
    <w:p>
      <w:pPr>
        <w:pStyle w:val="Compact"/>
        <w:numPr>
          <w:ilvl w:val="0"/>
          <w:numId w:val="1001"/>
        </w:numPr>
      </w:pPr>
      <w:r>
        <w:rPr>
          <w:b/>
          <w:bCs/>
        </w:rPr>
        <w:t xml:space="preserve">At night, by some chemical process unknown to me but obviously</w:t>
      </w:r>
      <w:r>
        <w:rPr>
          <w:b/>
          <w:bCs/>
        </w:rPr>
        <w:t xml:space="preserve"> </w:t>
      </w:r>
      <w:r>
        <w:rPr>
          <w:b/>
          <w:bCs/>
          <w:u w:val="single"/>
        </w:rPr>
        <w:t xml:space="preserve">inhibited</w:t>
      </w:r>
      <w:r>
        <w:rPr>
          <w:b/>
          <w:bCs/>
        </w:rPr>
        <w:t xml:space="preserve"> </w:t>
      </w:r>
      <w:r>
        <w:rPr>
          <w:b/>
          <w:bCs/>
        </w:rPr>
        <w:t xml:space="preserve">by sunlight, the predatory algae turned highly acidic and the ponds became vats of acid that digested the fish.</w:t>
      </w:r>
      <w:r>
        <w:br/>
      </w:r>
      <w:r>
        <w:t xml:space="preserve">    (a) limited</w:t>
      </w:r>
      <w:r>
        <w:br/>
      </w:r>
      <w:r>
        <w:t xml:space="preserve">    (b) encouraged</w:t>
      </w:r>
      <w:r>
        <w:br/>
      </w:r>
      <w:r>
        <w:t xml:space="preserve">    (c) governed</w:t>
      </w:r>
    </w:p>
    <w:p>
      <w:pPr>
        <w:pStyle w:val="Compact"/>
        <w:numPr>
          <w:ilvl w:val="0"/>
          <w:numId w:val="1001"/>
        </w:numPr>
      </w:pPr>
      <w:r>
        <w:rPr>
          <w:b/>
          <w:bCs/>
        </w:rPr>
        <w:t xml:space="preserve">I am from the</w:t>
      </w:r>
      <w:r>
        <w:rPr>
          <w:b/>
          <w:bCs/>
        </w:rPr>
        <w:t xml:space="preserve"> </w:t>
      </w:r>
      <w:r>
        <w:rPr>
          <w:b/>
          <w:bCs/>
          <w:u w:val="single"/>
        </w:rPr>
        <w:t xml:space="preserve">Maritime</w:t>
      </w:r>
      <w:r>
        <w:rPr>
          <w:b/>
          <w:bCs/>
        </w:rPr>
        <w:t xml:space="preserve"> </w:t>
      </w:r>
      <w:r>
        <w:rPr>
          <w:b/>
          <w:bCs/>
        </w:rPr>
        <w:t xml:space="preserve">Department in the Japanese Ministry of Transport.</w:t>
      </w:r>
      <w:r>
        <w:br/>
      </w:r>
      <w:r>
        <w:t xml:space="preserve">    (a) pessimism or unpleasantness</w:t>
      </w:r>
      <w:r>
        <w:br/>
      </w:r>
      <w:r>
        <w:t xml:space="preserve">    (b) arousing or inspiring again</w:t>
      </w:r>
      <w:r>
        <w:br/>
      </w:r>
      <w:r>
        <w:t xml:space="preserve">    (c) related to the sea or ships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2026-07-31T15:39:09Z</dcterms:created>
  <dcterms:modified xsi:type="dcterms:W3CDTF">2026-07-31T15:39:09Z</dcterms:modified>
</cp:coreProperties>
</file>

<file path=docProps/custom.xml><?xml version="1.0" encoding="utf-8"?>
<Properties xmlns="http://schemas.openxmlformats.org/officeDocument/2006/custom-properties" xmlns:vt="http://schemas.openxmlformats.org/officeDocument/2006/docPropsVTypes"/>
</file>