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78bb3c06e8b261e682a8944ffcd25ce3f1f309"/>
    <w:p>
      <w:pPr>
        <w:pStyle w:val="Heading1"/>
      </w:pPr>
      <w:r>
        <w:rPr>
          <w:b/>
          <w:bCs/>
        </w:rPr>
        <w:t xml:space="preserve">Leviathan</w:t>
      </w:r>
      <w:r>
        <w:br/>
      </w:r>
      <w:r>
        <w:rPr>
          <w:i/>
          <w:iCs/>
        </w:rPr>
        <w:t xml:space="preserve">Thomas Hobbes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hope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</w:t>
      </w:r>
      <w:r>
        <w:rPr>
          <w:b/>
          <w:bCs/>
        </w:rPr>
        <w:t xml:space="preserve"> </w:t>
      </w:r>
      <w:r>
        <w:rPr>
          <w:b/>
          <w:bCs/>
        </w:rPr>
        <w:t xml:space="preserve">effective law and order in the region before withdrawing troops.</w:t>
      </w:r>
      <w:r>
        <w:br/>
      </w:r>
      <w:r>
        <w:t xml:space="preserve">    (a) carefully describe</w:t>
      </w:r>
      <w:r>
        <w:br/>
      </w:r>
      <w:r>
        <w:t xml:space="preserve">    (b) successfully gain</w:t>
      </w:r>
      <w:r>
        <w:br/>
      </w:r>
      <w:r>
        <w:t xml:space="preserve">    (c) openly oppose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his physical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.</w:t>
      </w:r>
      <w:r>
        <w:br/>
      </w:r>
      <w:r>
        <w:t xml:space="preserve">    (a) weaknesses</w:t>
      </w:r>
      <w:r>
        <w:br/>
      </w:r>
      <w:r>
        <w:t xml:space="preserve">    (b) strengths</w:t>
      </w:r>
      <w:r>
        <w:br/>
      </w:r>
      <w:r>
        <w:t xml:space="preserve">    (c) characteristics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 to hard work.</w:t>
      </w:r>
      <w:r>
        <w:br/>
      </w:r>
      <w:r>
        <w:t xml:space="preserve">    (a) gives credit for</w:t>
      </w:r>
      <w:r>
        <w:br/>
      </w:r>
      <w:r>
        <w:t xml:space="preserve">    (b) gives help for</w:t>
      </w:r>
      <w:r>
        <w:br/>
      </w:r>
      <w:r>
        <w:t xml:space="preserve">    (c) gives money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spending habits are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conducive</w:t>
      </w:r>
      <w:r>
        <w:rPr>
          <w:b/>
          <w:bCs/>
        </w:rPr>
        <w:t xml:space="preserve"> </w:t>
      </w:r>
      <w:r>
        <w:rPr>
          <w:b/>
          <w:bCs/>
        </w:rPr>
        <w:t xml:space="preserve">to achieving her financial goals.</w:t>
      </w:r>
      <w:r>
        <w:br/>
      </w:r>
      <w:r>
        <w:t xml:space="preserve">    (a) harmful</w:t>
      </w:r>
      <w:r>
        <w:br/>
      </w:r>
      <w:r>
        <w:t xml:space="preserve">    (b) helpful</w:t>
      </w:r>
      <w:r>
        <w:br/>
      </w:r>
      <w:r>
        <w:t xml:space="preserve">    (c) irrelevant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derive</w:t>
      </w:r>
      <w:r>
        <w:rPr>
          <w:b/>
          <w:bCs/>
        </w:rPr>
        <w:t xml:space="preserve"> </w:t>
      </w:r>
      <w:r>
        <w:rPr>
          <w:b/>
          <w:bCs/>
        </w:rPr>
        <w:t xml:space="preserve">pleasure from my work.</w:t>
      </w:r>
      <w:r>
        <w:br/>
      </w:r>
      <w:r>
        <w:t xml:space="preserve">    (a) obtain</w:t>
      </w:r>
      <w:r>
        <w:br/>
      </w:r>
      <w:r>
        <w:t xml:space="preserve">    (b) ignore</w:t>
      </w:r>
      <w:r>
        <w:br/>
      </w:r>
      <w:r>
        <w:t xml:space="preserve">    (c) refuse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without members, the club voted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dissolution</w:t>
      </w:r>
      <w:r>
        <w:rPr>
          <w:b/>
          <w:bCs/>
        </w:rPr>
        <w:t xml:space="preserve">.</w:t>
      </w:r>
      <w:r>
        <w:br/>
      </w:r>
      <w:r>
        <w:t xml:space="preserve">    (a) formal ending</w:t>
      </w:r>
      <w:r>
        <w:br/>
      </w:r>
      <w:r>
        <w:t xml:space="preserve">    (b) new beginning</w:t>
      </w:r>
      <w:r>
        <w:br/>
      </w:r>
      <w:r>
        <w:t xml:space="preserve">    (c) public celebration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challenges accepted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doctrine</w:t>
      </w:r>
      <w:r>
        <w:rPr>
          <w:b/>
          <w:bCs/>
        </w:rPr>
        <w:t xml:space="preserve">.</w:t>
      </w:r>
      <w:r>
        <w:br/>
      </w:r>
      <w:r>
        <w:t xml:space="preserve">    (a) champions</w:t>
      </w:r>
      <w:r>
        <w:br/>
      </w:r>
      <w:r>
        <w:t xml:space="preserve">    (b) beliefs</w:t>
      </w:r>
      <w:r>
        <w:br/>
      </w:r>
      <w:r>
        <w:t xml:space="preserve">    (c) authority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try</w:t>
      </w:r>
      <w:r>
        <w:br/>
      </w:r>
      <w:r>
        <w:t xml:space="preserve">    (b) promise</w:t>
      </w:r>
      <w:r>
        <w:br/>
      </w:r>
      <w:r>
        <w:t xml:space="preserve">    (c) not be 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Spanish colony prohibited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heathen</w:t>
      </w:r>
      <w:r>
        <w:rPr>
          <w:b/>
          <w:bCs/>
        </w:rPr>
        <w:t xml:space="preserve"> </w:t>
      </w:r>
      <w:r>
        <w:rPr>
          <w:b/>
          <w:bCs/>
        </w:rPr>
        <w:t xml:space="preserve">worship.</w:t>
      </w:r>
      <w:r>
        <w:br/>
      </w:r>
      <w:r>
        <w:t xml:space="preserve">    (a) organized</w:t>
      </w:r>
      <w:r>
        <w:br/>
      </w:r>
      <w:r>
        <w:t xml:space="preserve">    (b) religious</w:t>
      </w:r>
      <w:r>
        <w:br/>
      </w:r>
      <w:r>
        <w:t xml:space="preserve">    (c) non-Christian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prophet warned the villagers against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idolatry</w:t>
      </w:r>
      <w:r>
        <w:rPr>
          <w:b/>
          <w:bCs/>
        </w:rPr>
        <w:t xml:space="preserve"> </w:t>
      </w:r>
      <w:r>
        <w:rPr>
          <w:b/>
          <w:bCs/>
        </w:rPr>
        <w:t xml:space="preserve">and worship of false gods.</w:t>
      </w:r>
      <w:r>
        <w:br/>
      </w:r>
      <w:r>
        <w:t xml:space="preserve">    (a) rejection of all beliefs</w:t>
      </w:r>
      <w:r>
        <w:br/>
      </w:r>
      <w:r>
        <w:t xml:space="preserve">    (b) doubt about religion</w:t>
      </w:r>
      <w:r>
        <w:br/>
      </w:r>
      <w:r>
        <w:t xml:space="preserve">    (c) worship of physical idols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meaning of the word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inferred</w:t>
      </w:r>
      <w:r>
        <w:rPr>
          <w:b/>
          <w:bCs/>
        </w:rPr>
        <w:t xml:space="preserve"> </w:t>
      </w:r>
      <w:r>
        <w:rPr>
          <w:b/>
          <w:bCs/>
        </w:rPr>
        <w:t xml:space="preserve">based on context clues.</w:t>
      </w:r>
      <w:r>
        <w:br/>
      </w:r>
      <w:r>
        <w:t xml:space="preserve">    (a) figured out</w:t>
      </w:r>
      <w:r>
        <w:br/>
      </w:r>
      <w:r>
        <w:t xml:space="preserve">    (b) different</w:t>
      </w:r>
      <w:r>
        <w:br/>
      </w:r>
      <w:r>
        <w:t xml:space="preserve">    (c) converted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will stand to his left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his speech into sign language.</w:t>
      </w:r>
      <w:r>
        <w:br/>
      </w:r>
      <w:r>
        <w:t xml:space="preserve">    (a) translate</w:t>
      </w:r>
      <w:r>
        <w:br/>
      </w:r>
      <w:r>
        <w:t xml:space="preserve">    (b) refute (prove false)</w:t>
      </w:r>
      <w:r>
        <w:br/>
      </w:r>
      <w:r>
        <w:t xml:space="preserve">    (c) elaborate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will a court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the word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careless</w:t>
      </w:r>
      <w:r>
        <w:rPr>
          <w:b/>
          <w:bCs/>
        </w:rPr>
        <w:t xml:space="preserve"> </w:t>
      </w:r>
      <w:r>
        <w:rPr>
          <w:b/>
          <w:bCs/>
        </w:rPr>
        <w:t xml:space="preserve">if there is a lawsuit?</w:t>
      </w:r>
      <w:r>
        <w:br/>
      </w:r>
      <w:r>
        <w:t xml:space="preserve">    (a) ignore</w:t>
      </w:r>
      <w:r>
        <w:br/>
      </w:r>
      <w:r>
        <w:t xml:space="preserve">    (b) understand</w:t>
      </w:r>
      <w:r>
        <w:br/>
      </w:r>
      <w:r>
        <w:t xml:space="preserve">    (c) insist 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imprisoned for insulting the Thai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monarchy</w:t>
      </w:r>
      <w:r>
        <w:rPr>
          <w:b/>
          <w:bCs/>
        </w:rPr>
        <w:t xml:space="preserve">.</w:t>
      </w:r>
      <w:r>
        <w:br/>
      </w:r>
      <w:r>
        <w:t xml:space="preserve">    (a) government ruled by royalty</w:t>
      </w:r>
      <w:r>
        <w:br/>
      </w:r>
      <w:r>
        <w:t xml:space="preserve">    (b) government ruled by foreigners</w:t>
      </w:r>
      <w:r>
        <w:br/>
      </w:r>
      <w:r>
        <w:t xml:space="preserve">    (c) government rules by the military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book was called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Omnipotent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Government</w:t>
      </w:r>
      <w:r>
        <w:rPr>
          <w:b/>
          <w:bCs/>
        </w:rPr>
        <w:t xml:space="preserve">.</w:t>
      </w:r>
      <w:r>
        <w:br/>
      </w:r>
      <w:r>
        <w:t xml:space="preserve">    (a) present everywhere</w:t>
      </w:r>
      <w:r>
        <w:br/>
      </w:r>
      <w:r>
        <w:t xml:space="preserve">    (b) knowing everything</w:t>
      </w:r>
      <w:r>
        <w:br/>
      </w:r>
      <w:r>
        <w:t xml:space="preserve">    (c) all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became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precept</w:t>
      </w:r>
      <w:r>
        <w:rPr>
          <w:b/>
          <w:bCs/>
        </w:rPr>
        <w:t xml:space="preserve"> </w:t>
      </w:r>
      <w:r>
        <w:rPr>
          <w:b/>
          <w:bCs/>
        </w:rPr>
        <w:t xml:space="preserve">of U.S. foreign policy.</w:t>
      </w:r>
      <w:r>
        <w:br/>
      </w:r>
      <w:r>
        <w:t xml:space="preserve">    (a) rule</w:t>
      </w:r>
      <w:r>
        <w:br/>
      </w:r>
      <w:r>
        <w:t xml:space="preserve">    (b) sign</w:t>
      </w:r>
      <w:r>
        <w:br/>
      </w:r>
      <w:r>
        <w:t xml:space="preserve">    (c) problem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support</w:t>
      </w:r>
      <w:r>
        <w:br/>
      </w:r>
      <w:r>
        <w:t xml:space="preserve">    (b) good purpose</w:t>
      </w:r>
      <w:r>
        <w:br/>
      </w:r>
      <w:r>
        <w:t xml:space="preserve">    (c) good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warmly welcomed</w:t>
      </w:r>
      <w:r>
        <w:br/>
      </w:r>
      <w:r>
        <w:t xml:space="preserve">    (b) highly amusing</w:t>
      </w:r>
      <w:r>
        <w:br/>
      </w:r>
      <w:r>
        <w:t xml:space="preserve">    (c) deeply offensive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silence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signify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disagreed.</w:t>
      </w:r>
      <w:r>
        <w:br/>
      </w:r>
      <w:r>
        <w:t xml:space="preserve">    (a) indicate</w:t>
      </w:r>
      <w:r>
        <w:br/>
      </w:r>
      <w:r>
        <w:t xml:space="preserve">    (b) repeat</w:t>
      </w:r>
      <w:r>
        <w:br/>
      </w:r>
      <w:r>
        <w:t xml:space="preserve">    (c) delay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officer under the rank of Captain, shall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subordinate</w:t>
      </w:r>
      <w:r>
        <w:rPr>
          <w:b/>
          <w:bCs/>
        </w:rPr>
        <w:t xml:space="preserve"> </w:t>
      </w:r>
      <w:r>
        <w:rPr>
          <w:b/>
          <w:bCs/>
        </w:rPr>
        <w:t xml:space="preserve">to the Officer of the Watch in regard to the performance of the duties with which he is charged.</w:t>
      </w:r>
      <w:r>
        <w:br/>
      </w:r>
      <w:r>
        <w:t xml:space="preserve">    (a) in charge of</w:t>
      </w:r>
      <w:r>
        <w:br/>
      </w:r>
      <w:r>
        <w:t xml:space="preserve">    (b) subservient</w:t>
      </w:r>
      <w:r>
        <w:br/>
      </w:r>
      <w:r>
        <w:t xml:space="preserve">    (c) considerate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2026-07-31T15:38:13Z</dcterms:created>
  <dcterms:modified xsi:type="dcterms:W3CDTF">2026-07-31T15:38:13Z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