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65c1773e7a13a4ce7cfeac24db3da7e512ae56"/>
    <w:p>
      <w:pPr>
        <w:pStyle w:val="Heading1"/>
      </w:pPr>
      <w:r>
        <w:rPr>
          <w:b/>
          <w:bCs/>
        </w:rPr>
        <w:t xml:space="preserve">Leviathan</w:t>
      </w:r>
      <w:r>
        <w:br/>
      </w:r>
      <w:r>
        <w:rPr>
          <w:i/>
          <w:iCs/>
        </w:rPr>
        <w:t xml:space="preserve">Thomas Hobbes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Surges in debt are a recurring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antecedent</w:t>
      </w:r>
      <w:r>
        <w:rPr>
          <w:b/>
          <w:bCs/>
        </w:rPr>
        <w:t xml:space="preserve"> </w:t>
      </w:r>
      <w:r>
        <w:rPr>
          <w:b/>
          <w:bCs/>
        </w:rPr>
        <w:t xml:space="preserve">to U.S. banking crises.</w:t>
      </w:r>
      <w:r>
        <w:br/>
      </w:r>
      <w:r>
        <w:t xml:space="preserve">    (a) related to a branch of psychology concerned with the links between biology and behavior</w:t>
      </w:r>
      <w:r>
        <w:br/>
      </w:r>
      <w:r>
        <w:t xml:space="preserve">    (b) (adjective) designed to stop something  OR  (noun)  something that stops something else</w:t>
      </w:r>
      <w:r>
        <w:br/>
      </w:r>
      <w:r>
        <w:t xml:space="preserve">    (c) something that precedes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distrust</w:t>
      </w:r>
      <w:r>
        <w:br/>
      </w:r>
      <w:r>
        <w:t xml:space="preserve">    (b) sympathy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selfishness</w:t>
      </w:r>
      <w:r>
        <w:br/>
      </w:r>
      <w:r>
        <w:t xml:space="preserve">    (b) greed</w:t>
      </w:r>
      <w:r>
        <w:br/>
      </w:r>
      <w:r>
        <w:t xml:space="preserve">    (c) laziness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thought deeply</w:t>
      </w:r>
      <w:r>
        <w:br/>
      </w:r>
      <w:r>
        <w:t xml:space="preserve">    (b) with rises and falls in pitch</w:t>
      </w:r>
      <w:r>
        <w:br/>
      </w:r>
      <w:r>
        <w:t xml:space="preserve">    (c) commended or praised publicly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tend to rationalize their actions to make them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consonant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their beliefs of what is good.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the state or degree of being pessimistic or disagreeable</w:t>
      </w:r>
      <w:r>
        <w:br/>
      </w:r>
      <w:r>
        <w:t xml:space="preserve">    (c) consistent (in agreement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small in amount</w:t>
      </w:r>
      <w:r>
        <w:br/>
      </w:r>
      <w:r>
        <w:t xml:space="preserve">    (c) rare and unusual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argumentative</w:t>
      </w:r>
      <w:r>
        <w:br/>
      </w:r>
      <w:r>
        <w:t xml:space="preserve">    (b) unassertive</w:t>
      </w:r>
      <w:r>
        <w:br/>
      </w:r>
      <w:r>
        <w:t xml:space="preserve">    (c) young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sports-related</w:t>
      </w:r>
      <w:r>
        <w:br/>
      </w:r>
      <w:r>
        <w:t xml:space="preserve">    (b) kitchen-related</w:t>
      </w:r>
      <w:r>
        <w:br/>
      </w:r>
      <w:r>
        <w:t xml:space="preserve">    (c) church-related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learns from others</w:t>
      </w:r>
      <w:r>
        <w:br/>
      </w:r>
      <w:r>
        <w:t xml:space="preserve">    (b) teaches or instructs</w:t>
      </w:r>
      <w:r>
        <w:br/>
      </w:r>
      <w:r>
        <w:t xml:space="preserve">    (c) puzzles listeners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contributions were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egregious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campaign finance rules.</w:t>
      </w:r>
      <w:r>
        <w:br/>
      </w:r>
      <w:r>
        <w:t xml:space="preserve">    (a) completely accidental</w:t>
      </w:r>
      <w:r>
        <w:br/>
      </w:r>
      <w:r>
        <w:t xml:space="preserve">    (b) outstandingly bad</w:t>
      </w:r>
      <w:r>
        <w:br/>
      </w:r>
      <w:r>
        <w:t xml:space="preserve">    (c) minor and forgivable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Federal Reserve Chairman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on the inflation outlook.</w:t>
      </w:r>
      <w:r>
        <w:br/>
      </w:r>
      <w:r>
        <w:t xml:space="preserve">    (a) discuss in detail</w:t>
      </w:r>
      <w:r>
        <w:br/>
      </w:r>
      <w:r>
        <w:t xml:space="preserve">    (b) make more excuses</w:t>
      </w:r>
      <w:r>
        <w:br/>
      </w:r>
      <w:r>
        <w:t xml:space="preserve">    (c) ask questions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of the old traditions are still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extant</w:t>
      </w:r>
      <w:r>
        <w:rPr>
          <w:b/>
          <w:bCs/>
        </w:rPr>
        <w:t xml:space="preserve"> </w:t>
      </w:r>
      <w:r>
        <w:rPr>
          <w:b/>
          <w:bCs/>
        </w:rPr>
        <w:t xml:space="preserve">in rural areas.</w:t>
      </w:r>
      <w:r>
        <w:br/>
      </w:r>
      <w:r>
        <w:t xml:space="preserve">    (a) wrongly translates</w:t>
      </w:r>
      <w:r>
        <w:br/>
      </w:r>
      <w:r>
        <w:t xml:space="preserve">    (b) restarted (a fire)</w:t>
      </w:r>
      <w:r>
        <w:br/>
      </w:r>
      <w:r>
        <w:t xml:space="preserve">    (c) still in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disgraceful</w:t>
      </w:r>
      <w:r>
        <w:br/>
      </w:r>
      <w:r>
        <w:t xml:space="preserve">    (b) quick</w:t>
      </w:r>
      <w:r>
        <w:br/>
      </w:r>
      <w:r>
        <w:t xml:space="preserve">    (c) eventual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ingratitude</w:t>
      </w:r>
      <w:r>
        <w:rPr>
          <w:b/>
          <w:bCs/>
        </w:rPr>
        <w:t xml:space="preserve"> </w:t>
      </w:r>
      <w:r>
        <w:rPr>
          <w:b/>
          <w:bCs/>
        </w:rPr>
        <w:t xml:space="preserve">shown by those who benefited from her kindness was a bitter reminder of the world's indifference.</w:t>
      </w:r>
      <w:r>
        <w:br/>
      </w:r>
      <w:r>
        <w:t xml:space="preserve">    (a) lack of gratefulness</w:t>
      </w:r>
      <w:r>
        <w:br/>
      </w:r>
      <w:r>
        <w:t xml:space="preserve">    (b) lack of success</w:t>
      </w:r>
      <w:r>
        <w:br/>
      </w:r>
      <w:r>
        <w:t xml:space="preserve">    (c) lack of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practice</w:t>
      </w:r>
      <w:r>
        <w:br/>
      </w:r>
      <w:r>
        <w:t xml:space="preserve">    (b) supporters</w:t>
      </w:r>
      <w:r>
        <w:br/>
      </w:r>
      <w:r>
        <w:t xml:space="preserve">    (c) immorality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Chicago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</w:t>
      </w:r>
      <w:r>
        <w:rPr>
          <w:b/>
          <w:bCs/>
        </w:rPr>
        <w:t xml:space="preserve"> </w:t>
      </w:r>
      <w:r>
        <w:rPr>
          <w:b/>
          <w:bCs/>
        </w:rPr>
        <w:t xml:space="preserve">required that new streets be laid out with eight streets per mile in one direction and sixteen in the other direction.</w:t>
      </w:r>
      <w:r>
        <w:br/>
      </w:r>
      <w:r>
        <w:t xml:space="preserve">    (a) suggestion</w:t>
      </w:r>
      <w:r>
        <w:br/>
      </w:r>
      <w:r>
        <w:t xml:space="preserve">    (b) custom</w:t>
      </w:r>
      <w:r>
        <w:br/>
      </w:r>
      <w:r>
        <w:t xml:space="preserve">    (c)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a penalty fine</w:t>
      </w:r>
      <w:r>
        <w:br/>
      </w:r>
      <w:r>
        <w:t xml:space="preserve">    (b) an apology</w:t>
      </w:r>
      <w:r>
        <w:br/>
      </w:r>
      <w:r>
        <w:t xml:space="preserve">    (c) compensation for loss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town viewed her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reprobate</w:t>
      </w:r>
      <w:r>
        <w:rPr>
          <w:b/>
          <w:bCs/>
        </w:rPr>
        <w:t xml:space="preserve">, always involved in dubious activities and scandals.</w:t>
      </w:r>
      <w:r>
        <w:br/>
      </w:r>
      <w:r>
        <w:t xml:space="preserve">    (a) an unprincipled or immoral person</w:t>
      </w:r>
      <w:r>
        <w:br/>
      </w:r>
      <w:r>
        <w:t xml:space="preserve">    (b) inability to think clearly; or an instance of not thinking clearly; or describing parts as not fitting together in a consistent or pleasing manner</w:t>
      </w:r>
      <w:r>
        <w:br/>
      </w:r>
      <w:r>
        <w:t xml:space="preserve">    (c) related to psychosis or someone who suffers from a psychosis (any severe mental disorder in which contact with reality is lost or highly distorted)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amount of monetary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restitution</w:t>
      </w:r>
      <w:r>
        <w:rPr>
          <w:b/>
          <w:bCs/>
        </w:rPr>
        <w:t xml:space="preserve"> </w:t>
      </w:r>
      <w:r>
        <w:rPr>
          <w:b/>
          <w:bCs/>
        </w:rPr>
        <w:t xml:space="preserve">can make up for what I lost.</w:t>
      </w:r>
      <w:r>
        <w:br/>
      </w:r>
      <w:r>
        <w:t xml:space="preserve">    (a) money paid in compensation for loss</w:t>
      </w:r>
      <w:r>
        <w:br/>
      </w:r>
      <w:r>
        <w:t xml:space="preserve">    (b) adherents to the theological system of John Calvin and his followers emphasizing omnipotence of God and salvation by grace alone</w:t>
      </w:r>
      <w:r>
        <w:br/>
      </w:r>
      <w:r>
        <w:t xml:space="preserve">    (c) the ability to put someone into a state of hypnosis (a trance-like state of focused concentration and heightened suggestibility)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Susan B. Anthony fought for women's political rights, especially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suffrage</w:t>
      </w:r>
      <w:r>
        <w:rPr>
          <w:b/>
          <w:bCs/>
        </w:rPr>
        <w:t xml:space="preserve">.</w:t>
      </w:r>
      <w:r>
        <w:br/>
      </w:r>
      <w:r>
        <w:t xml:space="preserve">    (a) freedom of expression</w:t>
      </w:r>
      <w:r>
        <w:br/>
      </w:r>
      <w:r>
        <w:t xml:space="preserve">    (b) the right to own property</w:t>
      </w:r>
      <w:r>
        <w:br/>
      </w:r>
      <w:r>
        <w:t xml:space="preserve">    (c) the right to vote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2026-07-31T15:38:14Z</dcterms:created>
  <dcterms:modified xsi:type="dcterms:W3CDTF">2026-07-31T15:38:14Z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