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9b721f4f396d8502f4d829e0deddf0a4819033"/>
    <w:p>
      <w:pPr>
        <w:pStyle w:val="Heading1"/>
      </w:pPr>
      <w:r>
        <w:rPr>
          <w:b/>
          <w:bCs/>
        </w:rPr>
        <w:t xml:space="preserve">Leviathan</w:t>
      </w:r>
      <w:r>
        <w:br/>
      </w:r>
      <w:r>
        <w:rPr>
          <w:i/>
          <w:iCs/>
        </w:rPr>
        <w:t xml:space="preserve">Thomas Hobbes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this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Doctrine</w:t>
      </w:r>
      <w:r>
        <w:rPr>
          <w:b/>
          <w:bCs/>
        </w:rPr>
        <w:t xml:space="preserve">, admitteth no other Demonstration.</w:t>
      </w:r>
      <w:r>
        <w:br/>
      </w:r>
      <w:r>
        <w:t xml:space="preserve">    (a) an economic system where most decisions are made through voluntary buying and selling</w:t>
      </w:r>
      <w:r>
        <w:br/>
      </w:r>
      <w:r>
        <w:t xml:space="preserve">    (b) a belief (or system of beliefs or principles) accepted as authoritative by some group</w:t>
      </w:r>
      <w:r>
        <w:br/>
      </w:r>
      <w:r>
        <w:t xml:space="preserve">    (c) a substance that stimulates the production of antibodies to protect against a disease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be beasts, that at a year old observe more, and pursue that which is for their good,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prudently</w:t>
      </w:r>
      <w:r>
        <w:rPr>
          <w:b/>
          <w:bCs/>
        </w:rPr>
        <w:t xml:space="preserve">, than a child can do at ten.</w:t>
      </w:r>
      <w:r>
        <w:br/>
      </w:r>
      <w:r>
        <w:t xml:space="preserve">    (a) in a strongly biased manner</w:t>
      </w:r>
      <w:r>
        <w:br/>
      </w:r>
      <w:r>
        <w:t xml:space="preserve">    (b) with good sense and caution</w:t>
      </w:r>
      <w:r>
        <w:br/>
      </w:r>
      <w:r>
        <w:t xml:space="preserve">    (c) in a manner that challenges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there can be no certainty of the last Conclusion, without a certainty of all those Affirmations and Negations, on which it was grounded,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inferred</w:t>
      </w:r>
      <w:r>
        <w:rPr>
          <w:b/>
          <w:bCs/>
        </w:rPr>
        <w:t xml:space="preserve">.</w:t>
      </w:r>
      <w:r>
        <w:br/>
      </w:r>
      <w:r>
        <w:t xml:space="preserve">    (a) was overly unhappy and unsociable</w:t>
      </w:r>
      <w:r>
        <w:br/>
      </w:r>
      <w:r>
        <w:t xml:space="preserve">    (b) not limited or without boundaries</w:t>
      </w:r>
      <w:r>
        <w:br/>
      </w:r>
      <w:r>
        <w:t xml:space="preserve">    (c) concluded or guessed by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first, when they one succeed another, they are diversly called from the opinion men have of the likelihood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attaining</w:t>
      </w:r>
      <w:r>
        <w:rPr>
          <w:b/>
          <w:bCs/>
        </w:rPr>
        <w:t xml:space="preserve"> </w:t>
      </w:r>
      <w:r>
        <w:rPr>
          <w:b/>
          <w:bCs/>
        </w:rPr>
        <w:t xml:space="preserve">what they desire.</w:t>
      </w:r>
      <w:r>
        <w:br/>
      </w:r>
      <w:r>
        <w:t xml:space="preserve">    (a) moving into position to work; or starting</w:t>
      </w:r>
      <w:r>
        <w:br/>
      </w:r>
      <w:r>
        <w:t xml:space="preserve">    (b) saying (or making a sound) with the voice</w:t>
      </w:r>
      <w:r>
        <w:br/>
      </w:r>
      <w:r>
        <w:t xml:space="preserve">    (c) gaining or reaching something with effort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Desire of things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conduce</w:t>
      </w:r>
      <w:r>
        <w:rPr>
          <w:b/>
          <w:bCs/>
        </w:rPr>
        <w:t xml:space="preserve"> </w:t>
      </w:r>
      <w:r>
        <w:rPr>
          <w:b/>
          <w:bCs/>
        </w:rPr>
        <w:t xml:space="preserve">but a little to our ends; And fear of things that are but of little hindrance, PUSILLANIMITY.</w:t>
      </w:r>
      <w:r>
        <w:br/>
      </w:r>
      <w:r>
        <w:t xml:space="preserve">    (a) contribute (to a result)</w:t>
      </w:r>
      <w:r>
        <w:br/>
      </w:r>
      <w:r>
        <w:t xml:space="preserve">    (b) struggle or disagreement</w:t>
      </w:r>
      <w:r>
        <w:br/>
      </w:r>
      <w:r>
        <w:t xml:space="preserve">    (c) include consideration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kind of Honour, commonly called Gentry, has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derived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Antient Germans.</w:t>
      </w:r>
      <w:r>
        <w:br/>
      </w:r>
      <w:r>
        <w:t xml:space="preserve">    (a) got</w:t>
      </w:r>
      <w:r>
        <w:br/>
      </w:r>
      <w:r>
        <w:t xml:space="preserve">    (b) hid</w:t>
      </w:r>
      <w:r>
        <w:br/>
      </w:r>
      <w:r>
        <w:t xml:space="preserve">    (c) cut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when many such Families, joyned together, made a greater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Monarchy</w:t>
      </w:r>
      <w:r>
        <w:rPr>
          <w:b/>
          <w:bCs/>
        </w:rPr>
        <w:t xml:space="preserve">, this duty of the Herealt, to distinguish Scutchions, was made a private Office a part.</w:t>
      </w:r>
      <w:r>
        <w:br/>
      </w:r>
      <w:r>
        <w:t xml:space="preserve">    (a) a government, country, or ruling family of a country ruled by a king of queen</w:t>
      </w:r>
      <w:r>
        <w:br/>
      </w:r>
      <w:r>
        <w:t xml:space="preserve">    (b) a usually brief state of mental confusion often accompanied by hallucinations</w:t>
      </w:r>
      <w:r>
        <w:br/>
      </w:r>
      <w:r>
        <w:t xml:space="preserve">    (c) a psychologist concerned with the treatment of abnormal thinking and behavior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 Religion of the later sort is Divine Politiques; and containeth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Precepts</w:t>
      </w:r>
      <w:r>
        <w:rPr>
          <w:b/>
          <w:bCs/>
        </w:rPr>
        <w:t xml:space="preserve"> </w:t>
      </w:r>
      <w:r>
        <w:rPr>
          <w:b/>
          <w:bCs/>
        </w:rPr>
        <w:t xml:space="preserve">to those that have yeelded themselves subjects in the Kingdome of God.</w:t>
      </w:r>
      <w:r>
        <w:br/>
      </w:r>
      <w:r>
        <w:t xml:space="preserve">    (a) sharp hooked claws</w:t>
      </w:r>
      <w:r>
        <w:br/>
      </w:r>
      <w:r>
        <w:t xml:space="preserve">    (b) rules for behavior</w:t>
      </w:r>
      <w:r>
        <w:br/>
      </w:r>
      <w:r>
        <w:t xml:space="preserve">    (c) unties or releases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Such was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Heathen</w:t>
      </w:r>
      <w:r>
        <w:rPr>
          <w:b/>
          <w:bCs/>
        </w:rPr>
        <w:t xml:space="preserve"> </w:t>
      </w:r>
      <w:r>
        <w:rPr>
          <w:b/>
          <w:bCs/>
        </w:rPr>
        <w:t xml:space="preserve">Forme, "Let Jupiter kill me else, as I kill this Beast."</w:t>
      </w:r>
      <w:r>
        <w:br/>
      </w:r>
      <w:r>
        <w:t xml:space="preserve">    (a) the ability and tendency to determine what should be done and to start doing it without instruction; or to start something</w:t>
      </w:r>
      <w:r>
        <w:br/>
      </w:r>
      <w:r>
        <w:t xml:space="preserve">    (b) the state of not being relevant (not related to the subject being considered, or not important enough to want to consider)</w:t>
      </w:r>
      <w:r>
        <w:br/>
      </w:r>
      <w:r>
        <w:t xml:space="preserve">    (c) someone who is not civilized or not moral  OR  an offensive term for a person who does not believe in a preferred religion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they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attributed</w:t>
      </w:r>
      <w:r>
        <w:rPr>
          <w:b/>
          <w:bCs/>
        </w:rPr>
        <w:t xml:space="preserve"> </w:t>
      </w:r>
      <w:r>
        <w:rPr>
          <w:b/>
          <w:bCs/>
        </w:rPr>
        <w:t xml:space="preserve">to Men, they signifie Conformity, or Inconformity of Manners, to Reason.</w:t>
      </w:r>
      <w:r>
        <w:br/>
      </w:r>
      <w:r>
        <w:t xml:space="preserve">    (a) not changed directly from a solid to a vapor</w:t>
      </w:r>
      <w:r>
        <w:br/>
      </w:r>
      <w:r>
        <w:t xml:space="preserve">    (b) not made different; or shown to be different</w:t>
      </w:r>
      <w:r>
        <w:br/>
      </w:r>
      <w:r>
        <w:t xml:space="preserve">    (c) credited (pointed to as the cause of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we may know what worship of God is taught us by the light of Nature, I will begin with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Attributes</w:t>
      </w:r>
      <w:r>
        <w:rPr>
          <w:b/>
          <w:bCs/>
        </w:rPr>
        <w:t xml:space="preserve">.</w:t>
      </w:r>
      <w:r>
        <w:br/>
      </w:r>
      <w:r>
        <w:t xml:space="preserve">    (a) characteristics (of something or someone)</w:t>
      </w:r>
      <w:r>
        <w:br/>
      </w:r>
      <w:r>
        <w:t xml:space="preserve">    (b) dreamlike states of altered consciousness</w:t>
      </w:r>
      <w:r>
        <w:br/>
      </w:r>
      <w:r>
        <w:t xml:space="preserve">    (c) piles of wood or other burnable materials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Whatsoever is done to a man, conformable to his own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signified</w:t>
      </w:r>
      <w:r>
        <w:rPr>
          <w:b/>
          <w:bCs/>
        </w:rPr>
        <w:t xml:space="preserve"> </w:t>
      </w:r>
      <w:r>
        <w:rPr>
          <w:b/>
          <w:bCs/>
        </w:rPr>
        <w:t xml:space="preserve">to the doer, is no Injury to him.</w:t>
      </w:r>
      <w:r>
        <w:br/>
      </w:r>
      <w:r>
        <w:t xml:space="preserve">    (a) lacking things most people enjoy</w:t>
      </w:r>
      <w:r>
        <w:br/>
      </w:r>
      <w:r>
        <w:t xml:space="preserve">    (b) to indicate (to show or to mean)</w:t>
      </w:r>
      <w:r>
        <w:br/>
      </w:r>
      <w:r>
        <w:t xml:space="preserve">    (c) of the Netherlands or its people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First, because they Covenant, it is to be understood, they are not obliged by former Covenant to any thing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repugnant</w:t>
      </w:r>
      <w:r>
        <w:rPr>
          <w:b/>
          <w:bCs/>
        </w:rPr>
        <w:t xml:space="preserve"> </w:t>
      </w:r>
      <w:r>
        <w:rPr>
          <w:b/>
          <w:bCs/>
        </w:rPr>
        <w:t xml:space="preserve">hereunto.</w:t>
      </w:r>
      <w:r>
        <w:br/>
      </w:r>
      <w:r>
        <w:t xml:space="preserve">    (a) disgusting</w:t>
      </w:r>
      <w:r>
        <w:br/>
      </w:r>
      <w:r>
        <w:t xml:space="preserve">    (b) related to</w:t>
      </w:r>
      <w:r>
        <w:br/>
      </w:r>
      <w:r>
        <w:t xml:space="preserve">    (c) very large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this was it our most wise King, King James, aymed at,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endeavouring</w:t>
      </w:r>
      <w:r>
        <w:rPr>
          <w:b/>
          <w:bCs/>
        </w:rPr>
        <w:t xml:space="preserve"> </w:t>
      </w:r>
      <w:r>
        <w:rPr>
          <w:b/>
          <w:bCs/>
        </w:rPr>
        <w:t xml:space="preserve">the Union of his two Realms of England and Scotland.</w:t>
      </w:r>
      <w:r>
        <w:br/>
      </w:r>
      <w:r>
        <w:t xml:space="preserve">    (a) believing or judging</w:t>
      </w:r>
      <w:r>
        <w:br/>
      </w:r>
      <w:r>
        <w:t xml:space="preserve">    (b) trying or attempting</w:t>
      </w:r>
      <w:r>
        <w:br/>
      </w:r>
      <w:r>
        <w:t xml:space="preserve">    (c) working or operating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did not his will assure the Necessity of mans will, and consequently of all that on mans will dependeth, the Liberty of men would be a contradiction, and impediment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omnipotence</w:t>
      </w:r>
      <w:r>
        <w:rPr>
          <w:b/>
          <w:bCs/>
        </w:rPr>
        <w:t xml:space="preserve"> </w:t>
      </w:r>
      <w:r>
        <w:rPr>
          <w:b/>
          <w:bCs/>
        </w:rPr>
        <w:t xml:space="preserve">and Liberty of God.</w:t>
      </w:r>
      <w:r>
        <w:br/>
      </w:r>
      <w:r>
        <w:t xml:space="preserve">    (a) because of a basic rule or belief</w:t>
      </w:r>
      <w:r>
        <w:br/>
      </w:r>
      <w:r>
        <w:t xml:space="preserve">    (b) the quality of being all powerful</w:t>
      </w:r>
      <w:r>
        <w:br/>
      </w:r>
      <w:r>
        <w:t xml:space="preserve">    (c) interacts, interests, or attracts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Others are Dependent; that is to say,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Subordinate</w:t>
      </w:r>
      <w:r>
        <w:rPr>
          <w:b/>
          <w:bCs/>
        </w:rPr>
        <w:t xml:space="preserve"> </w:t>
      </w:r>
      <w:r>
        <w:rPr>
          <w:b/>
          <w:bCs/>
        </w:rPr>
        <w:t xml:space="preserve">to some Soveraign Power, to which every one, as also their Representative is Subject.</w:t>
      </w:r>
      <w:r>
        <w:br/>
      </w:r>
      <w:r>
        <w:t xml:space="preserve">    (a) less important or subservient; or to rank as such</w:t>
      </w:r>
      <w:r>
        <w:br/>
      </w:r>
      <w:r>
        <w:t xml:space="preserve">    (b) treat as a particular type that is considered bad</w:t>
      </w:r>
      <w:r>
        <w:br/>
      </w:r>
      <w:r>
        <w:t xml:space="preserve">    (c) prepare food in a way that keeps it from spoiling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like manner, when question is of the Meaning of written Lawes, he is not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Interpreter</w:t>
      </w:r>
      <w:r>
        <w:rPr>
          <w:b/>
          <w:bCs/>
        </w:rPr>
        <w:t xml:space="preserve"> </w:t>
      </w:r>
      <w:r>
        <w:rPr>
          <w:b/>
          <w:bCs/>
        </w:rPr>
        <w:t xml:space="preserve">of them, that writeth a Commentary upon them.</w:t>
      </w:r>
      <w:r>
        <w:br/>
      </w:r>
      <w:r>
        <w:t xml:space="preserve">    (a) someone who extensively damages</w:t>
      </w:r>
      <w:r>
        <w:br/>
      </w:r>
      <w:r>
        <w:t xml:space="preserve">    (b) people who criticize or condemn</w:t>
      </w:r>
      <w:r>
        <w:br/>
      </w:r>
      <w:r>
        <w:t xml:space="preserve">    (c) someone who translates language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abilities required in a good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Interpreter</w:t>
      </w:r>
      <w:r>
        <w:rPr>
          <w:b/>
          <w:bCs/>
        </w:rPr>
        <w:t xml:space="preserve"> </w:t>
      </w:r>
      <w:r>
        <w:rPr>
          <w:b/>
          <w:bCs/>
        </w:rPr>
        <w:t xml:space="preserve">of the Law, that is to say, in a good Judge, are not the same with those of an Advocate; namely the study of the Lawes.</w:t>
      </w:r>
      <w:r>
        <w:br/>
      </w:r>
      <w:r>
        <w:t xml:space="preserve">    (a) someone or something that protects something or keeps it as it is</w:t>
      </w:r>
      <w:r>
        <w:br/>
      </w:r>
      <w:r>
        <w:t xml:space="preserve">    (b) someone who explains or understands something in a particular way</w:t>
      </w:r>
      <w:r>
        <w:br/>
      </w:r>
      <w:r>
        <w:t xml:space="preserve">    (c) people who perform detailed examinations to improve 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therefore these two Powers oppose one another, the Common-wealth cannot but be in great danger of Civill warre,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Dissolution</w:t>
      </w:r>
      <w:r>
        <w:rPr>
          <w:b/>
          <w:bCs/>
        </w:rPr>
        <w:t xml:space="preserve">.</w:t>
      </w:r>
      <w:r>
        <w:br/>
      </w:r>
      <w:r>
        <w:t xml:space="preserve">    (a) an order issued by a court or judicial officer</w:t>
      </w:r>
      <w:r>
        <w:br/>
      </w:r>
      <w:r>
        <w:t xml:space="preserve">    (b) breaking something up or bringing it to an end</w:t>
      </w:r>
      <w:r>
        <w:br/>
      </w:r>
      <w:r>
        <w:t xml:space="preserve">    (c) two successive lines of poetry; usually rhymed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Besides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Idolatrous</w:t>
      </w:r>
      <w:r>
        <w:rPr>
          <w:b/>
          <w:bCs/>
        </w:rPr>
        <w:t xml:space="preserve"> </w:t>
      </w:r>
      <w:r>
        <w:rPr>
          <w:b/>
          <w:bCs/>
        </w:rPr>
        <w:t xml:space="preserve">Worship of Images, there is also a Scandalous Worship of them; which is also a sin; but not Idolatry.</w:t>
      </w:r>
      <w:r>
        <w:br/>
      </w:r>
      <w:r>
        <w:t xml:space="preserve">    (a) submissiveness -- often behavior of someone who is so submissive or eager to serve and please that they seem to lack self-respect</w:t>
      </w:r>
      <w:r>
        <w:br/>
      </w:r>
      <w:r>
        <w:t xml:space="preserve">    (b) related to a mental illness most commonly associated with undeveloped social abilities, language, and other communication skills</w:t>
      </w:r>
      <w:r>
        <w:br/>
      </w:r>
      <w:r>
        <w:t xml:space="preserve">    (c) the worship of idols (physical objects representative of gods)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excessive admiration and devotion to something or someone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2026-07-31T15:38:13Z</dcterms:created>
  <dcterms:modified xsi:type="dcterms:W3CDTF">2026-07-31T15:38:13Z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