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da67557a2e5bdb26b42bf41d7800f58c037da5"/>
    <w:p>
      <w:pPr>
        <w:pStyle w:val="Heading1"/>
      </w:pPr>
      <w:r>
        <w:rPr>
          <w:b/>
          <w:bCs/>
        </w:rPr>
        <w:t xml:space="preserve">Leviathan</w:t>
      </w:r>
      <w:r>
        <w:br/>
      </w:r>
      <w:r>
        <w:rPr>
          <w:i/>
          <w:iCs/>
        </w:rPr>
        <w:t xml:space="preserve">Thomas Hobbes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1651 LEVIATHAN by Thomas Hobbes LEVIATHAN OR THE MATTER, FORME, &amp; POWER OF A COMMON-WEALTH</w:t>
      </w:r>
      <w:r>
        <w:rPr>
          <w:b/>
          <w:bCs/>
        </w:rPr>
        <w:t xml:space="preserve"> </w:t>
      </w:r>
      <w:r>
        <w:rPr>
          <w:b/>
          <w:bCs/>
          <w:u w:val="single"/>
        </w:rPr>
        <w:t xml:space="preserve">ECCLESIASTICAL</w:t>
      </w:r>
      <w:r>
        <w:rPr>
          <w:b/>
          <w:bCs/>
        </w:rPr>
        <w:t xml:space="preserve"> </w:t>
      </w:r>
      <w:r>
        <w:rPr>
          <w:b/>
          <w:bCs/>
        </w:rPr>
        <w:t xml:space="preserve">AND CIVILL By Thomas Hobbes of Malmesbury.</w:t>
      </w:r>
      <w:r>
        <w:br/>
      </w:r>
      <w:r>
        <w:t xml:space="preserve">    (a) able to take on or adopt</w:t>
      </w:r>
      <w:r>
        <w:br/>
      </w:r>
      <w:r>
        <w:t xml:space="preserve">    (b) associated with a church</w:t>
      </w:r>
      <w:r>
        <w:br/>
      </w:r>
      <w:r>
        <w:t xml:space="preserve">    (c) the state of being awake</w:t>
      </w:r>
    </w:p>
    <w:p>
      <w:pPr>
        <w:pStyle w:val="Compact"/>
        <w:numPr>
          <w:ilvl w:val="0"/>
          <w:numId w:val="1001"/>
        </w:numPr>
      </w:pPr>
      <w:r>
        <w:rPr>
          <w:b/>
          <w:bCs/>
        </w:rPr>
        <w:t xml:space="preserve">And being hereby forced to disperse themselves into severall parts of the world, it must needs be, that the diversity of Tongues that now is, proceeded by degrees from them, in such manner, as need (the mother of all inventions) taught them; and in tract of time grew every where more</w:t>
      </w:r>
      <w:r>
        <w:rPr>
          <w:b/>
          <w:bCs/>
        </w:rPr>
        <w:t xml:space="preserve"> </w:t>
      </w:r>
      <w:r>
        <w:rPr>
          <w:b/>
          <w:bCs/>
          <w:u w:val="single"/>
        </w:rPr>
        <w:t xml:space="preserve">copious</w:t>
      </w:r>
      <w:r>
        <w:rPr>
          <w:b/>
          <w:bCs/>
        </w:rPr>
        <w:t xml:space="preserve">.</w:t>
      </w:r>
      <w:r>
        <w:br/>
      </w:r>
      <w:r>
        <w:t xml:space="preserve">    (a) able to accept as true (without proof)</w:t>
      </w:r>
      <w:r>
        <w:br/>
      </w:r>
      <w:r>
        <w:t xml:space="preserve">    (b) able to be protected or kept unchanged</w:t>
      </w:r>
      <w:r>
        <w:br/>
      </w:r>
      <w:r>
        <w:t xml:space="preserve">    (c) abundant (large in quantity or number)</w:t>
      </w:r>
    </w:p>
    <w:p>
      <w:pPr>
        <w:pStyle w:val="Compact"/>
        <w:numPr>
          <w:ilvl w:val="0"/>
          <w:numId w:val="1001"/>
        </w:numPr>
      </w:pPr>
      <w:r>
        <w:rPr>
          <w:b/>
          <w:bCs/>
        </w:rPr>
        <w:t xml:space="preserve">Speciall uses of Speech are these; First, to Register, what by</w:t>
      </w:r>
      <w:r>
        <w:rPr>
          <w:b/>
          <w:bCs/>
        </w:rPr>
        <w:t xml:space="preserve"> </w:t>
      </w:r>
      <w:r>
        <w:rPr>
          <w:b/>
          <w:bCs/>
          <w:u w:val="single"/>
        </w:rPr>
        <w:t xml:space="preserve">cogitation</w:t>
      </w:r>
      <w:r>
        <w:rPr>
          <w:b/>
          <w:bCs/>
        </w:rPr>
        <w:t xml:space="preserve">, wee find to be the cause of any thing, present or past; and what we find things present or past may produce, or effect: which in summe, is acquiring of Arts.</w:t>
      </w:r>
      <w:r>
        <w:br/>
      </w:r>
      <w:r>
        <w:t xml:space="preserve">    (a) aka analysist -- psychiatrist</w:t>
      </w:r>
      <w:r>
        <w:br/>
      </w:r>
      <w:r>
        <w:t xml:space="preserve">    (b) something taken on or adopted</w:t>
      </w:r>
      <w:r>
        <w:br/>
      </w:r>
      <w:r>
        <w:t xml:space="preserve">    (c) consider carefully and deeply</w:t>
      </w:r>
    </w:p>
    <w:p>
      <w:pPr>
        <w:pStyle w:val="Compact"/>
        <w:numPr>
          <w:ilvl w:val="0"/>
          <w:numId w:val="1001"/>
        </w:numPr>
      </w:pPr>
      <w:r>
        <w:rPr>
          <w:b/>
          <w:bCs/>
          <w:u w:val="single"/>
        </w:rPr>
        <w:t xml:space="preserve">Diffidence</w:t>
      </w:r>
      <w:r>
        <w:br/>
      </w:r>
      <w:r>
        <w:t xml:space="preserve">    (a) the act of being in a working position; or the act of starting</w:t>
      </w:r>
      <w:r>
        <w:br/>
      </w:r>
      <w:r>
        <w:t xml:space="preserve">    (b) hesitancy and unassertiveness due to a lack of self-confidence</w:t>
      </w:r>
      <w:r>
        <w:br/>
      </w:r>
      <w:r>
        <w:t xml:space="preserve">    (c) an expert who shares professional opinions in a specific field</w:t>
      </w:r>
    </w:p>
    <w:p>
      <w:pPr>
        <w:pStyle w:val="Compact"/>
        <w:numPr>
          <w:ilvl w:val="0"/>
          <w:numId w:val="1001"/>
        </w:numPr>
      </w:pPr>
      <w:r>
        <w:rPr>
          <w:b/>
          <w:bCs/>
        </w:rPr>
        <w:t xml:space="preserve">The common sort of men seldome speak Insignificantly, and are therefore, by those other</w:t>
      </w:r>
      <w:r>
        <w:rPr>
          <w:b/>
          <w:bCs/>
        </w:rPr>
        <w:t xml:space="preserve"> </w:t>
      </w:r>
      <w:r>
        <w:rPr>
          <w:b/>
          <w:bCs/>
          <w:u w:val="single"/>
        </w:rPr>
        <w:t xml:space="preserve">Egregious</w:t>
      </w:r>
      <w:r>
        <w:rPr>
          <w:b/>
          <w:bCs/>
        </w:rPr>
        <w:t xml:space="preserve"> </w:t>
      </w:r>
      <w:r>
        <w:rPr>
          <w:b/>
          <w:bCs/>
        </w:rPr>
        <w:t xml:space="preserve">persons counted Idiots.</w:t>
      </w:r>
      <w:r>
        <w:br/>
      </w:r>
      <w:r>
        <w:t xml:space="preserve">    (a) able to challenge</w:t>
      </w:r>
      <w:r>
        <w:br/>
      </w:r>
      <w:r>
        <w:t xml:space="preserve">    (b) not demonstrating</w:t>
      </w:r>
      <w:r>
        <w:br/>
      </w:r>
      <w:r>
        <w:t xml:space="preserve">    (c) exceptionally bad</w:t>
      </w:r>
    </w:p>
    <w:p>
      <w:pPr>
        <w:pStyle w:val="Compact"/>
        <w:numPr>
          <w:ilvl w:val="0"/>
          <w:numId w:val="1001"/>
        </w:numPr>
      </w:pPr>
      <w:r>
        <w:rPr>
          <w:b/>
          <w:bCs/>
        </w:rPr>
        <w:t xml:space="preserve">To honour those another honours, is to Honour him; as a signe of</w:t>
      </w:r>
      <w:r>
        <w:rPr>
          <w:b/>
          <w:bCs/>
        </w:rPr>
        <w:t xml:space="preserve"> </w:t>
      </w:r>
      <w:r>
        <w:rPr>
          <w:b/>
          <w:bCs/>
          <w:u w:val="single"/>
        </w:rPr>
        <w:t xml:space="preserve">approbation</w:t>
      </w:r>
      <w:r>
        <w:rPr>
          <w:b/>
          <w:bCs/>
        </w:rPr>
        <w:t xml:space="preserve"> </w:t>
      </w:r>
      <w:r>
        <w:rPr>
          <w:b/>
          <w:bCs/>
        </w:rPr>
        <w:t xml:space="preserve">of his judgement.</w:t>
      </w:r>
      <w:r>
        <w:br/>
      </w:r>
      <w:r>
        <w:t xml:space="preserve">    (a) allowing</w:t>
      </w:r>
      <w:r>
        <w:br/>
      </w:r>
      <w:r>
        <w:t xml:space="preserve">    (b) approval</w:t>
      </w:r>
      <w:r>
        <w:br/>
      </w:r>
      <w:r>
        <w:t xml:space="preserve">    (c) not real</w:t>
      </w:r>
    </w:p>
    <w:p>
      <w:pPr>
        <w:pStyle w:val="Compact"/>
        <w:numPr>
          <w:ilvl w:val="0"/>
          <w:numId w:val="1001"/>
        </w:numPr>
      </w:pPr>
      <w:r>
        <w:rPr>
          <w:b/>
          <w:bCs/>
        </w:rPr>
        <w:t xml:space="preserve">And at this day, in this part of the world, private Duels are, and alwayes will be Honourable, though unlawfull, till such time as there shall be Honour ordained for them that refuse, and</w:t>
      </w:r>
      <w:r>
        <w:rPr>
          <w:b/>
          <w:bCs/>
        </w:rPr>
        <w:t xml:space="preserve"> </w:t>
      </w:r>
      <w:r>
        <w:rPr>
          <w:b/>
          <w:bCs/>
          <w:u w:val="single"/>
        </w:rPr>
        <w:t xml:space="preserve">Ignominy</w:t>
      </w:r>
      <w:r>
        <w:rPr>
          <w:b/>
          <w:bCs/>
        </w:rPr>
        <w:t xml:space="preserve"> </w:t>
      </w:r>
      <w:r>
        <w:rPr>
          <w:b/>
          <w:bCs/>
        </w:rPr>
        <w:t xml:space="preserve">for them that make the Challenge.</w:t>
      </w:r>
      <w:r>
        <w:br/>
      </w:r>
      <w:r>
        <w:t xml:space="preserve">    (a) size or dimension</w:t>
      </w:r>
      <w:r>
        <w:br/>
      </w:r>
      <w:r>
        <w:t xml:space="preserve">    (b) circular movement</w:t>
      </w:r>
      <w:r>
        <w:br/>
      </w:r>
      <w:r>
        <w:t xml:space="preserve">    (c) shame or disgrace</w:t>
      </w:r>
    </w:p>
    <w:p>
      <w:pPr>
        <w:pStyle w:val="Compact"/>
        <w:numPr>
          <w:ilvl w:val="0"/>
          <w:numId w:val="1001"/>
        </w:numPr>
      </w:pPr>
      <w:r>
        <w:rPr>
          <w:b/>
          <w:bCs/>
        </w:rPr>
        <w:t xml:space="preserve">Afterwards, not onely Kings, but popular Common-wealths, gave divers manners of Scutchions, to such as went forth to the War, or returned from it, for encouragement, or</w:t>
      </w:r>
      <w:r>
        <w:rPr>
          <w:b/>
          <w:bCs/>
        </w:rPr>
        <w:t xml:space="preserve"> </w:t>
      </w:r>
      <w:r>
        <w:rPr>
          <w:b/>
          <w:bCs/>
          <w:u w:val="single"/>
        </w:rPr>
        <w:t xml:space="preserve">recompence</w:t>
      </w:r>
      <w:r>
        <w:rPr>
          <w:b/>
          <w:bCs/>
        </w:rPr>
        <w:t xml:space="preserve"> </w:t>
      </w:r>
      <w:r>
        <w:rPr>
          <w:b/>
          <w:bCs/>
        </w:rPr>
        <w:t xml:space="preserve">to their service.</w:t>
      </w:r>
      <w:r>
        <w:br/>
      </w:r>
      <w:r>
        <w:t xml:space="preserve">    (a) compensation for loss; or payment or reward</w:t>
      </w:r>
      <w:r>
        <w:br/>
      </w:r>
      <w:r>
        <w:t xml:space="preserve">    (b) something that helps clarify or demonstrate</w:t>
      </w:r>
      <w:r>
        <w:br/>
      </w:r>
      <w:r>
        <w:t xml:space="preserve">    (c) relating to where attention is concentrated</w:t>
      </w:r>
    </w:p>
    <w:p>
      <w:pPr>
        <w:pStyle w:val="Compact"/>
        <w:numPr>
          <w:ilvl w:val="0"/>
          <w:numId w:val="1001"/>
        </w:numPr>
      </w:pPr>
      <w:r>
        <w:rPr>
          <w:b/>
          <w:bCs/>
        </w:rPr>
        <w:t xml:space="preserve">For Performance, is the naturall end of obligation; and Forgivenesse, the</w:t>
      </w:r>
      <w:r>
        <w:rPr>
          <w:b/>
          <w:bCs/>
        </w:rPr>
        <w:t xml:space="preserve"> </w:t>
      </w:r>
      <w:r>
        <w:rPr>
          <w:b/>
          <w:bCs/>
          <w:u w:val="single"/>
        </w:rPr>
        <w:t xml:space="preserve">restitution</w:t>
      </w:r>
      <w:r>
        <w:rPr>
          <w:b/>
          <w:bCs/>
        </w:rPr>
        <w:t xml:space="preserve"> </w:t>
      </w:r>
      <w:r>
        <w:rPr>
          <w:b/>
          <w:bCs/>
        </w:rPr>
        <w:t xml:space="preserve">of liberty; as being a retransferring of that Right, in which the obligation consisted.</w:t>
      </w:r>
      <w:r>
        <w:br/>
      </w:r>
      <w:r>
        <w:t xml:space="preserve">    (a) money paid in compensation for loss</w:t>
      </w:r>
      <w:r>
        <w:br/>
      </w:r>
      <w:r>
        <w:br/>
      </w:r>
      <w:r>
        <w:t xml:space="preserve">or:</w:t>
      </w:r>
      <w:r>
        <w:br/>
      </w:r>
      <w:r>
        <w:br/>
      </w:r>
      <w:r>
        <w:t xml:space="preserve">restoring a previous condition -- especially getting back something lost or stolen</w:t>
      </w:r>
      <w:r>
        <w:br/>
      </w:r>
      <w:r>
        <w:t xml:space="preserve">    (b) adherents to the theological system of John Calvin and his followers emphasizing omnipotence of God and salvation by grace alone</w:t>
      </w:r>
      <w:r>
        <w:br/>
      </w:r>
      <w:r>
        <w:t xml:space="preserve">    (c) the ability to put someone into a state of hypnosis (a trance-like state of focused concentration and heightened suggestibility)</w:t>
      </w:r>
    </w:p>
    <w:p>
      <w:pPr>
        <w:pStyle w:val="Compact"/>
        <w:numPr>
          <w:ilvl w:val="0"/>
          <w:numId w:val="1001"/>
        </w:numPr>
      </w:pPr>
      <w:r>
        <w:rPr>
          <w:b/>
          <w:bCs/>
        </w:rPr>
        <w:t xml:space="preserve">So that before the time of Civill Society, or in the interruption thereof by Warre, there is nothing can strengthen a Covenant of Peace agreed on, against the temptations of</w:t>
      </w:r>
      <w:r>
        <w:rPr>
          <w:b/>
          <w:bCs/>
        </w:rPr>
        <w:t xml:space="preserve"> </w:t>
      </w:r>
      <w:r>
        <w:rPr>
          <w:b/>
          <w:bCs/>
          <w:u w:val="single"/>
        </w:rPr>
        <w:t xml:space="preserve">Avarice</w:t>
      </w:r>
      <w:r>
        <w:rPr>
          <w:b/>
          <w:bCs/>
        </w:rPr>
        <w:t xml:space="preserve">, Ambition, Lust, or other strong desire, but the feare of that Invisible Power, which they every one Worship as God; and Feare as a Revenger of their perfidy.</w:t>
      </w:r>
      <w:r>
        <w:br/>
      </w:r>
      <w:r>
        <w:t xml:space="preserve">    (a) pessimism or unpleasantness</w:t>
      </w:r>
      <w:r>
        <w:br/>
      </w:r>
      <w:r>
        <w:t xml:space="preserve">    (b) arousing or inspiring again</w:t>
      </w:r>
      <w:r>
        <w:br/>
      </w:r>
      <w:r>
        <w:t xml:space="preserve">    (c) excessive desire for wealth</w:t>
      </w:r>
    </w:p>
    <w:p>
      <w:pPr>
        <w:pStyle w:val="Compact"/>
        <w:numPr>
          <w:ilvl w:val="0"/>
          <w:numId w:val="1001"/>
        </w:numPr>
      </w:pPr>
      <w:r>
        <w:rPr>
          <w:b/>
          <w:bCs/>
        </w:rPr>
        <w:t xml:space="preserve">For if he that doeth it, hath not passed away his originall right to do what he please, by some</w:t>
      </w:r>
      <w:r>
        <w:rPr>
          <w:b/>
          <w:bCs/>
        </w:rPr>
        <w:t xml:space="preserve"> </w:t>
      </w:r>
      <w:r>
        <w:rPr>
          <w:b/>
          <w:bCs/>
          <w:u w:val="single"/>
        </w:rPr>
        <w:t xml:space="preserve">Antecedent</w:t>
      </w:r>
      <w:r>
        <w:rPr>
          <w:b/>
          <w:bCs/>
        </w:rPr>
        <w:t xml:space="preserve"> </w:t>
      </w:r>
      <w:r>
        <w:rPr>
          <w:b/>
          <w:bCs/>
        </w:rPr>
        <w:t xml:space="preserve">Covenant, there is no breach of Covenant; and therefore no Injury done him.</w:t>
      </w:r>
      <w:r>
        <w:br/>
      </w:r>
      <w:r>
        <w:t xml:space="preserve">    (a) something that happened previous to something else; or anything that precedes something</w:t>
      </w:r>
      <w:r>
        <w:br/>
      </w:r>
      <w:r>
        <w:t xml:space="preserve">    (b) (adjective) designed to stop something  OR  (noun)  something that stops something else</w:t>
      </w:r>
      <w:r>
        <w:br/>
      </w:r>
      <w:r>
        <w:t xml:space="preserve">    (c) related to a branch of psychology concerned with the links between biology and behavior</w:t>
      </w:r>
    </w:p>
    <w:p>
      <w:pPr>
        <w:pStyle w:val="Compact"/>
        <w:numPr>
          <w:ilvl w:val="0"/>
          <w:numId w:val="1001"/>
        </w:numPr>
      </w:pPr>
      <w:r>
        <w:rPr>
          <w:b/>
          <w:bCs/>
        </w:rPr>
        <w:t xml:space="preserve">And therefore this distinction, in the sense wherein it useth to be</w:t>
      </w:r>
      <w:r>
        <w:rPr>
          <w:b/>
          <w:bCs/>
        </w:rPr>
        <w:t xml:space="preserve"> </w:t>
      </w:r>
      <w:r>
        <w:rPr>
          <w:b/>
          <w:bCs/>
          <w:u w:val="single"/>
        </w:rPr>
        <w:t xml:space="preserve">expounded</w:t>
      </w:r>
      <w:r>
        <w:rPr>
          <w:b/>
          <w:bCs/>
        </w:rPr>
        <w:t xml:space="preserve">, is not right.</w:t>
      </w:r>
      <w:r>
        <w:br/>
      </w:r>
      <w:r>
        <w:t xml:space="preserve">    (a) accepted as true (without proof)</w:t>
      </w:r>
      <w:r>
        <w:br/>
      </w:r>
      <w:r>
        <w:t xml:space="preserve">    (b) explained or discussed in detail</w:t>
      </w:r>
      <w:r>
        <w:br/>
      </w:r>
      <w:r>
        <w:t xml:space="preserve">    (c) not found, sought, or researched</w:t>
      </w:r>
    </w:p>
    <w:p>
      <w:pPr>
        <w:pStyle w:val="Compact"/>
        <w:numPr>
          <w:ilvl w:val="0"/>
          <w:numId w:val="1001"/>
        </w:numPr>
      </w:pPr>
      <w:r>
        <w:rPr>
          <w:b/>
          <w:bCs/>
        </w:rPr>
        <w:t xml:space="preserve">The breach of this Law, is called</w:t>
      </w:r>
      <w:r>
        <w:rPr>
          <w:b/>
          <w:bCs/>
        </w:rPr>
        <w:t xml:space="preserve"> </w:t>
      </w:r>
      <w:r>
        <w:rPr>
          <w:b/>
          <w:bCs/>
          <w:u w:val="single"/>
        </w:rPr>
        <w:t xml:space="preserve">Ingratitude</w:t>
      </w:r>
      <w:r>
        <w:rPr>
          <w:b/>
          <w:bCs/>
        </w:rPr>
        <w:t xml:space="preserve">; and hath the same relation to Grace, that Injustice hath to Obligation by Covenant.</w:t>
      </w:r>
      <w:r>
        <w:br/>
      </w:r>
      <w:r>
        <w:t xml:space="preserve">    (a) the process of excessive encouragement or excitement</w:t>
      </w:r>
      <w:r>
        <w:br/>
      </w:r>
      <w:r>
        <w:t xml:space="preserve">    (b) lack of gratefulness -- typically inappropriately so</w:t>
      </w:r>
      <w:r>
        <w:br/>
      </w:r>
      <w:r>
        <w:t xml:space="preserve">    (c) the ability to take or adopt power or responsibility</w:t>
      </w:r>
    </w:p>
    <w:p>
      <w:pPr>
        <w:pStyle w:val="Compact"/>
        <w:numPr>
          <w:ilvl w:val="0"/>
          <w:numId w:val="1001"/>
        </w:numPr>
      </w:pPr>
      <w:r>
        <w:rPr>
          <w:b/>
          <w:bCs/>
        </w:rPr>
        <w:t xml:space="preserve">It is true that they that have Soveraigne power, may commit</w:t>
      </w:r>
      <w:r>
        <w:rPr>
          <w:b/>
          <w:bCs/>
        </w:rPr>
        <w:t xml:space="preserve"> </w:t>
      </w:r>
      <w:r>
        <w:rPr>
          <w:b/>
          <w:bCs/>
          <w:u w:val="single"/>
        </w:rPr>
        <w:t xml:space="preserve">Iniquity</w:t>
      </w:r>
      <w:r>
        <w:rPr>
          <w:b/>
          <w:bCs/>
        </w:rPr>
        <w:t xml:space="preserve">; but not Injustice, or Injury in the proper signification.</w:t>
      </w:r>
      <w:r>
        <w:br/>
      </w:r>
      <w:r>
        <w:t xml:space="preserve">    (a) set of laws</w:t>
      </w:r>
      <w:r>
        <w:br/>
      </w:r>
      <w:r>
        <w:t xml:space="preserve">    (b) immorality; or an immoral act</w:t>
      </w:r>
      <w:r>
        <w:br/>
      </w:r>
      <w:r>
        <w:t xml:space="preserve">    (c) long-accepted behavior</w:t>
      </w:r>
    </w:p>
    <w:p>
      <w:pPr>
        <w:pStyle w:val="Compact"/>
        <w:numPr>
          <w:ilvl w:val="0"/>
          <w:numId w:val="1001"/>
        </w:numPr>
      </w:pPr>
      <w:r>
        <w:rPr>
          <w:b/>
          <w:bCs/>
        </w:rPr>
        <w:t xml:space="preserve">In which case, every Subject is so far obliged to obedience, as the</w:t>
      </w:r>
      <w:r>
        <w:rPr>
          <w:b/>
          <w:bCs/>
        </w:rPr>
        <w:t xml:space="preserve"> </w:t>
      </w:r>
      <w:r>
        <w:rPr>
          <w:b/>
          <w:bCs/>
          <w:u w:val="single"/>
        </w:rPr>
        <w:t xml:space="preserve">Ordinances</w:t>
      </w:r>
      <w:r>
        <w:rPr>
          <w:b/>
          <w:bCs/>
        </w:rPr>
        <w:t xml:space="preserve"> </w:t>
      </w:r>
      <w:r>
        <w:rPr>
          <w:b/>
          <w:bCs/>
        </w:rPr>
        <w:t xml:space="preserve">he shall make, and the commands he shall give be in the Kings name, and not inconsistent with his Soveraigne Power.</w:t>
      </w:r>
      <w:r>
        <w:br/>
      </w:r>
      <w:r>
        <w:t xml:space="preserve">    (a) acts or processes of stopped something from happening</w:t>
      </w:r>
      <w:r>
        <w:br/>
      </w:r>
      <w:r>
        <w:t xml:space="preserve">    (b) bands of inelastic tissue connecting a muscle to bone</w:t>
      </w:r>
      <w:r>
        <w:br/>
      </w:r>
      <w:r>
        <w:t xml:space="preserve">    (c) a rule or law -- typically enacted by city government</w:t>
      </w:r>
    </w:p>
    <w:p>
      <w:pPr>
        <w:pStyle w:val="Compact"/>
        <w:numPr>
          <w:ilvl w:val="0"/>
          <w:numId w:val="1001"/>
        </w:numPr>
      </w:pPr>
      <w:r>
        <w:rPr>
          <w:b/>
          <w:bCs/>
        </w:rPr>
        <w:t xml:space="preserve">For the will of another, cannot be understood, but by his own word, or act, or by conjecture taken from his scope and purpose; which in the person of the Common-wealth, is to be supposed alwaies</w:t>
      </w:r>
      <w:r>
        <w:rPr>
          <w:b/>
          <w:bCs/>
        </w:rPr>
        <w:t xml:space="preserve"> </w:t>
      </w:r>
      <w:r>
        <w:rPr>
          <w:b/>
          <w:bCs/>
          <w:u w:val="single"/>
        </w:rPr>
        <w:t xml:space="preserve">consonant</w:t>
      </w:r>
      <w:r>
        <w:rPr>
          <w:b/>
          <w:bCs/>
        </w:rPr>
        <w:t xml:space="preserve"> </w:t>
      </w:r>
      <w:r>
        <w:rPr>
          <w:b/>
          <w:bCs/>
        </w:rPr>
        <w:t xml:space="preserve">to Equity and Reason.</w:t>
      </w:r>
      <w:r>
        <w:br/>
      </w:r>
      <w:r>
        <w:t xml:space="preserve">    (a) in keeping</w:t>
      </w:r>
      <w:r>
        <w:br/>
      </w:r>
      <w:r>
        <w:t xml:space="preserve">    (b) relating to logical examination to improve understanding</w:t>
      </w:r>
      <w:r>
        <w:br/>
      </w:r>
      <w:r>
        <w:t xml:space="preserve">    (c) the state or degree of being pessimistic or disagreeable</w:t>
      </w:r>
    </w:p>
    <w:p>
      <w:pPr>
        <w:pStyle w:val="Compact"/>
        <w:numPr>
          <w:ilvl w:val="0"/>
          <w:numId w:val="1001"/>
        </w:numPr>
      </w:pPr>
      <w:r>
        <w:rPr>
          <w:b/>
          <w:bCs/>
        </w:rPr>
        <w:t xml:space="preserve">They must either do as the Jewes did after their return from captivity, in re-</w:t>
      </w:r>
      <w:r>
        <w:rPr>
          <w:b/>
          <w:bCs/>
          <w:u w:val="single"/>
        </w:rPr>
        <w:t xml:space="preserve">edifying</w:t>
      </w:r>
      <w:r>
        <w:rPr>
          <w:b/>
          <w:bCs/>
        </w:rPr>
        <w:t xml:space="preserve"> </w:t>
      </w:r>
      <w:r>
        <w:rPr>
          <w:b/>
          <w:bCs/>
        </w:rPr>
        <w:t xml:space="preserve">the Temple, build with one hand, and hold the Sword in the other; or else they must hire others to fight for them.</w:t>
      </w:r>
      <w:r>
        <w:br/>
      </w:r>
      <w:r>
        <w:t xml:space="preserve">    (a) disagreeing</w:t>
      </w:r>
      <w:r>
        <w:br/>
      </w:r>
      <w:r>
        <w:t xml:space="preserve">    (b) instructive</w:t>
      </w:r>
      <w:r>
        <w:br/>
      </w:r>
      <w:r>
        <w:t xml:space="preserve">    (c) translating</w:t>
      </w:r>
    </w:p>
    <w:p>
      <w:pPr>
        <w:pStyle w:val="Compact"/>
        <w:numPr>
          <w:ilvl w:val="0"/>
          <w:numId w:val="1001"/>
        </w:numPr>
      </w:pPr>
      <w:r>
        <w:rPr>
          <w:b/>
          <w:bCs/>
        </w:rPr>
        <w:t xml:space="preserve">For the seventy Interpreters that converted the Bible into Greek, were all of them Hebrews; and we have</w:t>
      </w:r>
      <w:r>
        <w:rPr>
          <w:b/>
          <w:bCs/>
        </w:rPr>
        <w:t xml:space="preserve"> </w:t>
      </w:r>
      <w:r>
        <w:rPr>
          <w:b/>
          <w:bCs/>
          <w:u w:val="single"/>
        </w:rPr>
        <w:t xml:space="preserve">extant</w:t>
      </w:r>
      <w:r>
        <w:rPr>
          <w:b/>
          <w:bCs/>
        </w:rPr>
        <w:t xml:space="preserve"> </w:t>
      </w:r>
      <w:r>
        <w:rPr>
          <w:b/>
          <w:bCs/>
        </w:rPr>
        <w:t xml:space="preserve">the works of Philo and Josephus both Jews, written by them eloquently in Greek.</w:t>
      </w:r>
      <w:r>
        <w:br/>
      </w:r>
      <w:r>
        <w:t xml:space="preserve">    (a) still in existence</w:t>
      </w:r>
      <w:r>
        <w:br/>
      </w:r>
      <w:r>
        <w:t xml:space="preserve">    (b) restarted (a fire)</w:t>
      </w:r>
      <w:r>
        <w:br/>
      </w:r>
      <w:r>
        <w:t xml:space="preserve">    (c) wrongly translates</w:t>
      </w:r>
    </w:p>
    <w:p>
      <w:pPr>
        <w:pStyle w:val="Compact"/>
        <w:numPr>
          <w:ilvl w:val="0"/>
          <w:numId w:val="1001"/>
        </w:numPr>
      </w:pPr>
      <w:r>
        <w:rPr>
          <w:b/>
          <w:bCs/>
        </w:rPr>
        <w:t xml:space="preserve">For though the Scripture bee clear for an universall Resurrection; yet wee do not read, that to any of the</w:t>
      </w:r>
      <w:r>
        <w:rPr>
          <w:b/>
          <w:bCs/>
        </w:rPr>
        <w:t xml:space="preserve"> </w:t>
      </w:r>
      <w:r>
        <w:rPr>
          <w:b/>
          <w:bCs/>
          <w:u w:val="single"/>
        </w:rPr>
        <w:t xml:space="preserve">Reprobate</w:t>
      </w:r>
      <w:r>
        <w:rPr>
          <w:b/>
          <w:bCs/>
        </w:rPr>
        <w:t xml:space="preserve"> </w:t>
      </w:r>
      <w:r>
        <w:rPr>
          <w:b/>
          <w:bCs/>
        </w:rPr>
        <w:t xml:space="preserve">is promised an Eternall life.</w:t>
      </w:r>
      <w:r>
        <w:br/>
      </w:r>
      <w:r>
        <w:t xml:space="preserve">    (a) a person who behaves in an unprincipled or immoral way; or behavior that is immoral or unprincipled; or (less commonly) to criticize such behavior</w:t>
      </w:r>
      <w:r>
        <w:br/>
      </w:r>
      <w:r>
        <w:t xml:space="preserve">    (b) inability to think clearly; or an instance of not thinking clearly; or describing parts as not fitting together in a consistent or pleasing manner</w:t>
      </w:r>
      <w:r>
        <w:br/>
      </w:r>
      <w:r>
        <w:t xml:space="preserve">    (c) related to psychosis or someone who suffers from a psychosis (any severe mental disorder in which contact with reality is lost or highly distorted)</w:t>
      </w:r>
    </w:p>
    <w:p>
      <w:pPr>
        <w:pStyle w:val="Compact"/>
        <w:numPr>
          <w:ilvl w:val="0"/>
          <w:numId w:val="1001"/>
        </w:numPr>
      </w:pPr>
      <w:r>
        <w:rPr>
          <w:b/>
          <w:bCs/>
        </w:rPr>
        <w:t xml:space="preserve">Now it is well enough known, that in all those Cities, the manner of choosing Magistrates, and Officers, was by plurality of</w:t>
      </w:r>
      <w:r>
        <w:rPr>
          <w:b/>
          <w:bCs/>
        </w:rPr>
        <w:t xml:space="preserve"> </w:t>
      </w:r>
      <w:r>
        <w:rPr>
          <w:b/>
          <w:bCs/>
          <w:u w:val="single"/>
        </w:rPr>
        <w:t xml:space="preserve">suffrages</w:t>
      </w:r>
      <w:r>
        <w:rPr>
          <w:b/>
          <w:bCs/>
        </w:rPr>
        <w:t xml:space="preserve">; and (because the ordinary way of distinguishing the Affirmative Votes from the Negatives, was by Holding up of Hands) to ordain an Officer in any of the Cities, was no more but to bring the people together, to elect them by plurality of Votes, whether it were by plurality of elevated hands, or by plurality of voices, or plurality of balls, or beans, or small stones, of which every man cast in one, into a vessell marked for the Affirmative, or Negative; for divers Cities had divers customes in that point.</w:t>
      </w:r>
      <w:r>
        <w:br/>
      </w:r>
      <w:r>
        <w:t xml:space="preserve">    (a) the right to vote</w:t>
      </w:r>
      <w:r>
        <w:br/>
      </w:r>
      <w:r>
        <w:t xml:space="preserve">    (b) after tax incomes</w:t>
      </w:r>
      <w:r>
        <w:br/>
      </w:r>
      <w:r>
        <w:t xml:space="preserve">    (c) gives or supplies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2026-07-31T15:38:14Z</dcterms:created>
  <dcterms:modified xsi:type="dcterms:W3CDTF">2026-07-31T15:38:14Z</dcterms:modified>
</cp:coreProperties>
</file>

<file path=docProps/custom.xml><?xml version="1.0" encoding="utf-8"?>
<Properties xmlns="http://schemas.openxmlformats.org/officeDocument/2006/custom-properties" xmlns:vt="http://schemas.openxmlformats.org/officeDocument/2006/docPropsVTypes"/>
</file>